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28B108" w14:textId="77777777" w:rsidR="00AC6DC2" w:rsidRDefault="00AC6DC2">
      <w:pPr>
        <w:autoSpaceDE w:val="0"/>
        <w:autoSpaceDN w:val="0"/>
        <w:spacing w:after="78" w:line="220" w:lineRule="exact"/>
      </w:pPr>
    </w:p>
    <w:p w14:paraId="06B3A046" w14:textId="448A7E3F" w:rsidR="00AC6DC2" w:rsidRPr="00D53121" w:rsidRDefault="00AC6DC2">
      <w:pPr>
        <w:autoSpaceDE w:val="0"/>
        <w:autoSpaceDN w:val="0"/>
        <w:spacing w:after="258" w:line="220" w:lineRule="exact"/>
        <w:rPr>
          <w:lang w:val="ru-RU"/>
        </w:rPr>
      </w:pPr>
    </w:p>
    <w:p w14:paraId="341852EE" w14:textId="1E234ED2" w:rsidR="00AC6DC2" w:rsidRPr="00F73443" w:rsidRDefault="00D21632">
      <w:pPr>
        <w:rPr>
          <w:lang w:val="ru-RU"/>
        </w:rPr>
        <w:sectPr w:rsidR="00AC6DC2" w:rsidRPr="00F73443">
          <w:pgSz w:w="11900" w:h="16840"/>
          <w:pgMar w:top="478" w:right="1440" w:bottom="1440" w:left="1440" w:header="720" w:footer="720" w:gutter="0"/>
          <w:cols w:space="720" w:equalWidth="0">
            <w:col w:w="9020" w:space="0"/>
          </w:cols>
          <w:docGrid w:linePitch="360"/>
        </w:sectPr>
      </w:pPr>
      <w:r>
        <w:rPr>
          <w:noProof/>
          <w:lang w:val="ru-RU" w:eastAsia="ru-RU"/>
        </w:rPr>
        <w:drawing>
          <wp:inline distT="0" distB="0" distL="0" distR="0" wp14:anchorId="71DC24E5" wp14:editId="794A5925">
            <wp:extent cx="5727700" cy="8095786"/>
            <wp:effectExtent l="0" t="0" r="635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4324277" w14:textId="77777777" w:rsidR="00AC6DC2" w:rsidRPr="00F73443" w:rsidRDefault="00AC6DC2">
      <w:pPr>
        <w:autoSpaceDE w:val="0"/>
        <w:autoSpaceDN w:val="0"/>
        <w:spacing w:after="216" w:line="220" w:lineRule="exact"/>
        <w:rPr>
          <w:lang w:val="ru-RU"/>
        </w:rPr>
      </w:pPr>
    </w:p>
    <w:p w14:paraId="372C8614" w14:textId="77777777" w:rsidR="00AC6DC2" w:rsidRPr="00F73443" w:rsidRDefault="007435D6">
      <w:pPr>
        <w:autoSpaceDE w:val="0"/>
        <w:autoSpaceDN w:val="0"/>
        <w:spacing w:after="0" w:line="230" w:lineRule="auto"/>
        <w:rPr>
          <w:lang w:val="ru-RU"/>
        </w:rPr>
      </w:pPr>
      <w:r w:rsidRPr="00F73443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14:paraId="4220859B" w14:textId="77777777" w:rsidR="00AC6DC2" w:rsidRPr="00D53121" w:rsidRDefault="007435D6">
      <w:pPr>
        <w:autoSpaceDE w:val="0"/>
        <w:autoSpaceDN w:val="0"/>
        <w:spacing w:before="346" w:after="0" w:line="278" w:lineRule="auto"/>
        <w:ind w:firstLine="180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учебного предмета «Русский язык» для обучающихся 1 классов на уровне начального общего образования составлена на основе Требований к результатам освоения программы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началь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ного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общего образования Федерального государственного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обра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зовательного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стандарта начального общего образования (да​лее — ФГОС НОО), а также ориентирована на целевые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приори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r w:rsidRPr="00D53121">
        <w:rPr>
          <w:rFonts w:ascii="DejaVu Serif" w:eastAsia="DejaVu Serif" w:hAnsi="DejaVu Serif"/>
          <w:color w:val="000000"/>
          <w:sz w:val="24"/>
          <w:lang w:val="ru-RU"/>
        </w:rPr>
        <w:t>‐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теты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, сформулированные в Примерной программе воспитания.</w:t>
      </w:r>
    </w:p>
    <w:p w14:paraId="74B26B10" w14:textId="77777777" w:rsidR="00AC6DC2" w:rsidRPr="00D53121" w:rsidRDefault="007435D6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"РУССКИЙ ЯЗЫК"</w:t>
      </w:r>
    </w:p>
    <w:p w14:paraId="7BC24A42" w14:textId="77777777" w:rsidR="00AC6DC2" w:rsidRPr="00D53121" w:rsidRDefault="007435D6">
      <w:pPr>
        <w:autoSpaceDE w:val="0"/>
        <w:autoSpaceDN w:val="0"/>
        <w:spacing w:before="192" w:after="0" w:line="290" w:lineRule="auto"/>
        <w:ind w:firstLine="180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Русский язык является основой всего процесса обучения в на​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чальной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школе, успехи в его изучении во многом определяют результаты обучающихся по другим предметам. Русский язык как средство познания действительности обеспечивает развитие интеллектуальных и творческих способностей младших школьников, формирует умения извлекать и анализировать информацию из различных текстов, навыки самостоятельной учебной деятельности. Предмет «Русский язык» обладает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значительным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потенциа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​лом в развитии функциональной грамотности младших школь​ников, особенно таких её компонентов, как языковая, комму​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никативная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читательская, общекультурная и социальная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гра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мотность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. 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различ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ных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сферах и ситуациях общения способствуют успешной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соци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ализации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младшего школьника. Русский язык, выполняя свои базовые функции общения и выражения мысли, обеспечивает межличностное и социальное взаимодействие, участвует в фор​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мировании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самосознания и мировоззрения личности, является важнейшим средством хранения и передачи информации, куль​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турных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адек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​ватного самовыражения взглядов, мыслей, чувств, проявления себя в различных жизненно важных для человека областях. Изучение русского языка обладает огромным потенциалом присвоения традиционных социокультурных и духовно​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нрав​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ственных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ценностей, принятых в обществе правил и норм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пове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дения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в том числе речевого, что способствует формированию внутренней позиции личности. Личностные достижения младшего школьника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результата​ми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Достижение этих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личност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ных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результатов —длительный процесс, разворачивающийся на протяжении изучения содержания предмета.</w:t>
      </w:r>
    </w:p>
    <w:p w14:paraId="67A7B325" w14:textId="77777777" w:rsidR="00AC6DC2" w:rsidRPr="00D53121" w:rsidRDefault="007435D6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Центральной идеей конструирования содержания и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планиру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емых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результатов обучения является признание равной значимости работы по изучению системы языка и работы по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совер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шенствованию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речи младших школьников. Языковой материал призван сформировать первоначальные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представления о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струк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​туре русского языка, способствовать усвоению норм русского литературного языка, орфографических и пунктуационных правил. Развитие устной и письменной речи младших школь​ников направлено на решение практической задачи развития всех видов речевой деятельности, отработку навыков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использо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вания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усвоенных норм русского литературного языка, речевых норм и правил речевого этикета в процессе устного и письмен​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ного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общения. Ряд задач по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совершенствованию речевой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дея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тельности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решаются совместно с учебным предметом «Литературное чтение».</w:t>
      </w:r>
    </w:p>
    <w:p w14:paraId="2790854F" w14:textId="77777777" w:rsidR="00AC6DC2" w:rsidRPr="00D53121" w:rsidRDefault="007435D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Общее число часов, отведённых на изучение «Русского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язы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​ка», в 1 классе — 165 ч. </w:t>
      </w:r>
    </w:p>
    <w:p w14:paraId="6E56ECA1" w14:textId="77777777" w:rsidR="00AC6DC2" w:rsidRPr="00D53121" w:rsidRDefault="007435D6">
      <w:pPr>
        <w:autoSpaceDE w:val="0"/>
        <w:autoSpaceDN w:val="0"/>
        <w:spacing w:before="430" w:after="0" w:line="230" w:lineRule="auto"/>
        <w:ind w:left="180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"РУССКИЙ ЯЗЫК"</w:t>
      </w:r>
    </w:p>
    <w:p w14:paraId="17C0E0E4" w14:textId="77777777" w:rsidR="00AC6DC2" w:rsidRPr="00D53121" w:rsidRDefault="00AC6DC2">
      <w:pPr>
        <w:rPr>
          <w:lang w:val="ru-RU"/>
        </w:rPr>
        <w:sectPr w:rsidR="00AC6DC2" w:rsidRPr="00D53121">
          <w:pgSz w:w="11900" w:h="16840"/>
          <w:pgMar w:top="436" w:right="650" w:bottom="356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5D803CCE" w14:textId="77777777" w:rsidR="00AC6DC2" w:rsidRPr="00D53121" w:rsidRDefault="00AC6DC2">
      <w:pPr>
        <w:autoSpaceDE w:val="0"/>
        <w:autoSpaceDN w:val="0"/>
        <w:spacing w:after="90" w:line="220" w:lineRule="exact"/>
        <w:rPr>
          <w:lang w:val="ru-RU"/>
        </w:rPr>
      </w:pPr>
    </w:p>
    <w:p w14:paraId="1BA98A99" w14:textId="77777777" w:rsidR="00AC6DC2" w:rsidRPr="00D53121" w:rsidRDefault="007435D6">
      <w:pPr>
        <w:autoSpaceDE w:val="0"/>
        <w:autoSpaceDN w:val="0"/>
        <w:spacing w:after="0"/>
        <w:ind w:right="144" w:firstLine="180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В начальной школе изучение русского языка имеет особое значение в развитии младшего школьника. Приобретённые им знания, опыт выполнения предметных и универсальных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дей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ствий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на материале русского языка станут фундаментом обучения в основном звене школы, а также будут востребованы в жизни.</w:t>
      </w:r>
    </w:p>
    <w:p w14:paraId="5236C84D" w14:textId="77777777" w:rsidR="00AC6DC2" w:rsidRPr="00D53121" w:rsidRDefault="007435D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Изучение русского языка в начальной школе направлено на достижение следующих целей:</w:t>
      </w:r>
    </w:p>
    <w:p w14:paraId="1AAF1F12" w14:textId="77777777" w:rsidR="00AC6DC2" w:rsidRPr="00D53121" w:rsidRDefault="007435D6">
      <w:pPr>
        <w:autoSpaceDE w:val="0"/>
        <w:autoSpaceDN w:val="0"/>
        <w:spacing w:before="178" w:after="0" w:line="281" w:lineRule="auto"/>
        <w:ind w:left="420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приобретение младшими школьниками первоначальных представлений о многообразии языков и культур на территории Российской Федерации, о языке как одной из главных духов​но​</w:t>
      </w:r>
      <w:r w:rsidRPr="00D53121">
        <w:rPr>
          <w:rFonts w:ascii="DejaVu Serif" w:eastAsia="DejaVu Serif" w:hAnsi="DejaVu Serif"/>
          <w:color w:val="000000"/>
          <w:sz w:val="24"/>
          <w:lang w:val="ru-RU"/>
        </w:rPr>
        <w:t>‐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нравственных ценностей народа; понимание роли языка как основного средства общения; осознание значения русского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язы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​ка как государственного языка Российской Федерации; пони​</w:t>
      </w:r>
      <w:r w:rsidRPr="00D53121">
        <w:rPr>
          <w:rFonts w:ascii="DejaVu Serif" w:eastAsia="DejaVu Serif" w:hAnsi="DejaVu Serif"/>
          <w:color w:val="000000"/>
          <w:sz w:val="24"/>
          <w:lang w:val="ru-RU"/>
        </w:rPr>
        <w:t>‐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мание роли русского языка как языка межнационального об​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щения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; осознание правильной устной и письменной речи как показателя общей культуры человека;</w:t>
      </w:r>
    </w:p>
    <w:p w14:paraId="4B47BAFF" w14:textId="77777777" w:rsidR="00AC6DC2" w:rsidRPr="00D53121" w:rsidRDefault="007435D6">
      <w:pPr>
        <w:autoSpaceDE w:val="0"/>
        <w:autoSpaceDN w:val="0"/>
        <w:spacing w:before="192" w:after="0" w:line="271" w:lineRule="auto"/>
        <w:ind w:left="420" w:right="1152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овладение основными видами речевой деятельности на ос​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нове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первоначальных представлений о нормах современного русского литературного языка: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аудированием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говорением,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чте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нием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, письмом;</w:t>
      </w:r>
    </w:p>
    <w:p w14:paraId="19DDB117" w14:textId="77777777" w:rsidR="00AC6DC2" w:rsidRPr="00D53121" w:rsidRDefault="007435D6">
      <w:pPr>
        <w:autoSpaceDE w:val="0"/>
        <w:autoSpaceDN w:val="0"/>
        <w:spacing w:before="190" w:after="0" w:line="281" w:lineRule="auto"/>
        <w:ind w:left="420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овладение первоначальными научными представлениями о системе русского языка: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фонетике, графике, лексике, морфе​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мике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морфологии и синтаксисе; об основных единицах языка, их признаках и особенностях употребления в речи;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использова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ние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в речевой деятельности норм современного русского литера​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турного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языка (орфоэпических, лексических, грамматических, орфографических, пунктуационных) и речевого этикета;</w:t>
      </w:r>
    </w:p>
    <w:p w14:paraId="68DF7AC5" w14:textId="77777777" w:rsidR="00AC6DC2" w:rsidRPr="00D53121" w:rsidRDefault="007435D6">
      <w:pPr>
        <w:autoSpaceDE w:val="0"/>
        <w:autoSpaceDN w:val="0"/>
        <w:spacing w:before="190" w:after="0" w:line="262" w:lineRule="auto"/>
        <w:ind w:left="420" w:right="1008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14:paraId="6075D957" w14:textId="77777777" w:rsidR="00AC6DC2" w:rsidRPr="00D53121" w:rsidRDefault="00AC6DC2">
      <w:pPr>
        <w:rPr>
          <w:lang w:val="ru-RU"/>
        </w:rPr>
        <w:sectPr w:rsidR="00AC6DC2" w:rsidRPr="00D53121">
          <w:pgSz w:w="11900" w:h="16840"/>
          <w:pgMar w:top="310" w:right="742" w:bottom="1440" w:left="666" w:header="720" w:footer="720" w:gutter="0"/>
          <w:cols w:space="720" w:equalWidth="0">
            <w:col w:w="10492" w:space="0"/>
          </w:cols>
          <w:docGrid w:linePitch="360"/>
        </w:sectPr>
      </w:pPr>
    </w:p>
    <w:p w14:paraId="241FCF86" w14:textId="77777777" w:rsidR="00AC6DC2" w:rsidRPr="00D53121" w:rsidRDefault="00AC6DC2">
      <w:pPr>
        <w:autoSpaceDE w:val="0"/>
        <w:autoSpaceDN w:val="0"/>
        <w:spacing w:after="78" w:line="220" w:lineRule="exact"/>
        <w:rPr>
          <w:lang w:val="ru-RU"/>
        </w:rPr>
      </w:pPr>
    </w:p>
    <w:p w14:paraId="73691740" w14:textId="77777777" w:rsidR="00AC6DC2" w:rsidRPr="00D53121" w:rsidRDefault="007435D6">
      <w:pPr>
        <w:autoSpaceDE w:val="0"/>
        <w:autoSpaceDN w:val="0"/>
        <w:spacing w:after="0" w:line="230" w:lineRule="auto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14:paraId="21ADEEB5" w14:textId="77777777" w:rsidR="00AC6DC2" w:rsidRPr="00D53121" w:rsidRDefault="007435D6">
      <w:pPr>
        <w:autoSpaceDE w:val="0"/>
        <w:autoSpaceDN w:val="0"/>
        <w:spacing w:before="346" w:after="0" w:line="230" w:lineRule="auto"/>
        <w:ind w:left="180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Обучение грамоте</w:t>
      </w:r>
    </w:p>
    <w:p w14:paraId="28AB645B" w14:textId="77777777" w:rsidR="00AC6DC2" w:rsidRPr="00D53121" w:rsidRDefault="007435D6">
      <w:pPr>
        <w:tabs>
          <w:tab w:val="left" w:pos="180"/>
        </w:tabs>
        <w:autoSpaceDE w:val="0"/>
        <w:autoSpaceDN w:val="0"/>
        <w:spacing w:before="190" w:after="0"/>
        <w:ind w:right="144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Развитие речи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Составление небольших рассказов повествовательного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харак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тера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по серии сюжетных картинок, материалам собственных игр, занятий, наблюдений. Понимание текста при его прослушивании и при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самостоя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​тельном чтении вслух.</w:t>
      </w:r>
    </w:p>
    <w:p w14:paraId="5235BF4A" w14:textId="77777777" w:rsidR="00AC6DC2" w:rsidRPr="00D53121" w:rsidRDefault="007435D6">
      <w:pPr>
        <w:tabs>
          <w:tab w:val="left" w:pos="180"/>
        </w:tabs>
        <w:autoSpaceDE w:val="0"/>
        <w:autoSpaceDN w:val="0"/>
        <w:spacing w:before="190" w:after="0" w:line="271" w:lineRule="auto"/>
        <w:ind w:right="144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Слово и предложение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Различение слова и предложения. Работа с предложением: выделение слов, изменение их порядка. Восприятие слова как объекта изучения, материала для анализа. Наблюдение над значением слова.</w:t>
      </w:r>
    </w:p>
    <w:p w14:paraId="72F8579E" w14:textId="77777777" w:rsidR="00AC6DC2" w:rsidRPr="00D53121" w:rsidRDefault="007435D6">
      <w:pPr>
        <w:tabs>
          <w:tab w:val="left" w:pos="180"/>
        </w:tabs>
        <w:autoSpaceDE w:val="0"/>
        <w:autoSpaceDN w:val="0"/>
        <w:spacing w:before="192" w:after="0" w:line="286" w:lineRule="auto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Фонетика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Звуки речи. Единство звукового состава слова и его значения. Установление последовательности звуков в слове и 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количе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ства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звуков. Сопоставление слов, различающихся одним или несколькими звуками. Звуковой анализ слова, работа со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звуко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выми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Количе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ство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слогов в слове. Ударный слог.</w:t>
      </w:r>
    </w:p>
    <w:p w14:paraId="3C462B28" w14:textId="77777777" w:rsidR="00AC6DC2" w:rsidRPr="00D53121" w:rsidRDefault="007435D6">
      <w:pPr>
        <w:tabs>
          <w:tab w:val="left" w:pos="180"/>
        </w:tabs>
        <w:autoSpaceDE w:val="0"/>
        <w:autoSpaceDN w:val="0"/>
        <w:spacing w:before="190" w:after="0" w:line="281" w:lineRule="auto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Графика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Различение звука и буквы: буква как знак звука. Слоговой принцип русской графики. Буквы гласных как показатель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твёр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дости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— мягкости согласных звуков. Функции букв е, ё, ю, я. Мягкий знак как показатель мягкости предшествующего со​ гласного звука в конце слова. Последовательность букв в русском алфавите.</w:t>
      </w:r>
    </w:p>
    <w:p w14:paraId="6AF26097" w14:textId="77777777" w:rsidR="00AC6DC2" w:rsidRPr="00D53121" w:rsidRDefault="007435D6">
      <w:pPr>
        <w:tabs>
          <w:tab w:val="left" w:pos="180"/>
        </w:tabs>
        <w:autoSpaceDE w:val="0"/>
        <w:autoSpaceDN w:val="0"/>
        <w:spacing w:before="190" w:after="0" w:line="283" w:lineRule="auto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Чтение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Слоговое чтение (ориентация на букву, обозначающую глас​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ный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звук).  Плавное слоговое чтение и чтение целыми словами со скоростью, соответствующей индивидуальному темпу.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Чте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ние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с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интонациями и паузами в соответствии со знаками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препи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нания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. Осознанное чтение слов,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словосочетаний, предложений. Выразительное чтение на материале небольших прозаических текстов и стихотворений. Орфоэпическое чтение (при переходе к чтению целыми слова​ми). Орфографическое чтение (проговаривание) как средство самоконтроля при письме под диктовку и при списывании.</w:t>
      </w:r>
    </w:p>
    <w:p w14:paraId="6F70707F" w14:textId="77777777" w:rsidR="00AC6DC2" w:rsidRPr="00D53121" w:rsidRDefault="007435D6">
      <w:pPr>
        <w:tabs>
          <w:tab w:val="left" w:pos="180"/>
        </w:tabs>
        <w:autoSpaceDE w:val="0"/>
        <w:autoSpaceDN w:val="0"/>
        <w:spacing w:before="192" w:after="0" w:line="286" w:lineRule="auto"/>
        <w:ind w:right="144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Письмо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Ориентация на пространстве листа в тетради и на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простран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стве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классной доски. Гигиенические требования, которые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необ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ходимо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соблюдать во время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письма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.Н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ачертание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письменных прописных и строчных букв.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Пись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мо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букв, буквосочетаний, слогов, слов, предложений с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соблюде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нием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гигиенических норм. Письмо разборчивым, аккуратным почерком. Письмо под диктовку слов и предложений,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написа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ние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которых не расходится с их произношением. Приёмы и последовательность правильного списывания текста. Функция небуквенных графических средств: пробела между словами, знака переноса.</w:t>
      </w:r>
    </w:p>
    <w:p w14:paraId="4798AADA" w14:textId="77777777" w:rsidR="00AC6DC2" w:rsidRPr="00D53121" w:rsidRDefault="007435D6">
      <w:pPr>
        <w:tabs>
          <w:tab w:val="left" w:pos="180"/>
        </w:tabs>
        <w:autoSpaceDE w:val="0"/>
        <w:autoSpaceDN w:val="0"/>
        <w:spacing w:before="190" w:after="0" w:line="281" w:lineRule="auto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Орфография и пунктуация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Правила правописания и их применение: раздельное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написа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ние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слов; обозначение гласных после шипящих в сочетаниях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жи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ши (в положении под ударением),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ча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ща, чу,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щу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пропис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ная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буква в начале предложения, в именах собственных (имена людей, клички животных); перенос слов по слогам без стечения согласных; знаки препинания в конце предложения.</w:t>
      </w:r>
    </w:p>
    <w:p w14:paraId="46DF4AA1" w14:textId="77777777" w:rsidR="00AC6DC2" w:rsidRPr="00D53121" w:rsidRDefault="007435D6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F0F50"/>
          <w:sz w:val="24"/>
          <w:lang w:val="ru-RU"/>
        </w:rPr>
        <w:t>СИСТЕМАТИЧЕСКИЙ КУРС</w:t>
      </w:r>
    </w:p>
    <w:p w14:paraId="7F3EEFBB" w14:textId="77777777" w:rsidR="00AC6DC2" w:rsidRPr="00D53121" w:rsidRDefault="00AC6DC2">
      <w:pPr>
        <w:rPr>
          <w:lang w:val="ru-RU"/>
        </w:rPr>
        <w:sectPr w:rsidR="00AC6DC2" w:rsidRPr="00D53121">
          <w:pgSz w:w="11900" w:h="16840"/>
          <w:pgMar w:top="298" w:right="650" w:bottom="31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2C7FD2B2" w14:textId="77777777" w:rsidR="00AC6DC2" w:rsidRPr="00D53121" w:rsidRDefault="00AC6DC2">
      <w:pPr>
        <w:autoSpaceDE w:val="0"/>
        <w:autoSpaceDN w:val="0"/>
        <w:spacing w:after="72" w:line="220" w:lineRule="exact"/>
        <w:rPr>
          <w:lang w:val="ru-RU"/>
        </w:rPr>
      </w:pPr>
    </w:p>
    <w:p w14:paraId="3EC2B096" w14:textId="77777777" w:rsidR="00AC6DC2" w:rsidRPr="00D53121" w:rsidRDefault="007435D6">
      <w:pPr>
        <w:autoSpaceDE w:val="0"/>
        <w:autoSpaceDN w:val="0"/>
        <w:spacing w:after="0" w:line="262" w:lineRule="auto"/>
        <w:ind w:left="180" w:right="2016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Общие сведения о языке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Язык как основное средство человеческого общения.  Цели и ситуации общения.</w:t>
      </w:r>
    </w:p>
    <w:p w14:paraId="4DFD2DA1" w14:textId="77777777" w:rsidR="00AC6DC2" w:rsidRPr="00D53121" w:rsidRDefault="007435D6">
      <w:pPr>
        <w:tabs>
          <w:tab w:val="left" w:pos="180"/>
        </w:tabs>
        <w:autoSpaceDE w:val="0"/>
        <w:autoSpaceDN w:val="0"/>
        <w:spacing w:before="190" w:after="0" w:line="281" w:lineRule="auto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Фонетика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Звуки речи. Гласные и согласные звуки, их различение. Уда​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рение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в слове. Гласные ударные и безударные. Твёрдые и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мяг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​кие согласные звуки, их различение. Звонкие и глухие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соглас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ные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звуки, их различение. Согласный звук [й’] и гласный звук [и]. Шипящие [ж], [ш], [ч’], [щ’]. Слог. Количество слогов в слове. Ударный слог. Деление слов на слоги (простые случаи, без стечения согласных).</w:t>
      </w:r>
    </w:p>
    <w:p w14:paraId="04CC49BE" w14:textId="77777777" w:rsidR="00AC6DC2" w:rsidRPr="00D53121" w:rsidRDefault="007435D6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Графика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 Установление соотношения звукового и буквенного состава слова в словах типа стол, конь. Небуквенные графические средства: пробел между словами, знак переноса. Русский алфавит: правильное название букв, их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последова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тельность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. Использование алфавита для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упорядочения списка слов.</w:t>
      </w:r>
    </w:p>
    <w:p w14:paraId="2C359FBE" w14:textId="77777777" w:rsidR="00AC6DC2" w:rsidRPr="00D53121" w:rsidRDefault="007435D6">
      <w:pPr>
        <w:tabs>
          <w:tab w:val="left" w:pos="180"/>
        </w:tabs>
        <w:autoSpaceDE w:val="0"/>
        <w:autoSpaceDN w:val="0"/>
        <w:spacing w:before="190" w:after="0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Орфоэпия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Произношение звуков и сочетаний звуков, ударение в словах в соответствии с нормами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современного русского литературного языка (на ограниченном перечне слов, отрабатываемом в учеб​</w:t>
      </w:r>
      <w:r w:rsidRPr="00D53121">
        <w:rPr>
          <w:rFonts w:ascii="DejaVu Serif" w:eastAsia="DejaVu Serif" w:hAnsi="DejaVu Serif"/>
          <w:color w:val="000000"/>
          <w:sz w:val="24"/>
          <w:lang w:val="ru-RU"/>
        </w:rPr>
        <w:t>‐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нике).</w:t>
      </w:r>
    </w:p>
    <w:p w14:paraId="203E0BD3" w14:textId="77777777" w:rsidR="00AC6DC2" w:rsidRPr="00D53121" w:rsidRDefault="007435D6">
      <w:pPr>
        <w:tabs>
          <w:tab w:val="left" w:pos="180"/>
        </w:tabs>
        <w:autoSpaceDE w:val="0"/>
        <w:autoSpaceDN w:val="0"/>
        <w:spacing w:before="190" w:after="0" w:line="271" w:lineRule="auto"/>
        <w:ind w:right="864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Лексика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Слово как единица языка (ознакомление). Слово как название предмета, признака предмета, действия предмета (ознакомление). Выявление слов, значение которых требует уточнения.</w:t>
      </w:r>
    </w:p>
    <w:p w14:paraId="0758624A" w14:textId="77777777" w:rsidR="00AC6DC2" w:rsidRPr="00D53121" w:rsidRDefault="007435D6">
      <w:pPr>
        <w:tabs>
          <w:tab w:val="left" w:pos="180"/>
        </w:tabs>
        <w:autoSpaceDE w:val="0"/>
        <w:autoSpaceDN w:val="0"/>
        <w:spacing w:before="190" w:after="0" w:line="271" w:lineRule="auto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Синтаксис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Предложение как единица языка (ознакомление). Слово, предложение (наблюдение над сходством и различи​ем). Установление связи слов в предложении при помощи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смыс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ловых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вопросов.</w:t>
      </w:r>
    </w:p>
    <w:p w14:paraId="64BF730B" w14:textId="77777777" w:rsidR="00AC6DC2" w:rsidRPr="00D53121" w:rsidRDefault="007435D6">
      <w:pPr>
        <w:autoSpaceDE w:val="0"/>
        <w:autoSpaceDN w:val="0"/>
        <w:spacing w:before="70" w:after="0" w:line="230" w:lineRule="auto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Восстановление деформированных предложений.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Составле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ние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предложений из набора форм слов.</w:t>
      </w:r>
    </w:p>
    <w:p w14:paraId="1FAD55C0" w14:textId="77777777" w:rsidR="00AC6DC2" w:rsidRPr="00D53121" w:rsidRDefault="007435D6">
      <w:pPr>
        <w:autoSpaceDE w:val="0"/>
        <w:autoSpaceDN w:val="0"/>
        <w:spacing w:before="190" w:after="0" w:line="262" w:lineRule="auto"/>
        <w:ind w:left="180" w:right="6048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Орфография и пунктуация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Правила правописания и их применение:</w:t>
      </w:r>
    </w:p>
    <w:p w14:paraId="57BF57AD" w14:textId="77777777" w:rsidR="00AC6DC2" w:rsidRPr="00D53121" w:rsidRDefault="007435D6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раздельное написание слов в предложении;</w:t>
      </w:r>
    </w:p>
    <w:p w14:paraId="62937923" w14:textId="77777777" w:rsidR="00AC6DC2" w:rsidRPr="00D53121" w:rsidRDefault="007435D6">
      <w:pPr>
        <w:autoSpaceDE w:val="0"/>
        <w:autoSpaceDN w:val="0"/>
        <w:spacing w:before="192" w:after="0" w:line="262" w:lineRule="auto"/>
        <w:ind w:left="420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прописная буква в начале предложения и в именах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собствен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ных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: в именах и фамилиях людей, кличках животных;</w:t>
      </w:r>
    </w:p>
    <w:p w14:paraId="4E9B2621" w14:textId="77777777" w:rsidR="00AC6DC2" w:rsidRPr="00D53121" w:rsidRDefault="007435D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перенос слов (без учёта морфемного членения слова);</w:t>
      </w:r>
    </w:p>
    <w:p w14:paraId="3112A7D7" w14:textId="77777777" w:rsidR="00AC6DC2" w:rsidRPr="00D53121" w:rsidRDefault="007435D6">
      <w:pPr>
        <w:autoSpaceDE w:val="0"/>
        <w:autoSpaceDN w:val="0"/>
        <w:spacing w:before="190" w:after="0" w:line="230" w:lineRule="auto"/>
        <w:jc w:val="center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гласные после шипящих в сочетаниях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жи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ши (в положении под ударением),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ча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ща, чу,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щу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14:paraId="33BDB381" w14:textId="77777777" w:rsidR="00AC6DC2" w:rsidRPr="00D53121" w:rsidRDefault="007435D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сочетания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чк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чн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14:paraId="0F9C31E2" w14:textId="77777777" w:rsidR="00AC6DC2" w:rsidRPr="00D53121" w:rsidRDefault="007435D6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слова с непроверяемыми гласными и согласными (перечень слов в орфографическом словаре учебника);</w:t>
      </w:r>
    </w:p>
    <w:p w14:paraId="763272A8" w14:textId="77777777" w:rsidR="00AC6DC2" w:rsidRPr="00D53121" w:rsidRDefault="007435D6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знаки препинания в конце предложения: точка,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вопроситель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ный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и восклицательный знаки. Алгоритм списывания текста.</w:t>
      </w:r>
    </w:p>
    <w:p w14:paraId="086582C8" w14:textId="77777777" w:rsidR="00AC6DC2" w:rsidRPr="00D53121" w:rsidRDefault="007435D6">
      <w:pPr>
        <w:tabs>
          <w:tab w:val="left" w:pos="180"/>
        </w:tabs>
        <w:autoSpaceDE w:val="0"/>
        <w:autoSpaceDN w:val="0"/>
        <w:spacing w:before="178" w:after="0" w:line="271" w:lineRule="auto"/>
        <w:ind w:right="576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Развитие речи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Речь как основная форма общения между людьми. Текст как единица речи (ознакомление). Ситуация общения: цель общения, с кем и где происходит об​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щение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. Ситуации устного общения</w:t>
      </w:r>
    </w:p>
    <w:p w14:paraId="3956EDED" w14:textId="77777777" w:rsidR="00AC6DC2" w:rsidRPr="00D53121" w:rsidRDefault="00AC6DC2">
      <w:pPr>
        <w:rPr>
          <w:lang w:val="ru-RU"/>
        </w:rPr>
        <w:sectPr w:rsidR="00AC6DC2" w:rsidRPr="00D53121">
          <w:pgSz w:w="11900" w:h="16840"/>
          <w:pgMar w:top="292" w:right="676" w:bottom="444" w:left="666" w:header="720" w:footer="720" w:gutter="0"/>
          <w:cols w:space="720" w:equalWidth="0">
            <w:col w:w="10558" w:space="0"/>
          </w:cols>
          <w:docGrid w:linePitch="360"/>
        </w:sectPr>
      </w:pPr>
    </w:p>
    <w:p w14:paraId="56F26A93" w14:textId="77777777" w:rsidR="00AC6DC2" w:rsidRPr="00D53121" w:rsidRDefault="00AC6DC2">
      <w:pPr>
        <w:autoSpaceDE w:val="0"/>
        <w:autoSpaceDN w:val="0"/>
        <w:spacing w:after="66" w:line="220" w:lineRule="exact"/>
        <w:rPr>
          <w:lang w:val="ru-RU"/>
        </w:rPr>
      </w:pPr>
    </w:p>
    <w:p w14:paraId="2CEF5C33" w14:textId="77777777" w:rsidR="00AC6DC2" w:rsidRPr="00D53121" w:rsidRDefault="007435D6">
      <w:pPr>
        <w:autoSpaceDE w:val="0"/>
        <w:autoSpaceDN w:val="0"/>
        <w:spacing w:after="0" w:line="271" w:lineRule="auto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(чтение диалогов по ролям, просмотр видеоматериалов, прослушивание аудиозаписи). Нормы речевого этикета в ситуациях учебного и бытового об​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щения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(приветствие, прощание, извинение, благодарность, об​ращение с просьбой).</w:t>
      </w:r>
    </w:p>
    <w:p w14:paraId="75B0DF59" w14:textId="77777777" w:rsidR="00AC6DC2" w:rsidRPr="00D53121" w:rsidRDefault="00AC6DC2">
      <w:pPr>
        <w:rPr>
          <w:lang w:val="ru-RU"/>
        </w:rPr>
        <w:sectPr w:rsidR="00AC6DC2" w:rsidRPr="00D53121">
          <w:pgSz w:w="11900" w:h="16840"/>
          <w:pgMar w:top="286" w:right="1238" w:bottom="1440" w:left="666" w:header="720" w:footer="720" w:gutter="0"/>
          <w:cols w:space="720" w:equalWidth="0">
            <w:col w:w="9996" w:space="0"/>
          </w:cols>
          <w:docGrid w:linePitch="360"/>
        </w:sectPr>
      </w:pPr>
    </w:p>
    <w:p w14:paraId="1D755CD5" w14:textId="77777777" w:rsidR="00AC6DC2" w:rsidRPr="00D53121" w:rsidRDefault="00AC6DC2">
      <w:pPr>
        <w:autoSpaceDE w:val="0"/>
        <w:autoSpaceDN w:val="0"/>
        <w:spacing w:after="78" w:line="220" w:lineRule="exact"/>
        <w:rPr>
          <w:lang w:val="ru-RU"/>
        </w:rPr>
      </w:pPr>
    </w:p>
    <w:p w14:paraId="3A7728D4" w14:textId="77777777" w:rsidR="00AC6DC2" w:rsidRPr="00D53121" w:rsidRDefault="007435D6">
      <w:pPr>
        <w:autoSpaceDE w:val="0"/>
        <w:autoSpaceDN w:val="0"/>
        <w:spacing w:after="0" w:line="230" w:lineRule="auto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14:paraId="08661181" w14:textId="77777777" w:rsidR="00AC6DC2" w:rsidRPr="00D53121" w:rsidRDefault="007435D6">
      <w:pPr>
        <w:tabs>
          <w:tab w:val="left" w:pos="180"/>
        </w:tabs>
        <w:autoSpaceDE w:val="0"/>
        <w:autoSpaceDN w:val="0"/>
        <w:spacing w:before="346" w:after="0" w:line="262" w:lineRule="auto"/>
        <w:ind w:right="864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Изучение русского языка в 1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4EBA3616" w14:textId="77777777" w:rsidR="00AC6DC2" w:rsidRPr="00D53121" w:rsidRDefault="007435D6">
      <w:pPr>
        <w:autoSpaceDE w:val="0"/>
        <w:autoSpaceDN w:val="0"/>
        <w:spacing w:before="382" w:after="0" w:line="230" w:lineRule="auto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14:paraId="58B9DAFC" w14:textId="77777777" w:rsidR="00AC6DC2" w:rsidRPr="00D53121" w:rsidRDefault="007435D6">
      <w:pPr>
        <w:tabs>
          <w:tab w:val="left" w:pos="180"/>
        </w:tabs>
        <w:autoSpaceDE w:val="0"/>
        <w:autoSpaceDN w:val="0"/>
        <w:spacing w:before="166" w:after="0" w:line="290" w:lineRule="auto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«Русский язык» в начальной школе у обучающегося будут сформированы следующие личностные новообразования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гражданско-патриотического воспитания: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становление ценностного отношения к своей Родине — России, в том числе через изучение русского языка, отражающего историю и культуру страны;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осознание своей этнокультурной и российской граждан​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ской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идентичности, понимание роли русского языка как государственного языка Российской Федерации и языка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межнацио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нального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общения народов России;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сопричастность к прошлому, настоящему и будущему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сво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​ей страны и родного края, в том числе через обсуждение ситуаций при работе с художественными произведениями;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уважение к своему и другим народам, формируемое в том числе на основе примеров из художественных произведений;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первоначальные представления о человеке как члене об​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щества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о правах и ответственности, уважении и достоинстве человека, о нравственно​этических нормах поведения и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прави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лах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межличностных отношений, в том числе отражённых в художественных произведениях;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духовно-нравственного воспитания: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признание индивидуальности каждого человека с опорой на собственный жизненный и читательский опыт;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проявление сопереживания, уважения и доброжелатель​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ности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, в том числе с использованием адекватных языковых средств для выражения своего состояния и чувств;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неприятие любых форм поведения, направленных на причинение физического  и  морального вреда  другим  людям (в том числе связанного с использованием недопустимых средств языка); </w:t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эстетического воспитания: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стремление к самовыражению в разных видах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художе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ственной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деятельности, в том числе в искусстве слова;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осозна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ние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важности русского языка как средства общения и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самовы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ражения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физического воспитания, формирования культуры здоровья и эмоционального благополучия:</w:t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соблюдение правил здорового и безопасного (для себя и других людей) образа жизни в окружающей среде (в том числе информационной) при поиске дополнительной информации в процессе языкового образования;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бережное отношение к физическому и психическому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здо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ровью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проявляющееся в выборе приемлемых способов речевого самовыражения и соблюдении норм речевого этикета и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пра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​вил общения;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трудового воспитания: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осознание ценности труда в жизни человека и общества (в том числе благодаря примерам из художественных произведений), ответственное потребление и бережное отношение к результатам труда, навыки участия в различных видах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трудо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​вой деятельности, интерес к различным профессиям,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возника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ющий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при обсуждении примеров из художественных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произве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дений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экологического воспитания:</w:t>
      </w:r>
    </w:p>
    <w:p w14:paraId="6D12CC16" w14:textId="77777777" w:rsidR="00AC6DC2" w:rsidRPr="00D53121" w:rsidRDefault="00AC6DC2">
      <w:pPr>
        <w:rPr>
          <w:lang w:val="ru-RU"/>
        </w:rPr>
        <w:sectPr w:rsidR="00AC6DC2" w:rsidRPr="00D53121">
          <w:pgSz w:w="11900" w:h="16840"/>
          <w:pgMar w:top="298" w:right="650" w:bottom="42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052C6055" w14:textId="77777777" w:rsidR="00AC6DC2" w:rsidRPr="00D53121" w:rsidRDefault="00AC6DC2">
      <w:pPr>
        <w:autoSpaceDE w:val="0"/>
        <w:autoSpaceDN w:val="0"/>
        <w:spacing w:after="78" w:line="220" w:lineRule="exact"/>
        <w:rPr>
          <w:lang w:val="ru-RU"/>
        </w:rPr>
      </w:pPr>
    </w:p>
    <w:p w14:paraId="12784591" w14:textId="77777777" w:rsidR="00AC6DC2" w:rsidRPr="00D53121" w:rsidRDefault="007435D6">
      <w:pPr>
        <w:tabs>
          <w:tab w:val="left" w:pos="180"/>
        </w:tabs>
        <w:autoSpaceDE w:val="0"/>
        <w:autoSpaceDN w:val="0"/>
        <w:spacing w:after="0" w:line="286" w:lineRule="auto"/>
        <w:ind w:right="144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бережное отношение к природе, формируемое в процессе работы с текстами;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неприятие действий, приносящих ей вред;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ценности научного познания: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первоначальные представления о научной картине мира (в том числе первоначальные представления о системе языка как одной из составляющих целостной научной картины мира);</w:t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ность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самостоятельность в его познании.</w:t>
      </w:r>
    </w:p>
    <w:p w14:paraId="2B11975B" w14:textId="77777777" w:rsidR="00AC6DC2" w:rsidRPr="00D53121" w:rsidRDefault="007435D6">
      <w:pPr>
        <w:autoSpaceDE w:val="0"/>
        <w:autoSpaceDN w:val="0"/>
        <w:spacing w:before="262" w:after="0" w:line="230" w:lineRule="auto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14:paraId="5CE84311" w14:textId="77777777" w:rsidR="00AC6DC2" w:rsidRPr="00D53121" w:rsidRDefault="007435D6">
      <w:pPr>
        <w:tabs>
          <w:tab w:val="left" w:pos="180"/>
        </w:tabs>
        <w:autoSpaceDE w:val="0"/>
        <w:autoSpaceDN w:val="0"/>
        <w:spacing w:before="168" w:after="0" w:line="262" w:lineRule="auto"/>
        <w:ind w:right="864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«Русский язык» в начальной школе у обучающегося будут сформированы следующие </w:t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познавательные 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универсальные учебные действия.</w:t>
      </w:r>
    </w:p>
    <w:p w14:paraId="5561C82E" w14:textId="77777777" w:rsidR="00AC6DC2" w:rsidRPr="00D53121" w:rsidRDefault="007435D6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i/>
          <w:color w:val="000000"/>
          <w:sz w:val="24"/>
          <w:lang w:val="ru-RU"/>
        </w:rPr>
        <w:t>Базовые логические действия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частеречная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принадлежность,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грамматиче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ский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признак, лексическое значение и др.); устанавливать аналогии языковых единиц;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объединять объекты (языковые единицы) по определённо​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му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признаку;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находить в языковом материале закономерности и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проти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воречия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на основе предложенного учителем алгоритма наблюдения; анализировать алгоритм действий при работе с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языко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выми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единицами, самостоятельно выделять учебные операции при анализе языковых единиц;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выявлять недостаток информации для решения учебной и практической задачи на основе предложенного алгоритма, фор​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мулировать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запрос на дополнительную информацию;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устанавливать причинно​следственные связи в ситуациях наблюдения за языковым материалом, делать выводы.</w:t>
      </w:r>
    </w:p>
    <w:p w14:paraId="234960DC" w14:textId="77777777" w:rsidR="00AC6DC2" w:rsidRPr="00D53121" w:rsidRDefault="007435D6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i/>
          <w:color w:val="000000"/>
          <w:sz w:val="24"/>
          <w:lang w:val="ru-RU"/>
        </w:rPr>
        <w:t>Базовые исследовательские действия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с помощью учителя формулировать цель, планировать из​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менения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языкового объекта, речевой ситуации;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сравнивать несколько вариантов выполнения задания, выбирать наиболее подходящий (на основе предложенных критериев);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проводить по предложенному плану несложное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лингви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стическое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мини-​исследование,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выполнять по предложенному плану проектное задание;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формулировать выводы и подкреплять их доказательства​ми на основе результатов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прогнозировать возможное развитие процессов, событий и их последствия в аналогичных или сходных ситуациях.</w:t>
      </w:r>
    </w:p>
    <w:p w14:paraId="51158AB9" w14:textId="77777777" w:rsidR="00AC6DC2" w:rsidRPr="00D53121" w:rsidRDefault="007435D6">
      <w:pPr>
        <w:tabs>
          <w:tab w:val="left" w:pos="180"/>
        </w:tabs>
        <w:autoSpaceDE w:val="0"/>
        <w:autoSpaceDN w:val="0"/>
        <w:spacing w:before="70" w:after="0" w:line="286" w:lineRule="auto"/>
        <w:ind w:right="288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выбирать источник получения информации: нужный словарь для получения запрашиваемой информации, для уточнения;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согласно заданному алгоритму находить представленную в явном виде информацию в предложенном источнике: в слова​рях, справочниках;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соблюдать с помощью взрослых (педагогических работни​ков, родителей, законных</w:t>
      </w:r>
    </w:p>
    <w:p w14:paraId="4277BAE4" w14:textId="77777777" w:rsidR="00AC6DC2" w:rsidRPr="00D53121" w:rsidRDefault="00AC6DC2">
      <w:pPr>
        <w:rPr>
          <w:lang w:val="ru-RU"/>
        </w:rPr>
        <w:sectPr w:rsidR="00AC6DC2" w:rsidRPr="00D53121">
          <w:pgSz w:w="11900" w:h="16840"/>
          <w:pgMar w:top="298" w:right="660" w:bottom="452" w:left="666" w:header="720" w:footer="720" w:gutter="0"/>
          <w:cols w:space="720" w:equalWidth="0">
            <w:col w:w="10574" w:space="0"/>
          </w:cols>
          <w:docGrid w:linePitch="360"/>
        </w:sectPr>
      </w:pPr>
    </w:p>
    <w:p w14:paraId="064994F3" w14:textId="77777777" w:rsidR="00AC6DC2" w:rsidRPr="00D53121" w:rsidRDefault="00AC6DC2">
      <w:pPr>
        <w:autoSpaceDE w:val="0"/>
        <w:autoSpaceDN w:val="0"/>
        <w:spacing w:after="66" w:line="220" w:lineRule="exact"/>
        <w:rPr>
          <w:lang w:val="ru-RU"/>
        </w:rPr>
      </w:pPr>
    </w:p>
    <w:p w14:paraId="4FE3D2C4" w14:textId="77777777" w:rsidR="00AC6DC2" w:rsidRPr="00D53121" w:rsidRDefault="007435D6">
      <w:pPr>
        <w:tabs>
          <w:tab w:val="left" w:pos="180"/>
        </w:tabs>
        <w:autoSpaceDE w:val="0"/>
        <w:autoSpaceDN w:val="0"/>
        <w:spacing w:after="0" w:line="283" w:lineRule="auto"/>
        <w:ind w:right="720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представителей) правила информационной безопасности при поиске информации в Интернете (информации о написании и произношении слова, о значении слова, о происхождении слова, о синонимах слова);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анализировать и создавать текстовую, видео​,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графиче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​скую, звуковую информацию в соответствии с учебной зада​чей;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понимать лингвистическую информацию, зафиксирован​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ную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в виде таблиц, схем; самостоятельно создавать схемы, таблицы для представления лингвистической информации.</w:t>
      </w:r>
    </w:p>
    <w:p w14:paraId="721994A6" w14:textId="77777777" w:rsidR="00AC6DC2" w:rsidRPr="00D53121" w:rsidRDefault="007435D6">
      <w:pPr>
        <w:tabs>
          <w:tab w:val="left" w:pos="180"/>
        </w:tabs>
        <w:autoSpaceDE w:val="0"/>
        <w:autoSpaceDN w:val="0"/>
        <w:spacing w:before="190" w:after="0" w:line="288" w:lineRule="auto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начальной школе у обучающегося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форми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руются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коммуникативные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универсальные учебные действия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i/>
          <w:color w:val="000000"/>
          <w:sz w:val="24"/>
          <w:lang w:val="ru-RU"/>
        </w:rPr>
        <w:t>Общение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воспринимать и формулировать суждения, выражать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эмо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ции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в соответствии с целями и условиями общения в знакомой среде;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проявлять уважительное отношение к собеседнику, со​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блюдать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правила ведения диалоги и дискуссии;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признавать возможность существования разных точек зрения;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корректно и аргументированно высказывать своё  мне​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ние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строить речевое высказывание в соответствии с постав​ленной задачей;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создавать устные и письменные тексты (описание, рас​суждение, повествование) в соответствии с речевой ситуацией;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готовить небольшие публичные выступления о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результа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тах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парной и групповой работы, о результатах наблюдения, выполненного мини-​исследования, проектного задания;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подбирать иллюстративный материал (рисунки, фото, плакаты) к тексту выступления.</w:t>
      </w:r>
    </w:p>
    <w:p w14:paraId="5A689046" w14:textId="77777777" w:rsidR="00AC6DC2" w:rsidRPr="00D53121" w:rsidRDefault="007435D6">
      <w:pPr>
        <w:tabs>
          <w:tab w:val="left" w:pos="180"/>
        </w:tabs>
        <w:autoSpaceDE w:val="0"/>
        <w:autoSpaceDN w:val="0"/>
        <w:spacing w:before="190" w:after="0" w:line="262" w:lineRule="auto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начальной школе у обучающегося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форми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руются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регулятивные 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универсальные учебные действия.</w:t>
      </w:r>
    </w:p>
    <w:p w14:paraId="7873C3E3" w14:textId="77777777" w:rsidR="00AC6DC2" w:rsidRPr="00D53121" w:rsidRDefault="007435D6">
      <w:pPr>
        <w:autoSpaceDE w:val="0"/>
        <w:autoSpaceDN w:val="0"/>
        <w:spacing w:before="70" w:after="0" w:line="271" w:lineRule="auto"/>
        <w:ind w:left="180" w:right="1728"/>
        <w:rPr>
          <w:lang w:val="ru-RU"/>
        </w:rPr>
      </w:pPr>
      <w:r w:rsidRPr="00D53121">
        <w:rPr>
          <w:rFonts w:ascii="Times New Roman" w:eastAsia="Times New Roman" w:hAnsi="Times New Roman"/>
          <w:i/>
          <w:color w:val="000000"/>
          <w:sz w:val="24"/>
          <w:lang w:val="ru-RU"/>
        </w:rPr>
        <w:t>Самоорганизация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планировать действия по решению учебной задачи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для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по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​лучения результата;—    выстраивать последовательность выбранных действий.</w:t>
      </w:r>
    </w:p>
    <w:p w14:paraId="0C2EE257" w14:textId="77777777" w:rsidR="00AC6DC2" w:rsidRPr="00D53121" w:rsidRDefault="007435D6">
      <w:pPr>
        <w:tabs>
          <w:tab w:val="left" w:pos="180"/>
        </w:tabs>
        <w:autoSpaceDE w:val="0"/>
        <w:autoSpaceDN w:val="0"/>
        <w:spacing w:before="70" w:after="0" w:line="286" w:lineRule="auto"/>
        <w:ind w:right="144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i/>
          <w:color w:val="000000"/>
          <w:sz w:val="24"/>
          <w:lang w:val="ru-RU"/>
        </w:rPr>
        <w:t>Самоконтроль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устанавливать причины успеха/неудач учебной деятель​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ности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корректировать свои учебные действия для преодоления речевых и орфографических ошибок;</w:t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соотносить результат деятельности с поставленной учеб​ной задачей по выделению,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характеристике, использованию языковых единиц;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находить ошибку, допущенную при работе с языковым материалом, находить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орфографическую и пунктуационную ошибку;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сравнивать результаты своей деятельности и деятельно​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сти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одноклассников, объективно оценивать их по предложен​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ным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критериям.</w:t>
      </w:r>
    </w:p>
    <w:p w14:paraId="7DADD548" w14:textId="77777777" w:rsidR="00AC6DC2" w:rsidRPr="00D53121" w:rsidRDefault="007435D6">
      <w:pPr>
        <w:autoSpaceDE w:val="0"/>
        <w:autoSpaceDN w:val="0"/>
        <w:spacing w:before="262" w:after="0" w:line="230" w:lineRule="auto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деятельность:</w:t>
      </w:r>
    </w:p>
    <w:p w14:paraId="10DC1568" w14:textId="77777777" w:rsidR="00AC6DC2" w:rsidRPr="00D53121" w:rsidRDefault="007435D6">
      <w:pPr>
        <w:tabs>
          <w:tab w:val="left" w:pos="180"/>
        </w:tabs>
        <w:autoSpaceDE w:val="0"/>
        <w:autoSpaceDN w:val="0"/>
        <w:spacing w:before="118" w:after="0" w:line="286" w:lineRule="auto"/>
        <w:ind w:right="288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формулировать краткосрочные и долгосрочные цели (ин​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дивидуальные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с учётом участия в коллективных задачах) в стандартной (типовой) ситуации на основе предложенного учи​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телем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формата планирования, распределения промежуточных шагов и сроков;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проявлять готовность руководить, выполнять поручения, подчиняться, самостоятельно разрешать конфликты;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ответственно выполнять свою часть работы;</w:t>
      </w:r>
    </w:p>
    <w:p w14:paraId="662E0022" w14:textId="77777777" w:rsidR="00AC6DC2" w:rsidRPr="00D53121" w:rsidRDefault="00AC6DC2">
      <w:pPr>
        <w:rPr>
          <w:lang w:val="ru-RU"/>
        </w:rPr>
        <w:sectPr w:rsidR="00AC6DC2" w:rsidRPr="00D53121">
          <w:pgSz w:w="11900" w:h="16840"/>
          <w:pgMar w:top="286" w:right="698" w:bottom="368" w:left="666" w:header="720" w:footer="720" w:gutter="0"/>
          <w:cols w:space="720" w:equalWidth="0">
            <w:col w:w="10536" w:space="0"/>
          </w:cols>
          <w:docGrid w:linePitch="360"/>
        </w:sectPr>
      </w:pPr>
    </w:p>
    <w:p w14:paraId="0DC811E3" w14:textId="77777777" w:rsidR="00AC6DC2" w:rsidRPr="00D53121" w:rsidRDefault="00AC6DC2">
      <w:pPr>
        <w:autoSpaceDE w:val="0"/>
        <w:autoSpaceDN w:val="0"/>
        <w:spacing w:after="78" w:line="220" w:lineRule="exact"/>
        <w:rPr>
          <w:lang w:val="ru-RU"/>
        </w:rPr>
      </w:pPr>
    </w:p>
    <w:p w14:paraId="4F62FCC4" w14:textId="77777777" w:rsidR="00AC6DC2" w:rsidRPr="00D53121" w:rsidRDefault="007435D6">
      <w:pPr>
        <w:autoSpaceDE w:val="0"/>
        <w:autoSpaceDN w:val="0"/>
        <w:spacing w:after="0" w:line="262" w:lineRule="auto"/>
        <w:ind w:left="180" w:right="1584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оценивать свой вклад в общий результат;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выполнять совместные проектные задания с опорой на предложенные образцы.</w:t>
      </w:r>
    </w:p>
    <w:p w14:paraId="2387DA19" w14:textId="77777777" w:rsidR="00AC6DC2" w:rsidRPr="00D53121" w:rsidRDefault="007435D6">
      <w:pPr>
        <w:autoSpaceDE w:val="0"/>
        <w:autoSpaceDN w:val="0"/>
        <w:spacing w:before="262" w:after="0" w:line="230" w:lineRule="auto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14:paraId="2DC6C454" w14:textId="77777777" w:rsidR="00AC6DC2" w:rsidRPr="00D53121" w:rsidRDefault="007435D6">
      <w:pPr>
        <w:tabs>
          <w:tab w:val="left" w:pos="180"/>
        </w:tabs>
        <w:autoSpaceDE w:val="0"/>
        <w:autoSpaceDN w:val="0"/>
        <w:spacing w:before="166" w:after="0" w:line="290" w:lineRule="auto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</w:t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первом классе 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обучающийся научится: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различать слово и предложение; вычленять слова из пред​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ложений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вычленять звуки из слова;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различать гласные и согласные звуки (в том числе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разли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чать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в слове согласный звук [й’] и гласный звук [и]);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различать ударные и безударные гласные звуки;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различать согласные звуки: мягкие и твёрдые, звонкие и глухие (вне слова и в слове);</w:t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 различать понятия «звук» и «буква»;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определять количество слогов в слове; делить слова на слоги (простые случаи: слова без стечения согласных); определять в слове ударный слог;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обозначать на письме мягкость согласных звуков буквами </w:t>
      </w:r>
      <w:r w:rsidRPr="00D5312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D5312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ё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D5312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ю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D5312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я 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и буквой </w:t>
      </w:r>
      <w:r w:rsidRPr="00D5312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ь 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в конце слова;</w:t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правильно называть буквы русского алфавита;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использо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вать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знание последовательности букв русского алфавита для упорядочения небольшого списка слов;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писать аккуратным разборчивым почерком без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искаже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ний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прописные и строчные буквы, соединения букв, слова;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применять изученные правила правописания: раздельное написание слов в предложении; знаки препинания в конце пред​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ложения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: точка, вопросительный и восклицательный знаки; прописная буква в начале предложения и в именах собственных (имена, фамилии, клички животных); перенос слов по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сло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​гам (простые случаи: слова из слогов типа «согласный + глас​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ный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»); гласные после шипящих в сочетаниях </w:t>
      </w:r>
      <w:proofErr w:type="spellStart"/>
      <w:r w:rsidRPr="00D5312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жи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D5312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ши 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(в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положе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нии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под ударением), </w:t>
      </w:r>
      <w:proofErr w:type="spellStart"/>
      <w:r w:rsidRPr="00D5312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ча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D5312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ща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D5312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чу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D5312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щу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; непроверяемые гласные и согласные (перечень слов в орфографическом словаре учебника);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правильно списывать (без пропусков и искажений букв) слова и предложения, тексты объёмом не более 25 слов;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писать под диктовку (без пропусков и искажений букв) слова, предложения из  3—5  слов, тексты  объёмом  не  более 20 слов, правописание которых не расходится с произношением;</w:t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находить и исправлять ошибки на изученные правила, описки;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понимать прослушанный текст;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читать вслух и про себя (с пониманием) короткие тексты с соблюдением интонации и пауз в соответствии со знаками пре​пинания в конце предложения;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находить в тексте слова, значение которых требует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уточ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​нения;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составлять предложение из набора форм слов;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устно составлять текст из 3—5 предложений по сюжет​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ным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картинкам и наблюдениям;</w:t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 изученные понятия в процессе решения учебных задач.</w:t>
      </w:r>
    </w:p>
    <w:p w14:paraId="3D669CCA" w14:textId="77777777" w:rsidR="00AC6DC2" w:rsidRPr="00D53121" w:rsidRDefault="00AC6DC2">
      <w:pPr>
        <w:rPr>
          <w:lang w:val="ru-RU"/>
        </w:rPr>
        <w:sectPr w:rsidR="00AC6DC2" w:rsidRPr="00D53121">
          <w:pgSz w:w="11900" w:h="16840"/>
          <w:pgMar w:top="298" w:right="716" w:bottom="1440" w:left="666" w:header="720" w:footer="720" w:gutter="0"/>
          <w:cols w:space="720" w:equalWidth="0">
            <w:col w:w="10518" w:space="0"/>
          </w:cols>
          <w:docGrid w:linePitch="360"/>
        </w:sectPr>
      </w:pPr>
    </w:p>
    <w:p w14:paraId="2499B5CB" w14:textId="77777777" w:rsidR="00AC6DC2" w:rsidRPr="00D53121" w:rsidRDefault="00AC6DC2">
      <w:pPr>
        <w:autoSpaceDE w:val="0"/>
        <w:autoSpaceDN w:val="0"/>
        <w:spacing w:after="64" w:line="220" w:lineRule="exact"/>
        <w:rPr>
          <w:lang w:val="ru-RU"/>
        </w:rPr>
      </w:pPr>
    </w:p>
    <w:p w14:paraId="37E0005E" w14:textId="77777777" w:rsidR="00AC6DC2" w:rsidRDefault="007435D6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1140"/>
        <w:gridCol w:w="864"/>
        <w:gridCol w:w="3086"/>
        <w:gridCol w:w="1082"/>
        <w:gridCol w:w="3182"/>
      </w:tblGrid>
      <w:tr w:rsidR="00AC6DC2" w14:paraId="2584F78B" w14:textId="77777777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7AE4E6" w14:textId="77777777" w:rsidR="00AC6DC2" w:rsidRDefault="007435D6">
            <w:pPr>
              <w:autoSpaceDE w:val="0"/>
              <w:autoSpaceDN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4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AC21B9" w14:textId="77777777" w:rsidR="00AC6DC2" w:rsidRPr="00D53121" w:rsidRDefault="007435D6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968BB3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часов</w:t>
            </w:r>
            <w:proofErr w:type="spellEnd"/>
          </w:p>
        </w:tc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7A3588" w14:textId="77777777" w:rsidR="00AC6DC2" w:rsidRDefault="007435D6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Дата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  <w:proofErr w:type="spellEnd"/>
          </w:p>
        </w:tc>
        <w:tc>
          <w:tcPr>
            <w:tcW w:w="30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6484A3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деятельности</w:t>
            </w:r>
            <w:proofErr w:type="spellEnd"/>
          </w:p>
        </w:tc>
        <w:tc>
          <w:tcPr>
            <w:tcW w:w="10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414013" w14:textId="77777777" w:rsidR="00AC6DC2" w:rsidRDefault="007435D6">
            <w:pPr>
              <w:autoSpaceDE w:val="0"/>
              <w:autoSpaceDN w:val="0"/>
              <w:spacing w:before="78" w:after="0" w:line="247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формы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  <w:proofErr w:type="spellEnd"/>
          </w:p>
        </w:tc>
        <w:tc>
          <w:tcPr>
            <w:tcW w:w="3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43F119" w14:textId="77777777" w:rsidR="00AC6DC2" w:rsidRDefault="007435D6">
            <w:pPr>
              <w:autoSpaceDE w:val="0"/>
              <w:autoSpaceDN w:val="0"/>
              <w:spacing w:before="78" w:after="0" w:line="245" w:lineRule="auto"/>
              <w:ind w:left="72" w:right="115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цифровые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ресурсы</w:t>
            </w:r>
            <w:proofErr w:type="spellEnd"/>
          </w:p>
        </w:tc>
      </w:tr>
      <w:tr w:rsidR="00AC6DC2" w14:paraId="3922857E" w14:textId="77777777">
        <w:trPr>
          <w:trHeight w:hRule="exact" w:val="540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95075" w14:textId="77777777" w:rsidR="00AC6DC2" w:rsidRDefault="00AC6DC2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084D9" w14:textId="77777777" w:rsidR="00AC6DC2" w:rsidRDefault="00AC6DC2"/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6F656BD8" w14:textId="77777777"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  <w:proofErr w:type="spellEnd"/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E736B4" w14:textId="77777777" w:rsidR="00AC6DC2" w:rsidRDefault="007435D6">
            <w:pPr>
              <w:autoSpaceDE w:val="0"/>
              <w:autoSpaceDN w:val="0"/>
              <w:spacing w:before="78" w:after="0" w:line="245" w:lineRule="auto"/>
              <w:ind w:left="68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работы</w:t>
            </w:r>
            <w:proofErr w:type="spellEnd"/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2A6D55" w14:textId="77777777" w:rsidR="00AC6DC2" w:rsidRDefault="007435D6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работы</w:t>
            </w:r>
            <w:proofErr w:type="spellEnd"/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13CD5" w14:textId="77777777" w:rsidR="00AC6DC2" w:rsidRDefault="00AC6DC2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780E3" w14:textId="77777777" w:rsidR="00AC6DC2" w:rsidRDefault="00AC6DC2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83F35" w14:textId="77777777" w:rsidR="00AC6DC2" w:rsidRDefault="00AC6DC2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DBDAD" w14:textId="77777777" w:rsidR="00AC6DC2" w:rsidRDefault="00AC6DC2"/>
        </w:tc>
      </w:tr>
      <w:tr w:rsidR="00AC6DC2" w14:paraId="3CB34BFC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67FF1F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ОБУЧЕНИЕ ГРАМОТЕ</w:t>
            </w:r>
          </w:p>
        </w:tc>
      </w:tr>
      <w:tr w:rsidR="00AC6DC2" w14:paraId="7DD47DE8" w14:textId="77777777">
        <w:trPr>
          <w:trHeight w:hRule="exact" w:val="35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76E8F9" w14:textId="77777777" w:rsidR="00AC6DC2" w:rsidRDefault="007435D6">
            <w:pPr>
              <w:autoSpaceDE w:val="0"/>
              <w:autoSpaceDN w:val="0"/>
              <w:spacing w:before="8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1.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Развитие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речи</w:t>
            </w:r>
            <w:proofErr w:type="spellEnd"/>
          </w:p>
        </w:tc>
      </w:tr>
      <w:tr w:rsidR="00AC6DC2" w14:paraId="0CD8CC4A" w14:textId="77777777" w:rsidTr="002A48B2">
        <w:trPr>
          <w:trHeight w:hRule="exact" w:val="384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EF2B3C" w14:textId="77777777" w:rsidR="00AC6DC2" w:rsidRDefault="007435D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5A83AD" w14:textId="77777777" w:rsidR="00AC6DC2" w:rsidRPr="00D53121" w:rsidRDefault="007435D6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Составление небольших рассказов повествовательного характера по серии сюжетных картинок, материалам собственных игр, занятий, наблюдений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087A4663" w14:textId="65741349" w:rsidR="00AC6DC2" w:rsidRPr="00B01CB0" w:rsidRDefault="00B01CB0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EB02D4" w14:textId="77777777" w:rsidR="00AC6DC2" w:rsidRDefault="007435D6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D87391" w14:textId="77777777"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D65D17" w14:textId="7AAEB74A" w:rsidR="00AC6DC2" w:rsidRDefault="007435D6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01.0</w:t>
            </w:r>
            <w:r w:rsidR="00A62B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.2022 0</w:t>
            </w:r>
            <w:r w:rsidR="0007058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 w:rsidR="0007058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.2022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BE05E8" w14:textId="72B4D6A8" w:rsidR="00AC6DC2" w:rsidRPr="00D53121" w:rsidRDefault="007435D6">
            <w:pPr>
              <w:autoSpaceDE w:val="0"/>
              <w:autoSpaceDN w:val="0"/>
              <w:spacing w:before="76" w:after="0" w:line="257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серией сюжетных картинок,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выстроенных в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​вильной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последовательности: анализ изображённых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собы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тий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обсуждение сюжета, составление устного рассказа с опорой на картинки; Работа с серией сюжетных картинок с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нарушенной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последо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вательностью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анализ изображённых событий, установление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правильной последовательности событий, объяснение ошибки художника, внесение изменений в последователь​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ность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картинок, составление устного рассказа по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восстанов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r w:rsidRPr="00D53121">
              <w:rPr>
                <w:rFonts w:ascii="DejaVu Serif" w:eastAsia="DejaVu Serif" w:hAnsi="DejaVu Serif"/>
                <w:color w:val="000000"/>
                <w:w w:val="97"/>
                <w:sz w:val="16"/>
                <w:lang w:val="ru-RU"/>
              </w:rPr>
              <w:t>‐</w:t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ленной серии картинок; 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Совместная работа по составлению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небольших рассказов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опи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сательного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характера (например, описание как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результат совместных наблюдений,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описание модели звукового состава слова и т. д.)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F58B37" w14:textId="77777777" w:rsidR="00AC6DC2" w:rsidRDefault="007435D6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EAB971" w14:textId="77777777" w:rsidR="00AC6DC2" w:rsidRDefault="007435D6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https://edudocs.info/prezentaciya-na-temu-sostavlenie-ustnyh-rasskazov--7677.html</w:t>
            </w:r>
          </w:p>
        </w:tc>
      </w:tr>
      <w:tr w:rsidR="00AC6DC2" w14:paraId="5638436F" w14:textId="77777777">
        <w:trPr>
          <w:trHeight w:hRule="exact" w:val="350"/>
        </w:trPr>
        <w:tc>
          <w:tcPr>
            <w:tcW w:w="451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21FB1C" w14:textId="77777777" w:rsidR="00AC6DC2" w:rsidRDefault="007435D6">
            <w:pPr>
              <w:autoSpaceDE w:val="0"/>
              <w:autoSpaceDN w:val="0"/>
              <w:spacing w:before="76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56AB6545" w14:textId="04ADC806" w:rsidR="00AC6DC2" w:rsidRPr="00B01CB0" w:rsidRDefault="00B01CB0">
            <w:pPr>
              <w:autoSpaceDE w:val="0"/>
              <w:autoSpaceDN w:val="0"/>
              <w:spacing w:before="76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</w:p>
        </w:tc>
        <w:tc>
          <w:tcPr>
            <w:tcW w:w="10458" w:type="dxa"/>
            <w:gridSpan w:val="6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58EAE7" w14:textId="77777777" w:rsidR="00AC6DC2" w:rsidRDefault="00AC6DC2"/>
        </w:tc>
      </w:tr>
      <w:tr w:rsidR="00AC6DC2" w14:paraId="0E647D77" w14:textId="77777777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7FD6E9" w14:textId="77777777" w:rsidR="00AC6DC2" w:rsidRDefault="007435D6">
            <w:pPr>
              <w:autoSpaceDE w:val="0"/>
              <w:autoSpaceDN w:val="0"/>
              <w:spacing w:before="76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2.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Фонетика</w:t>
            </w:r>
            <w:proofErr w:type="spellEnd"/>
          </w:p>
        </w:tc>
      </w:tr>
    </w:tbl>
    <w:p w14:paraId="402E0962" w14:textId="77777777" w:rsidR="00AC6DC2" w:rsidRDefault="00AC6DC2">
      <w:pPr>
        <w:autoSpaceDE w:val="0"/>
        <w:autoSpaceDN w:val="0"/>
        <w:spacing w:after="0" w:line="14" w:lineRule="exact"/>
      </w:pPr>
    </w:p>
    <w:p w14:paraId="412AD58F" w14:textId="77777777" w:rsidR="00AC6DC2" w:rsidRDefault="00AC6DC2">
      <w:pPr>
        <w:sectPr w:rsidR="00AC6DC2">
          <w:pgSz w:w="16840" w:h="11900"/>
          <w:pgMar w:top="282" w:right="640" w:bottom="1036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234FAA70" w14:textId="77777777" w:rsidR="00AC6DC2" w:rsidRDefault="00AC6DC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1140"/>
        <w:gridCol w:w="864"/>
        <w:gridCol w:w="3086"/>
        <w:gridCol w:w="1082"/>
        <w:gridCol w:w="3182"/>
      </w:tblGrid>
      <w:tr w:rsidR="00AC6DC2" w14:paraId="5297CAFB" w14:textId="77777777" w:rsidTr="002A48B2">
        <w:trPr>
          <w:trHeight w:hRule="exact" w:val="4055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4A5C36" w14:textId="77777777"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C04F12" w14:textId="77777777" w:rsidR="00AC6DC2" w:rsidRPr="00D53121" w:rsidRDefault="007435D6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Звуки речи. Интонационное выделение звука в слове. Определение частотного звука в стихотворении.</w:t>
            </w:r>
          </w:p>
          <w:p w14:paraId="21A63C02" w14:textId="77777777" w:rsidR="00AC6DC2" w:rsidRPr="00D53121" w:rsidRDefault="007435D6">
            <w:pPr>
              <w:autoSpaceDE w:val="0"/>
              <w:autoSpaceDN w:val="0"/>
              <w:spacing w:before="20" w:after="0" w:line="245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Называние слов с заданным звуком. Дифференциация близких по акустико-артикуляционным признакам звуков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0158E3BC" w14:textId="26E644AF" w:rsidR="00AC6DC2" w:rsidRPr="00B01CB0" w:rsidRDefault="00B01CB0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254FF4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792760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E843C1" w14:textId="244483B1" w:rsidR="00AC6DC2" w:rsidRDefault="007435D6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  <w:r w:rsidR="0007058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.09.2022 </w:t>
            </w:r>
            <w:r w:rsidR="0007058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.09.2022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7BE73B" w14:textId="0BB2F308" w:rsidR="00AC6DC2" w:rsidRPr="00D53121" w:rsidRDefault="007435D6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Игровое упражнение «Скажи так, как я»(отрабатывается умение воспроизводить заданный учителем образец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интона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r w:rsidRPr="00D53121">
              <w:rPr>
                <w:rFonts w:ascii="DejaVu Serif" w:eastAsia="DejaVu Serif" w:hAnsi="DejaVu Serif"/>
                <w:color w:val="000000"/>
                <w:w w:val="97"/>
                <w:sz w:val="16"/>
                <w:lang w:val="ru-RU"/>
              </w:rPr>
              <w:t>‐</w:t>
            </w:r>
            <w:r w:rsidRPr="00D53121">
              <w:rPr>
                <w:lang w:val="ru-RU"/>
              </w:rPr>
              <w:br/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ционного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выделения звука в слове);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Игра​соревнование «Кто запомнит больше слов с заданным звуком при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прослушивании стихотворения»;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Упражнение: подбор слов с заданным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звуком;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моделью: выбрать нужную модель в зависимости от места заданного звука в слове (начало, середина, конец слова);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Совместная работа: группировка слов по первому звуку(по последнему звуку), по наличию близких в акустико-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артикуляционном отношении звуков ([н] —[м], [р] — [л], [с] — [ш] и др.);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Игра «Живые звуки»: моделирование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звукового состава слова в игровых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ситуациях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628B0B" w14:textId="77777777"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7CD8D8" w14:textId="77777777" w:rsidR="00AC6DC2" w:rsidRDefault="007435D6">
            <w:pPr>
              <w:autoSpaceDE w:val="0"/>
              <w:autoSpaceDN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https://nsportal.ru/nachalnaya-shkola/russkii-yazyk/2017/11/13/prezentatsiya-k-uroku-russkogo-yazyka-obuchenie-gramote-v</w:t>
            </w:r>
          </w:p>
        </w:tc>
      </w:tr>
    </w:tbl>
    <w:p w14:paraId="2452EA55" w14:textId="77777777" w:rsidR="00AC6DC2" w:rsidRDefault="00AC6DC2">
      <w:pPr>
        <w:autoSpaceDE w:val="0"/>
        <w:autoSpaceDN w:val="0"/>
        <w:spacing w:after="0" w:line="14" w:lineRule="exact"/>
      </w:pPr>
    </w:p>
    <w:p w14:paraId="1BF48EFB" w14:textId="77777777" w:rsidR="00AC6DC2" w:rsidRDefault="00AC6DC2">
      <w:pPr>
        <w:sectPr w:rsidR="00AC6DC2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101DED55" w14:textId="77777777" w:rsidR="00AC6DC2" w:rsidRDefault="00AC6DC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1140"/>
        <w:gridCol w:w="864"/>
        <w:gridCol w:w="3086"/>
        <w:gridCol w:w="1082"/>
        <w:gridCol w:w="3182"/>
      </w:tblGrid>
      <w:tr w:rsidR="00AC6DC2" w14:paraId="3F0B42C6" w14:textId="77777777" w:rsidTr="002A48B2">
        <w:trPr>
          <w:trHeight w:hRule="exact" w:val="504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26878E" w14:textId="77777777"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2B3CD5" w14:textId="77777777" w:rsidR="00AC6DC2" w:rsidRPr="00D53121" w:rsidRDefault="007435D6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Установление последовательности звуков в слове и количества звуков. Сопоставление слов, различающихся одним или несколькими звуками. Звуковой анализ слова, работа со звуковыми моделями: построение модели звукового состава слова, подбор слов, соответствующих заданной модели.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31C9A6F3" w14:textId="0B5C87FA" w:rsidR="00AC6DC2" w:rsidRPr="00B01CB0" w:rsidRDefault="00B01CB0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167D83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D9DE23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2BAC7F" w14:textId="2639C926" w:rsidR="00AC6DC2" w:rsidRDefault="007435D6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  <w:r w:rsidR="0007058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.09.2022 1</w:t>
            </w:r>
            <w:r w:rsidR="0007058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.09.2022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855E6C" w14:textId="68A5F615" w:rsidR="00AC6DC2" w:rsidRPr="00D53121" w:rsidRDefault="007435D6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парах: сравнение двух моделей звукового состава (нахождение сходства и различия);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Дифференцированное задание: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соотнесение слов с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соответ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​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ствующими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им моделями;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Комментированное выполнение задания: группировка звуков по заданному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основанию (например, твёрдые — мягкие согласные звуки);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 «Чем гласные звуки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отличаются по произношению от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согласных звуков?»; как результат участия в диалоге: различение гласных и согласных звуков по отсутствию/наличию преграды; Игровое упражнение «Назови братца»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(парный по твёрдости — мягкости звук); Учебный диалог «Чем твёрдые согласные звуки отличаются от мягких согласных звуков?»;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Комментированное выполнение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упражнения по определению количества слогов в слове, приведение доказательства; Работа в парах: подбор слов с заданным количеством слогов;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8450B7" w14:textId="77777777"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196382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https://kopilkaurokov.ru/nachalniyeKlassi</w:t>
            </w:r>
          </w:p>
        </w:tc>
      </w:tr>
      <w:tr w:rsidR="00AC6DC2" w14:paraId="37453E24" w14:textId="77777777" w:rsidTr="002A48B2">
        <w:trPr>
          <w:trHeight w:hRule="exact" w:val="115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0D89E3" w14:textId="77777777" w:rsidR="00AC6DC2" w:rsidRDefault="007435D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6F88C7" w14:textId="77777777" w:rsidR="00AC6DC2" w:rsidRPr="00D53121" w:rsidRDefault="007435D6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Особенность гласных звуков. Особенность согласных звуков. Различение гласных и согласных звуков. Определение места ударения. Различение гласных ударных и безударных. Ударный слог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49DF26CA" w14:textId="6493629F" w:rsidR="00AC6DC2" w:rsidRPr="00B01CB0" w:rsidRDefault="00B01CB0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DFEDD3" w14:textId="77777777" w:rsidR="00AC6DC2" w:rsidRDefault="007435D6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B37457" w14:textId="77777777"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8332C0" w14:textId="4B5A04C3" w:rsidR="00AC6DC2" w:rsidRDefault="0007058D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19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.09.2022 </w:t>
            </w:r>
            <w:r w:rsidR="007435D6" w:rsidRPr="0007058D">
              <w:rPr>
                <w:rFonts w:ascii="Times New Roman" w:eastAsia="Times New Roman" w:hAnsi="Times New Roman"/>
                <w:color w:val="000000" w:themeColor="text1"/>
                <w:w w:val="97"/>
                <w:sz w:val="16"/>
              </w:rPr>
              <w:t>2</w:t>
            </w:r>
            <w:r w:rsidRPr="0007058D">
              <w:rPr>
                <w:rFonts w:ascii="Times New Roman" w:eastAsia="Times New Roman" w:hAnsi="Times New Roman"/>
                <w:color w:val="000000" w:themeColor="text1"/>
                <w:w w:val="97"/>
                <w:sz w:val="16"/>
                <w:lang w:val="ru-RU"/>
              </w:rPr>
              <w:t>1</w:t>
            </w:r>
            <w:r w:rsidR="007435D6" w:rsidRPr="0007058D">
              <w:rPr>
                <w:rFonts w:ascii="Times New Roman" w:eastAsia="Times New Roman" w:hAnsi="Times New Roman"/>
                <w:color w:val="000000" w:themeColor="text1"/>
                <w:w w:val="97"/>
                <w:sz w:val="16"/>
              </w:rPr>
              <w:t>.09.2022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3EE769" w14:textId="67CAAE4D" w:rsidR="00AC6DC2" w:rsidRPr="00D53121" w:rsidRDefault="007435D6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Дифференцированное задание: подбор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слова с заданным ударным гласным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звуком;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со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слогоударными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схемами: подбор слов, соответствующих схеме; </w:t>
            </w:r>
            <w:r w:rsidRPr="00D53121">
              <w:rPr>
                <w:lang w:val="ru-RU"/>
              </w:rPr>
              <w:br/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408421" w14:textId="77777777" w:rsidR="00AC6DC2" w:rsidRDefault="007435D6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19CFC9" w14:textId="77777777" w:rsidR="00AC6DC2" w:rsidRDefault="007435D6">
            <w:pPr>
              <w:autoSpaceDE w:val="0"/>
              <w:autoSpaceDN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https://nsportal.ru/nachalnaya-shkola/russkii-yazyk/2012/05/06/prezentatsiya-glasnye-i-soglasnye-zvuki-i-bukvy</w:t>
            </w:r>
          </w:p>
        </w:tc>
      </w:tr>
    </w:tbl>
    <w:p w14:paraId="766DC909" w14:textId="77777777" w:rsidR="00AC6DC2" w:rsidRDefault="00AC6DC2">
      <w:pPr>
        <w:autoSpaceDE w:val="0"/>
        <w:autoSpaceDN w:val="0"/>
        <w:spacing w:after="0" w:line="14" w:lineRule="exact"/>
      </w:pPr>
    </w:p>
    <w:p w14:paraId="6CC655ED" w14:textId="77777777" w:rsidR="00AC6DC2" w:rsidRDefault="00AC6DC2">
      <w:pPr>
        <w:sectPr w:rsidR="00AC6DC2">
          <w:pgSz w:w="16840" w:h="11900"/>
          <w:pgMar w:top="284" w:right="640" w:bottom="1276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0FDB6873" w14:textId="77777777" w:rsidR="00AC6DC2" w:rsidRDefault="00AC6DC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1140"/>
        <w:gridCol w:w="864"/>
        <w:gridCol w:w="3086"/>
        <w:gridCol w:w="1082"/>
        <w:gridCol w:w="3182"/>
      </w:tblGrid>
      <w:tr w:rsidR="00AC6DC2" w14:paraId="6D6B143F" w14:textId="77777777" w:rsidTr="002A48B2">
        <w:trPr>
          <w:trHeight w:hRule="exact" w:val="306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42C749" w14:textId="77777777"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E42E9B" w14:textId="77777777" w:rsidR="00AC6DC2" w:rsidRDefault="007435D6">
            <w:pPr>
              <w:autoSpaceDE w:val="0"/>
              <w:autoSpaceDN w:val="0"/>
              <w:spacing w:before="78" w:after="0" w:line="247" w:lineRule="auto"/>
              <w:ind w:left="72" w:right="288"/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Твёрдость и мягкость согласных звуков как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смыслоразличительная функция.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Различение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твёрдых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мягких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согласных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звуков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1FDCF083" w14:textId="5D8E768C" w:rsidR="00AC6DC2" w:rsidRPr="00B01CB0" w:rsidRDefault="00B01CB0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03A355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9DFA99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A3B033" w14:textId="25EBB1D9" w:rsidR="00AC6DC2" w:rsidRDefault="007435D6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  <w:r w:rsidR="0007058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.09.2022 2</w:t>
            </w:r>
            <w:r w:rsidR="0007058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.09.2022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AB6EAB" w14:textId="06813DEE" w:rsidR="00AC6DC2" w:rsidRPr="00D53121" w:rsidRDefault="007435D6" w:rsidP="002A48B2">
            <w:pPr>
              <w:autoSpaceDE w:val="0"/>
              <w:autoSpaceDN w:val="0"/>
              <w:spacing w:before="78" w:after="0" w:line="254" w:lineRule="auto"/>
              <w:rPr>
                <w:lang w:val="ru-RU"/>
              </w:rPr>
            </w:pP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Игровое упражнение «Есть ли в слове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заданный звук?» (ловить мяч нужно только тогда, когда ведущий называет слово с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заданным звуком, отрабатывается умение определять наличие заданного звука в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слове);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Игра​соревнование «Кто запомнит больше слов с заданным звуком при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прослушивании стихотворения»;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Упражнение: подбор слов с заданным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звуком;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с моделью: выбрать нужную модель в зависимости от места заданного звука в слове (начало, середина, конец слова);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C15D4E" w14:textId="77777777"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25423D" w14:textId="77777777" w:rsidR="00AC6DC2" w:rsidRDefault="007435D6">
            <w:pPr>
              <w:autoSpaceDE w:val="0"/>
              <w:autoSpaceDN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https://uchitelya.com/russkiy-yazyk/125589-prezentaciya-tverdye-i-myagkie-soglasnye-zvuki-ih-smyslorazlichitelnaya-rol.html</w:t>
            </w:r>
          </w:p>
        </w:tc>
      </w:tr>
      <w:tr w:rsidR="00AC6DC2" w14:paraId="59E5FBF3" w14:textId="77777777" w:rsidTr="002A48B2">
        <w:trPr>
          <w:trHeight w:hRule="exact" w:val="241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F498EB" w14:textId="77777777"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2.5.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9B35BB" w14:textId="77777777" w:rsidR="00AC6DC2" w:rsidRPr="00D53121" w:rsidRDefault="007435D6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Дифференциация парных по твёрдости — мягкости согласных звуков.  Дифференциация парных по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звонкости — глухости звуков (без введения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термино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в«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звонкость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», «глухость»).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4E690FEA" w14:textId="2A4F32C4" w:rsidR="00AC6DC2" w:rsidRPr="00B01CB0" w:rsidRDefault="00B01CB0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945AB4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6864EF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F511D8" w14:textId="429979ED" w:rsidR="00AC6DC2" w:rsidRDefault="0007058D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28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.09.2022 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.10.2022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BA7053" w14:textId="5E70A1DD" w:rsidR="00AC6DC2" w:rsidRPr="002A48B2" w:rsidRDefault="007435D6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Моделирование звукового состава слов с использованием фишек разного цвета для фиксации качественных характеристик звуков;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Совместное выполнение задания: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проанализировать предложенную модель звукового состава слова и рассказать о ней;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Комментированное выполнение задания: группировка звуков по заданному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основанию </w:t>
            </w:r>
            <w:r w:rsidRPr="002A48B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(например, твёрдые — мягкие согласные звуки);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73E65D" w14:textId="77777777"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5938D4" w14:textId="77777777" w:rsidR="00AC6DC2" w:rsidRDefault="007435D6">
            <w:pPr>
              <w:autoSpaceDE w:val="0"/>
              <w:autoSpaceDN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https://uchitelya.com/russkiy-yazyk/125589-prezentaciya-tverdye-i-myagkie-soglasnye-zvuki-ih-smyslorazlichitelnaya-rol.html</w:t>
            </w:r>
          </w:p>
        </w:tc>
      </w:tr>
      <w:tr w:rsidR="00AC6DC2" w14:paraId="40BCAB94" w14:textId="77777777">
        <w:trPr>
          <w:trHeight w:hRule="exact" w:val="150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FF786F" w14:textId="77777777"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2.6.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BC2E63" w14:textId="77777777" w:rsidR="00AC6DC2" w:rsidRPr="00D53121" w:rsidRDefault="007435D6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Слог как минимальная произносительная единица.</w:t>
            </w:r>
          </w:p>
          <w:p w14:paraId="5B4C73AA" w14:textId="77777777" w:rsidR="00AC6DC2" w:rsidRDefault="007435D6">
            <w:pPr>
              <w:autoSpaceDE w:val="0"/>
              <w:autoSpaceDN w:val="0"/>
              <w:spacing w:before="20" w:after="0" w:line="247" w:lineRule="auto"/>
              <w:ind w:left="72"/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Слогообразующая функция гласных звуков. Определение количества слогов в слове.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Деление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слов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слоги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простые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однозначные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случаи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)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1EFE2996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8E1764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241E23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A4F125" w14:textId="5395EE5E" w:rsidR="00AC6DC2" w:rsidRDefault="0007058D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.10.2022 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.10.2022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C3D668" w14:textId="77777777" w:rsidR="00AC6DC2" w:rsidRPr="00D53121" w:rsidRDefault="007435D6">
            <w:pPr>
              <w:autoSpaceDE w:val="0"/>
              <w:autoSpaceDN w:val="0"/>
              <w:spacing w:before="78" w:after="0" w:line="252" w:lineRule="auto"/>
              <w:ind w:left="72" w:right="28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группах: объединять слова по количеству слогов в слове и месту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ударения;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группах: нахождение и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исправление ошибок, допущенных при делении слов на слоги, в определении ударного звука;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0535F0" w14:textId="77777777"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F31015" w14:textId="77777777" w:rsidR="00AC6DC2" w:rsidRDefault="007435D6">
            <w:pPr>
              <w:autoSpaceDE w:val="0"/>
              <w:autoSpaceDN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https://nsportal.ru/nachalnaya-shkola/russkii-yazyk/2017/01/10/prezentatsiya-k-uroku-russkogo-yazyka-slog-kak</w:t>
            </w:r>
          </w:p>
        </w:tc>
      </w:tr>
      <w:tr w:rsidR="00AC6DC2" w14:paraId="75FFFDEA" w14:textId="77777777">
        <w:trPr>
          <w:trHeight w:hRule="exact" w:val="348"/>
        </w:trPr>
        <w:tc>
          <w:tcPr>
            <w:tcW w:w="4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0F1E37" w14:textId="77777777"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5C06E877" w14:textId="3AB73CE5" w:rsidR="00AC6DC2" w:rsidRPr="00B01CB0" w:rsidRDefault="007435D6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  <w:r w:rsidR="00B01CB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</w:t>
            </w:r>
          </w:p>
        </w:tc>
        <w:tc>
          <w:tcPr>
            <w:tcW w:w="10458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10F7D2" w14:textId="77777777" w:rsidR="00AC6DC2" w:rsidRDefault="00AC6DC2"/>
        </w:tc>
      </w:tr>
      <w:tr w:rsidR="00AC6DC2" w:rsidRPr="00D21632" w14:paraId="0459410F" w14:textId="77777777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BCF6E9" w14:textId="77777777" w:rsidR="00AC6DC2" w:rsidRPr="00D53121" w:rsidRDefault="007435D6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Раздел 3.</w:t>
            </w:r>
            <w:r w:rsidRPr="00D5312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Письмо. Орфография и пунктуация</w:t>
            </w:r>
          </w:p>
        </w:tc>
      </w:tr>
    </w:tbl>
    <w:p w14:paraId="6F218C07" w14:textId="77777777" w:rsidR="00AC6DC2" w:rsidRPr="00D53121" w:rsidRDefault="00AC6DC2">
      <w:pPr>
        <w:autoSpaceDE w:val="0"/>
        <w:autoSpaceDN w:val="0"/>
        <w:spacing w:after="0" w:line="14" w:lineRule="exact"/>
        <w:rPr>
          <w:lang w:val="ru-RU"/>
        </w:rPr>
      </w:pPr>
    </w:p>
    <w:p w14:paraId="7505CF7E" w14:textId="77777777" w:rsidR="00AC6DC2" w:rsidRPr="00D53121" w:rsidRDefault="00AC6DC2">
      <w:pPr>
        <w:rPr>
          <w:lang w:val="ru-RU"/>
        </w:rPr>
        <w:sectPr w:rsidR="00AC6DC2" w:rsidRPr="00D53121">
          <w:pgSz w:w="16840" w:h="11900"/>
          <w:pgMar w:top="284" w:right="640" w:bottom="802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7AF604CA" w14:textId="77777777" w:rsidR="00AC6DC2" w:rsidRPr="00D53121" w:rsidRDefault="00AC6DC2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1140"/>
        <w:gridCol w:w="864"/>
        <w:gridCol w:w="3086"/>
        <w:gridCol w:w="1082"/>
        <w:gridCol w:w="3182"/>
      </w:tblGrid>
      <w:tr w:rsidR="00AC6DC2" w14:paraId="34D0CC53" w14:textId="77777777">
        <w:trPr>
          <w:trHeight w:hRule="exact" w:val="150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22A880" w14:textId="77777777"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A71EBB" w14:textId="77777777" w:rsidR="00AC6DC2" w:rsidRDefault="007435D6">
            <w:pPr>
              <w:autoSpaceDE w:val="0"/>
              <w:autoSpaceDN w:val="0"/>
              <w:spacing w:before="78" w:after="0" w:line="252" w:lineRule="auto"/>
              <w:ind w:left="72" w:right="144"/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Развитие мелкой моторики пальцев и движения руки. Развитие умения ориентироваться на пространстве листа в тетради и на пространстве классной доски.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Усвоение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гигиенических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требований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которые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необходимо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соблюдать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время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письма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25529273" w14:textId="6B4CF600" w:rsidR="00AC6DC2" w:rsidRPr="00B01CB0" w:rsidRDefault="00B7159D" w:rsidP="00B7159D">
            <w:pPr>
              <w:autoSpaceDE w:val="0"/>
              <w:autoSpaceDN w:val="0"/>
              <w:spacing w:before="78" w:after="0" w:line="230" w:lineRule="auto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C90730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25AC3C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4D2D93" w14:textId="56259FF9" w:rsidR="00AC6DC2" w:rsidRDefault="007435D6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  <w:r w:rsidR="0007058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.10.2022 2</w:t>
            </w:r>
            <w:r w:rsidR="0007058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.10.2022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DA2795" w14:textId="77777777" w:rsidR="00AC6DC2" w:rsidRPr="00D53121" w:rsidRDefault="007435D6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Совместная работа: анализ поэлементного состава букв;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Игровое упражнение «Конструктор букв», направленное на составление буквы из элементов;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Моделирование (из пластилина, из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проволоки) букв;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2D6E66" w14:textId="77777777"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F10EC7" w14:textId="77777777" w:rsidR="00AC6DC2" w:rsidRDefault="007435D6">
            <w:pPr>
              <w:autoSpaceDE w:val="0"/>
              <w:autoSpaceDN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https://nsportal.ru/nachalnaya-shkola/russkii-yazyk/2017/01/10/prezentatsiya-k-uroku-russkogo-yazyka-slog-kak</w:t>
            </w:r>
          </w:p>
        </w:tc>
      </w:tr>
      <w:tr w:rsidR="00AC6DC2" w14:paraId="1403597E" w14:textId="77777777" w:rsidTr="002A48B2">
        <w:trPr>
          <w:trHeight w:hRule="exact" w:val="270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3B526F" w14:textId="77777777"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D654B4" w14:textId="77777777" w:rsidR="00AC6DC2" w:rsidRPr="00D53121" w:rsidRDefault="007435D6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Письмо под диктовку слов и предложений, написание которых не расходится с их произношением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507C31D7" w14:textId="36D11478" w:rsidR="00AC6DC2" w:rsidRPr="00B01CB0" w:rsidRDefault="00B7159D" w:rsidP="00B7159D">
            <w:pPr>
              <w:autoSpaceDE w:val="0"/>
              <w:autoSpaceDN w:val="0"/>
              <w:spacing w:before="78" w:after="0" w:line="230" w:lineRule="auto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90E4A4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A031C2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A1B292" w14:textId="7A522EB6" w:rsidR="00AC6DC2" w:rsidRDefault="00315BD7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27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.2022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21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.11.2022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4C75BC" w14:textId="23FD5F43" w:rsidR="00AC6DC2" w:rsidRPr="002A48B2" w:rsidRDefault="007435D6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Упражнение: запись письменными буквами слова/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предло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жения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/короткого текста,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написанного печатными буквами;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Моделирование в процессе совместного обсуждения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алгорит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ма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списывания;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 работа: списывание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слов/предложений в соответствии с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заданным алгоритмом, контролирование этапов своей работы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 «Почему слова пишутся отдельно друг от друга? </w:t>
            </w:r>
            <w:r w:rsidRPr="002A48B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Удобно ли читать предложение, записанное без пробелов </w:t>
            </w:r>
            <w:r w:rsidRPr="002A48B2">
              <w:rPr>
                <w:lang w:val="ru-RU"/>
              </w:rPr>
              <w:br/>
            </w:r>
            <w:r w:rsidRPr="002A48B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между словами?»;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4DA050" w14:textId="77777777"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0BF001" w14:textId="77777777" w:rsidR="00AC6DC2" w:rsidRDefault="007435D6">
            <w:pPr>
              <w:autoSpaceDE w:val="0"/>
              <w:autoSpaceDN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https://nsportal.ru/nachalnaya-shkola/russkii-yazyk/2017/01/10/prezentatsiya-k-uroku-russkogo-yazyka-slog-kak</w:t>
            </w:r>
          </w:p>
        </w:tc>
      </w:tr>
      <w:tr w:rsidR="00AC6DC2" w14:paraId="0ACF9781" w14:textId="77777777" w:rsidTr="002A48B2">
        <w:trPr>
          <w:trHeight w:hRule="exact" w:val="184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8CE574" w14:textId="77777777"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4B7333" w14:textId="77777777" w:rsidR="00AC6DC2" w:rsidRPr="00D53121" w:rsidRDefault="007435D6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Усвоение приёмов последовательности правильного списывания текста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588F401F" w14:textId="736E92F1" w:rsidR="00AC6DC2" w:rsidRPr="00B01CB0" w:rsidRDefault="00B7159D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9BC1E0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697556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C7183E" w14:textId="4851D76E" w:rsidR="00AC6DC2" w:rsidRDefault="007435D6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  <w:r w:rsidR="00315BD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.11.2022 </w:t>
            </w:r>
            <w:r w:rsidR="00315BD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.11.2022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F9DE9C" w14:textId="01318091" w:rsidR="00AC6DC2" w:rsidRPr="00D53121" w:rsidRDefault="007435D6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Упражнение: запись под диктовку слов и предложений, состоящих из трёх — пяти слов со звуками в сильной позиции;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в парах: соотнесение одних и тех же слов, написан​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ных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печатным и письменным шрифтом;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Упражнение: запись письменными буквами слова/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предло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жения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/короткого текста,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написанного печатными буквами; </w:t>
            </w:r>
            <w:r w:rsidRPr="00D53121">
              <w:rPr>
                <w:lang w:val="ru-RU"/>
              </w:rPr>
              <w:br/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DDE994" w14:textId="77777777"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56A39E" w14:textId="77777777" w:rsidR="00AC6DC2" w:rsidRDefault="007435D6">
            <w:pPr>
              <w:autoSpaceDE w:val="0"/>
              <w:autoSpaceDN w:val="0"/>
              <w:spacing w:before="78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https://infourok.ru/prezentaciya-k-uroku-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russkogo-yazika-v-klasse-yazik-kak-sredstvo-obscheniya-poryadok-deystviy-pri-spisivanii-1484402.html</w:t>
            </w:r>
          </w:p>
        </w:tc>
      </w:tr>
      <w:tr w:rsidR="00AC6DC2" w14:paraId="2062751E" w14:textId="77777777" w:rsidTr="002A48B2">
        <w:trPr>
          <w:trHeight w:hRule="exact" w:val="113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F3DEB1" w14:textId="77777777"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B31A4C" w14:textId="77777777" w:rsidR="00AC6DC2" w:rsidRPr="00D53121" w:rsidRDefault="007435D6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Понимание функции небуквенных графических средств: пробела между словами, знака переноса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5804A1F6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C637BA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54C0DA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771C59" w14:textId="5C3128E4" w:rsidR="00AC6DC2" w:rsidRDefault="00315BD7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01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.2022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12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.12.2022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87622B" w14:textId="3774CF19" w:rsidR="00AC6DC2" w:rsidRPr="00A62BAD" w:rsidRDefault="007435D6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Обсуждение проблемной ситуации «Что делать, если строка заканчивается, а слово не входит?», введение знака переноса, сообщение правила переноса слов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(первичное знакомство); </w:t>
            </w:r>
            <w:r w:rsidRPr="00D53121">
              <w:rPr>
                <w:lang w:val="ru-RU"/>
              </w:rPr>
              <w:br/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CDE250" w14:textId="77777777"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6FF6F8" w14:textId="77777777" w:rsidR="00AC6DC2" w:rsidRDefault="007435D6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https://infourok.ru/urok-pisma-v-1-klasse-po-teme-pismo-bukv-bukvosochetanij-slogov-slov-predlozhenij-s-soblyudeniem-gigienicheskih-norm-ponimanie-f-4664986.html</w:t>
            </w:r>
          </w:p>
        </w:tc>
      </w:tr>
    </w:tbl>
    <w:p w14:paraId="7C33BE63" w14:textId="77777777" w:rsidR="00AC6DC2" w:rsidRDefault="00AC6DC2">
      <w:pPr>
        <w:autoSpaceDE w:val="0"/>
        <w:autoSpaceDN w:val="0"/>
        <w:spacing w:after="0" w:line="14" w:lineRule="exact"/>
      </w:pPr>
    </w:p>
    <w:p w14:paraId="681BC889" w14:textId="77777777" w:rsidR="00AC6DC2" w:rsidRDefault="00AC6DC2">
      <w:pPr>
        <w:sectPr w:rsidR="00AC6DC2">
          <w:pgSz w:w="16840" w:h="11900"/>
          <w:pgMar w:top="284" w:right="640" w:bottom="586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0CE91141" w14:textId="77777777" w:rsidR="00AC6DC2" w:rsidRDefault="00AC6DC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1140"/>
        <w:gridCol w:w="864"/>
        <w:gridCol w:w="3086"/>
        <w:gridCol w:w="1082"/>
        <w:gridCol w:w="3182"/>
      </w:tblGrid>
      <w:tr w:rsidR="00AC6DC2" w14:paraId="36B916A7" w14:textId="77777777" w:rsidTr="002A48B2">
        <w:trPr>
          <w:trHeight w:hRule="exact" w:val="178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47AA27" w14:textId="77777777"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3.5.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577535" w14:textId="77777777" w:rsidR="00AC6DC2" w:rsidRPr="00D53121" w:rsidRDefault="007435D6">
            <w:pPr>
              <w:autoSpaceDE w:val="0"/>
              <w:autoSpaceDN w:val="0"/>
              <w:spacing w:before="78" w:after="0" w:line="245" w:lineRule="auto"/>
              <w:ind w:left="72" w:right="100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Знакомство с правилами правописания и их применением: раздельное написание слов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32384055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08BAB2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EF12E1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B4483D" w14:textId="4C9B7E4A" w:rsidR="00AC6DC2" w:rsidRDefault="00315BD7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13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.12.2022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20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.12.2022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440170" w14:textId="54221A6C" w:rsidR="00AC6DC2" w:rsidRPr="00D53121" w:rsidRDefault="007435D6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Совместный анализ текста на наличие в нём слов с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буквосо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​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четаниями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жи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ши,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ча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ща, чу,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щу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Упражнение: выписывание из текста слов с буквосочетания​ ми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ча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ща, чу,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щу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жи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ши; 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Комментированная запись предложений с обязательным объяснением случаев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употребления заглавной буквы;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F7DEC9" w14:textId="77777777"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2A883A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https://kopilkaurokov.ru/nachalniyeKlassi/</w:t>
            </w:r>
          </w:p>
        </w:tc>
      </w:tr>
      <w:tr w:rsidR="00AC6DC2" w14:paraId="4736492E" w14:textId="77777777">
        <w:trPr>
          <w:trHeight w:hRule="exact" w:val="207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A6C8A0" w14:textId="77777777" w:rsidR="00AC6DC2" w:rsidRDefault="007435D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3.6.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6B98AA" w14:textId="77777777" w:rsidR="00AC6DC2" w:rsidRPr="00D53121" w:rsidRDefault="007435D6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Знакомство с правилами правописания и их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применением: обозначение гласных после шипящих в сочетаниях </w:t>
            </w:r>
            <w:proofErr w:type="spellStart"/>
            <w:r w:rsidRPr="00D53121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>жи</w:t>
            </w:r>
            <w:proofErr w:type="spellEnd"/>
            <w:r w:rsidRPr="00D53121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>, ши</w:t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(в положении под ударением)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2CCC7306" w14:textId="431C8FA2" w:rsidR="00AC6DC2" w:rsidRPr="00B7159D" w:rsidRDefault="00B7159D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6568AC" w14:textId="77777777" w:rsidR="00AC6DC2" w:rsidRDefault="007435D6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6D70DD" w14:textId="77777777"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8FBB16" w14:textId="57D7EF2E" w:rsidR="00AC6DC2" w:rsidRPr="00315BD7" w:rsidRDefault="00315BD7">
            <w:pPr>
              <w:autoSpaceDE w:val="0"/>
              <w:autoSpaceDN w:val="0"/>
              <w:spacing w:before="76" w:after="0" w:line="245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21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.12.202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.12.202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08E495" w14:textId="77777777" w:rsidR="00AC6DC2" w:rsidRPr="00D53121" w:rsidRDefault="007435D6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Совместный анализ текста на наличие в нём слов с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буквосо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​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четаниями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жи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ши,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ча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ща, чу,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щу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Упражнение: выписывание из текста слов с буквосочетания​ ми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ча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ща, чу,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щу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жи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ши; Упражнение: запись предложения,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составленного из набора слов, с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правильным оформлением начала и конца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предложе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ния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 с соблюдением пробелов между словами;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35D457" w14:textId="77777777" w:rsidR="00AC6DC2" w:rsidRDefault="007435D6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1FC786" w14:textId="77777777" w:rsidR="00AC6DC2" w:rsidRDefault="007435D6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https://licey.net/free/4-russkii_yazyk/75-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russkii_yazyk_v_nachalnoi_shkole/stages/4494-pravopisanie_bukvosochetanii_zhi_shi.html</w:t>
            </w:r>
          </w:p>
        </w:tc>
      </w:tr>
      <w:tr w:rsidR="00AC6DC2" w14:paraId="455DCBBF" w14:textId="77777777" w:rsidTr="002A48B2">
        <w:trPr>
          <w:trHeight w:hRule="exact" w:val="20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A239F6" w14:textId="77777777"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3.7.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965A73" w14:textId="77777777" w:rsidR="00AC6DC2" w:rsidRPr="00D53121" w:rsidRDefault="007435D6">
            <w:pPr>
              <w:autoSpaceDE w:val="0"/>
              <w:autoSpaceDN w:val="0"/>
              <w:spacing w:before="78" w:after="0" w:line="245" w:lineRule="auto"/>
              <w:ind w:left="72" w:right="100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Знакомство с правилами правописания и их применением: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</w:t>
            </w:r>
            <w:r w:rsidRPr="00D53121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>а</w:t>
            </w:r>
            <w:proofErr w:type="spellEnd"/>
            <w:r w:rsidRPr="00D53121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 xml:space="preserve">, ща, чу, </w:t>
            </w:r>
            <w:proofErr w:type="spellStart"/>
            <w:r w:rsidRPr="00D53121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>щу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6D18BD93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2D9B66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AF8095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E49685" w14:textId="7B35D7AC" w:rsidR="00AC6DC2" w:rsidRPr="00315BD7" w:rsidRDefault="00315BD7">
            <w:pPr>
              <w:autoSpaceDE w:val="0"/>
              <w:autoSpaceDN w:val="0"/>
              <w:spacing w:before="78" w:after="0" w:line="245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11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01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18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01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6F1D3F" w14:textId="011BA409" w:rsidR="00AC6DC2" w:rsidRPr="00D53121" w:rsidRDefault="007435D6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Совместный анализ текста на наличие в нём слов с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буквосо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​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четаниями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жи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ши,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ча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ща, чу,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щу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Упражнение: выписывание из текста слов с буквосочетания​ ми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ча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ща, чу,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щу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жи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ши; Упражнение: запись предложения,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составленного из набора слов, с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правильным оформлением начала и конца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предложе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ния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 с соблюдением пробелов между словами</w:t>
            </w:r>
            <w:r w:rsidR="002A48B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C1C4D0" w14:textId="77777777"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A851FB" w14:textId="77777777" w:rsidR="00AC6DC2" w:rsidRDefault="007435D6">
            <w:pPr>
              <w:autoSpaceDE w:val="0"/>
              <w:autoSpaceDN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https://licey.net/free/4-russkii_yazyk/75-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russkii_yazyk_v_nachalnoi_shkole/stages/4494-pravopisanie_bukvosochetanii_zhi_shi.html</w:t>
            </w:r>
          </w:p>
        </w:tc>
      </w:tr>
      <w:tr w:rsidR="00AC6DC2" w14:paraId="002DBD42" w14:textId="77777777">
        <w:trPr>
          <w:trHeight w:hRule="exact" w:val="109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5E35C1" w14:textId="77777777"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3.8.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40FF02" w14:textId="77777777" w:rsidR="00AC6DC2" w:rsidRPr="00D53121" w:rsidRDefault="007435D6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Знакомство с правилами правописания и их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применением: прописная буква в начале предложения, в именах собственных (имена людей, клички животных)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1783DE06" w14:textId="0A39D9D5" w:rsidR="00AC6DC2" w:rsidRPr="00B01CB0" w:rsidRDefault="00B7159D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E94E0B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63C8DF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1DFACA" w14:textId="4EBFF2D3" w:rsidR="00AC6DC2" w:rsidRDefault="00315BD7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9.01.2023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08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2AE0CF" w14:textId="77777777" w:rsidR="00AC6DC2" w:rsidRPr="00D53121" w:rsidRDefault="007435D6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Игра «Кто больше»: подбор и запись имён собственных на заданную букву;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 работа: списывание и запись под диктовку с применением изученных правил;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FF65B3" w14:textId="77777777"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ED71A7" w14:textId="77777777" w:rsidR="00AC6DC2" w:rsidRDefault="007435D6">
            <w:pPr>
              <w:autoSpaceDE w:val="0"/>
              <w:autoSpaceDN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https://nsportal.ru/nachalnaya-shkola/russkii-yazyk/2022/02/08/prezentatsiya-po-russkomu-yazyku-po-teme-zaglavnaya-bukva</w:t>
            </w:r>
          </w:p>
        </w:tc>
      </w:tr>
    </w:tbl>
    <w:p w14:paraId="75C2392E" w14:textId="77777777" w:rsidR="00AC6DC2" w:rsidRDefault="00AC6DC2">
      <w:pPr>
        <w:autoSpaceDE w:val="0"/>
        <w:autoSpaceDN w:val="0"/>
        <w:spacing w:after="0" w:line="14" w:lineRule="exact"/>
      </w:pPr>
    </w:p>
    <w:p w14:paraId="3718A05C" w14:textId="77777777" w:rsidR="00AC6DC2" w:rsidRDefault="00AC6DC2">
      <w:pPr>
        <w:sectPr w:rsidR="00AC6DC2">
          <w:pgSz w:w="16840" w:h="11900"/>
          <w:pgMar w:top="284" w:right="640" w:bottom="886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46CCBB05" w14:textId="77777777" w:rsidR="00AC6DC2" w:rsidRDefault="00AC6DC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1140"/>
        <w:gridCol w:w="864"/>
        <w:gridCol w:w="3086"/>
        <w:gridCol w:w="1082"/>
        <w:gridCol w:w="3182"/>
      </w:tblGrid>
      <w:tr w:rsidR="00AC6DC2" w14:paraId="40B29B83" w14:textId="77777777">
        <w:trPr>
          <w:trHeight w:hRule="exact" w:val="265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2F813D" w14:textId="77777777"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3.9.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7DD382" w14:textId="77777777" w:rsidR="00AC6DC2" w:rsidRPr="00D53121" w:rsidRDefault="007435D6">
            <w:pPr>
              <w:autoSpaceDE w:val="0"/>
              <w:autoSpaceDN w:val="0"/>
              <w:spacing w:before="78" w:after="0" w:line="247" w:lineRule="auto"/>
              <w:ind w:left="72" w:right="43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Знакомство с правилами правописания и их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применением: перенос слов по слогам без стечения согласных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5A27ED9A" w14:textId="3FB9303C" w:rsidR="00AC6DC2" w:rsidRPr="00B01CB0" w:rsidRDefault="00B7159D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D322CF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EB2E52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5CF8CC" w14:textId="4789C698" w:rsidR="00AC6DC2" w:rsidRDefault="00315BD7" w:rsidP="00315BD7">
            <w:pPr>
              <w:autoSpaceDE w:val="0"/>
              <w:autoSpaceDN w:val="0"/>
              <w:spacing w:before="78" w:after="0" w:line="245" w:lineRule="auto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09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.2023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27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C1915C" w14:textId="77777777" w:rsidR="00AC6DC2" w:rsidRPr="00D53121" w:rsidRDefault="007435D6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Упражнение: запись предложения,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составленного из набора слов, с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правильным оформлением начала и конца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предложе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ния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с соблюдением пробелов между словами;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Комментированная запись предложений с обязательным объяснением случаев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употребления заглавной буквы;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Игра «Кто больше»: подбор и запись имён собственных на заданную букву;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 работа: списывание и запись под диктовку с применением изученных правил;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F25BCD" w14:textId="77777777"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B8982C" w14:textId="77777777" w:rsidR="00AC6DC2" w:rsidRDefault="007435D6">
            <w:pPr>
              <w:autoSpaceDE w:val="0"/>
              <w:autoSpaceDN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https://infourok.ru/prezentaciya-po-russkomu-yazyku-na-temu-perenos-slov-1-klass-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4047130.html</w:t>
            </w:r>
          </w:p>
        </w:tc>
      </w:tr>
      <w:tr w:rsidR="00AC6DC2" w14:paraId="6EB5335A" w14:textId="77777777">
        <w:trPr>
          <w:trHeight w:hRule="exact" w:val="169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04CE07" w14:textId="77777777" w:rsidR="00AC6DC2" w:rsidRDefault="007435D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3.10.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60A96E" w14:textId="77777777" w:rsidR="00AC6DC2" w:rsidRPr="00D53121" w:rsidRDefault="007435D6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Знакомство с правилами правописания и их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применением: знаки препинания в конце предложения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15508DFF" w14:textId="77E70910" w:rsidR="00AC6DC2" w:rsidRPr="00B01CB0" w:rsidRDefault="00B7159D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64297B" w14:textId="77777777" w:rsidR="00AC6DC2" w:rsidRDefault="007435D6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983636" w14:textId="77777777"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64B05A" w14:textId="6BA7AA5D" w:rsidR="00AC6DC2" w:rsidRDefault="00315BD7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28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.2023 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CE348C" w14:textId="77777777" w:rsidR="00AC6DC2" w:rsidRPr="00D53121" w:rsidRDefault="007435D6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Комментированная запись предложений с обязательным объяснением случаев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употребления заглавной буквы;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Игра «Кто больше»: подбор и запись имён собственных на заданную букву;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 работа: списывание и запись под диктовку с применением изученных правил;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C2E67B" w14:textId="77777777" w:rsidR="00AC6DC2" w:rsidRDefault="007435D6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10CDD5" w14:textId="77777777" w:rsidR="00AC6DC2" w:rsidRDefault="007435D6">
            <w:pPr>
              <w:autoSpaceDE w:val="0"/>
              <w:autoSpaceDN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https://infourok.ru/prezentaciya-po-russkomu-yazyku-na-temu-perenos-slov-1-klass-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4047130.html</w:t>
            </w:r>
          </w:p>
        </w:tc>
      </w:tr>
      <w:tr w:rsidR="00AC6DC2" w14:paraId="3E810FCE" w14:textId="77777777">
        <w:trPr>
          <w:trHeight w:hRule="exact" w:val="348"/>
        </w:trPr>
        <w:tc>
          <w:tcPr>
            <w:tcW w:w="4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7FEEC5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1EF7C4C6" w14:textId="27AEECC2" w:rsidR="00AC6DC2" w:rsidRDefault="00B7159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0458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44A52A" w14:textId="77777777" w:rsidR="00AC6DC2" w:rsidRDefault="00AC6DC2"/>
        </w:tc>
      </w:tr>
      <w:tr w:rsidR="00AC6DC2" w14:paraId="010B9CB1" w14:textId="77777777">
        <w:trPr>
          <w:trHeight w:hRule="exact" w:val="40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48199D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СИСТЕМАТИЧЕСКИЙ КУРС</w:t>
            </w:r>
          </w:p>
        </w:tc>
      </w:tr>
      <w:tr w:rsidR="00AC6DC2" w:rsidRPr="00D21632" w14:paraId="12779CFD" w14:textId="77777777">
        <w:trPr>
          <w:trHeight w:hRule="exact" w:val="35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86E122" w14:textId="77777777" w:rsidR="00AC6DC2" w:rsidRPr="00D53121" w:rsidRDefault="007435D6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Раздел 1.</w:t>
            </w:r>
            <w:r w:rsidRPr="00D5312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Общие сведения о языке</w:t>
            </w:r>
          </w:p>
        </w:tc>
      </w:tr>
      <w:tr w:rsidR="00AC6DC2" w14:paraId="4FBD612E" w14:textId="77777777">
        <w:trPr>
          <w:trHeight w:hRule="exact" w:val="207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CE475E" w14:textId="77777777" w:rsidR="00AC6DC2" w:rsidRDefault="007435D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949021" w14:textId="77777777" w:rsidR="00AC6DC2" w:rsidRPr="00D53121" w:rsidRDefault="007435D6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Язык как основное средство человеческого общения. Осознание целей и ситуаций общения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2B6A178F" w14:textId="77777777"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168D10" w14:textId="77777777" w:rsidR="00AC6DC2" w:rsidRDefault="007435D6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2E5690" w14:textId="77777777"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BB8B2F" w14:textId="787D66C7" w:rsidR="00AC6DC2" w:rsidRDefault="00315BD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08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D75EBF" w14:textId="77777777" w:rsidR="00AC6DC2" w:rsidRPr="00D53121" w:rsidRDefault="007435D6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 учителя на тему «Язык — средство общения людей»;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 «Можно ли общаться без помощи языка?»;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Коллективное формулирование вывода о языке как основном средстве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человеческого общения;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с рисунками и текстом как основа анализа особенно​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стей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ситуаций устного и письменного общения;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5A829B" w14:textId="77777777" w:rsidR="00AC6DC2" w:rsidRDefault="007435D6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513726" w14:textId="77777777"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https://nsportal.ru/sites/default/files/2022</w:t>
            </w:r>
          </w:p>
        </w:tc>
      </w:tr>
      <w:tr w:rsidR="00AC6DC2" w14:paraId="1E26AD8A" w14:textId="77777777">
        <w:trPr>
          <w:trHeight w:hRule="exact" w:val="348"/>
        </w:trPr>
        <w:tc>
          <w:tcPr>
            <w:tcW w:w="4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45FA47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2A9F4418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041F71" w14:textId="77777777" w:rsidR="00AC6DC2" w:rsidRDefault="00AC6DC2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36F9E9" w14:textId="77777777" w:rsidR="00AC6DC2" w:rsidRDefault="00AC6DC2"/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1E1A89" w14:textId="77777777" w:rsidR="00AC6DC2" w:rsidRDefault="00AC6DC2"/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ECF120" w14:textId="77777777" w:rsidR="00AC6DC2" w:rsidRDefault="00AC6DC2"/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EB6665" w14:textId="77777777" w:rsidR="00AC6DC2" w:rsidRDefault="00AC6DC2"/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C3D748" w14:textId="77777777" w:rsidR="00AC6DC2" w:rsidRDefault="00AC6DC2"/>
        </w:tc>
      </w:tr>
      <w:tr w:rsidR="00AC6DC2" w14:paraId="3A6D6591" w14:textId="77777777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DC4C71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2.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Фонетика</w:t>
            </w:r>
            <w:proofErr w:type="spellEnd"/>
          </w:p>
        </w:tc>
      </w:tr>
    </w:tbl>
    <w:p w14:paraId="11DE2F57" w14:textId="77777777" w:rsidR="00AC6DC2" w:rsidRDefault="00AC6DC2">
      <w:pPr>
        <w:autoSpaceDE w:val="0"/>
        <w:autoSpaceDN w:val="0"/>
        <w:spacing w:after="0" w:line="14" w:lineRule="exact"/>
      </w:pPr>
    </w:p>
    <w:p w14:paraId="13CAD0E9" w14:textId="77777777" w:rsidR="00AC6DC2" w:rsidRDefault="00AC6DC2">
      <w:pPr>
        <w:sectPr w:rsidR="00AC6DC2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66BD25E0" w14:textId="77777777" w:rsidR="00AC6DC2" w:rsidRDefault="00AC6DC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1140"/>
        <w:gridCol w:w="864"/>
        <w:gridCol w:w="3086"/>
        <w:gridCol w:w="1082"/>
        <w:gridCol w:w="3182"/>
      </w:tblGrid>
      <w:tr w:rsidR="00AC6DC2" w14:paraId="2EB3AC35" w14:textId="77777777">
        <w:trPr>
          <w:trHeight w:hRule="exact" w:val="32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62FB2A" w14:textId="77777777"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4A263E" w14:textId="77777777" w:rsidR="00AC6DC2" w:rsidRDefault="007435D6">
            <w:pPr>
              <w:autoSpaceDE w:val="0"/>
              <w:autoSpaceDN w:val="0"/>
              <w:spacing w:before="78" w:after="0" w:line="247" w:lineRule="auto"/>
              <w:ind w:left="72" w:right="144"/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Звуки речи. Гласные и согласные звуки, их различение. Ударение в слове. Гласные ударные и безударные.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Твёрдые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мягкие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согласные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звуки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различение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30A9E3E7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98EFE3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377836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0B718F" w14:textId="141D0F72" w:rsidR="00AC6DC2" w:rsidRDefault="007435D6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  <w:r w:rsidR="00315BD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 w:rsidR="00315BD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.2023 </w:t>
            </w:r>
            <w:r w:rsidR="00315BD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 w:rsidR="00315BD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1033ED" w14:textId="77777777" w:rsidR="00AC6DC2" w:rsidRPr="00D53121" w:rsidRDefault="007435D6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Беседа «Что мы знаем о звуках русского языка», в ходе которой актуализируются знания, приобретённые в период обучения грамоте;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Игровое упражнение «Назови звук»: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ведущий кидает мяч и просит привести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пример звука (гласного звука; твёрдого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согласного; мягкого согласного; звонкого согласного; глухого согласного);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Игровое упражнение «Придумай слово с заданным звуком»;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Дифференцированное задание: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установление основания для сравнения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звуков;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Упражнение: характеризовать (устно) звуки по заданным признакам;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A4F5C6" w14:textId="77777777"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75A7D1" w14:textId="77777777" w:rsidR="00AC6DC2" w:rsidRDefault="007435D6">
            <w:pPr>
              <w:autoSpaceDE w:val="0"/>
              <w:autoSpaceDN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https://nsportal.ru/shkola/russkiy-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yazyk/library/2016/03/29/prezentatsiya-na-temu-povtoryaem-fonetiku</w:t>
            </w:r>
          </w:p>
        </w:tc>
      </w:tr>
      <w:tr w:rsidR="00AC6DC2" w14:paraId="54391FFD" w14:textId="77777777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E23855" w14:textId="77777777" w:rsidR="00AC6DC2" w:rsidRDefault="007435D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97EEDF" w14:textId="77777777" w:rsidR="00AC6DC2" w:rsidRDefault="007435D6">
            <w:pPr>
              <w:autoSpaceDE w:val="0"/>
              <w:autoSpaceDN w:val="0"/>
              <w:spacing w:before="76" w:after="0" w:line="250" w:lineRule="auto"/>
              <w:ind w:left="72" w:right="288"/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Звонкие и глухие согласные звуки, их различение. Согласный звук</w:t>
            </w:r>
            <w:r w:rsidRPr="00D53121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 xml:space="preserve"> [й’]</w:t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 гласный звук </w:t>
            </w:r>
            <w:r w:rsidRPr="00D53121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>[и]</w:t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Шипящие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</w:rPr>
              <w:t>[ж], [ш], [ч’], [щ’]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21B39A42" w14:textId="77777777"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31A721" w14:textId="77777777" w:rsidR="00AC6DC2" w:rsidRDefault="007435D6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E54599" w14:textId="77777777"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ABE9A9" w14:textId="1F0BDCB8" w:rsidR="00AC6DC2" w:rsidRDefault="007435D6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  <w:r w:rsidR="00315BD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 w:rsidR="00315BD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.2023 1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2FB229" w14:textId="77777777" w:rsidR="00AC6DC2" w:rsidRPr="00D53121" w:rsidRDefault="007435D6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Упражнение: характеризовать (устно) звуки по заданным признакам;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 «Объясняем особенности гласных и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соглас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ных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звуков»;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Игра «Отгадай звук» (определение звука по его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характери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стике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);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D2D0D1" w14:textId="77777777" w:rsidR="00AC6DC2" w:rsidRDefault="007435D6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A1E0C7" w14:textId="77777777" w:rsidR="00AC6DC2" w:rsidRDefault="007435D6">
            <w:pPr>
              <w:autoSpaceDE w:val="0"/>
              <w:autoSpaceDN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https://nsportal.ru/nachalnaya-shkola/russkii-yazyk/2017/02/17/zvonkie-i-gluhie-soglasnye-zvuki-1-klass</w:t>
            </w:r>
          </w:p>
        </w:tc>
      </w:tr>
      <w:tr w:rsidR="00AC6DC2" w14:paraId="7C864158" w14:textId="77777777">
        <w:trPr>
          <w:trHeight w:hRule="exact" w:val="342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8D03C1" w14:textId="77777777"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D5CA98" w14:textId="77777777" w:rsidR="00AC6DC2" w:rsidRPr="00D53121" w:rsidRDefault="007435D6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Слог. Определение количества слогов в слове. Ударный слог. Деление слов на слоги (простые случаи, без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стечения согласных)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0ECA0E00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87D550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0F4A90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AC2A62" w14:textId="22AA040D"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  <w:r w:rsidR="0071591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 w:rsidR="0071591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E2FB06" w14:textId="77777777" w:rsidR="00AC6DC2" w:rsidRPr="00D53121" w:rsidRDefault="007435D6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 «Объясняем особенности гласных и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соглас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ных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звуков»;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Игра «Отгадай звук» (определение звука по его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характери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стике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);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Упражнение: соотнесение звука (выбирая из ряда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предло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женных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) и его качественной характеристики;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парах: группировка звуков по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заданному основанию;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Комментированное выполнение задания: оценивание правильности предложенной характеристики звука,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нахож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дение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допущенных при характеристике ошибок; Дидактическая игра «Детективы», в ходе игры нужно в ряду предложенных слов находить слова с заданными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характеристиками звукового состава;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C4CDC1" w14:textId="77777777"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161DE9" w14:textId="77777777" w:rsidR="00AC6DC2" w:rsidRDefault="007435D6">
            <w:pPr>
              <w:autoSpaceDE w:val="0"/>
              <w:autoSpaceDN w:val="0"/>
              <w:spacing w:before="78" w:after="0" w:line="247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https://nsportal.ru/nachalnaya-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shkola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chtenie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/2015/10/09/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prezentatsiya-delenie-slov-na-slogi</w:t>
            </w:r>
            <w:proofErr w:type="spellEnd"/>
          </w:p>
        </w:tc>
      </w:tr>
      <w:tr w:rsidR="00AC6DC2" w14:paraId="2EDE2B28" w14:textId="77777777">
        <w:trPr>
          <w:trHeight w:hRule="exact" w:val="348"/>
        </w:trPr>
        <w:tc>
          <w:tcPr>
            <w:tcW w:w="4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85B4AB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3570ECF2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0458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3EDE2C" w14:textId="77777777" w:rsidR="00AC6DC2" w:rsidRDefault="00AC6DC2"/>
        </w:tc>
      </w:tr>
      <w:tr w:rsidR="00AC6DC2" w14:paraId="222FC056" w14:textId="77777777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2A69F6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3.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Графика</w:t>
            </w:r>
            <w:proofErr w:type="spellEnd"/>
          </w:p>
        </w:tc>
      </w:tr>
    </w:tbl>
    <w:p w14:paraId="1CF25F0A" w14:textId="77777777" w:rsidR="00AC6DC2" w:rsidRDefault="00AC6DC2">
      <w:pPr>
        <w:autoSpaceDE w:val="0"/>
        <w:autoSpaceDN w:val="0"/>
        <w:spacing w:after="0" w:line="14" w:lineRule="exact"/>
      </w:pPr>
    </w:p>
    <w:p w14:paraId="1934B42A" w14:textId="77777777" w:rsidR="00AC6DC2" w:rsidRDefault="00AC6DC2">
      <w:pPr>
        <w:sectPr w:rsidR="00AC6DC2">
          <w:pgSz w:w="16840" w:h="11900"/>
          <w:pgMar w:top="284" w:right="640" w:bottom="1324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15F06536" w14:textId="77777777" w:rsidR="00AC6DC2" w:rsidRDefault="00AC6DC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1140"/>
        <w:gridCol w:w="864"/>
        <w:gridCol w:w="3086"/>
        <w:gridCol w:w="1082"/>
        <w:gridCol w:w="3182"/>
      </w:tblGrid>
      <w:tr w:rsidR="00AC6DC2" w14:paraId="21D66E64" w14:textId="77777777">
        <w:trPr>
          <w:trHeight w:hRule="exact" w:val="380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6773B3" w14:textId="77777777"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CE84E1" w14:textId="77777777" w:rsidR="00AC6DC2" w:rsidRPr="00D53121" w:rsidRDefault="007435D6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Звук и буква. Различение звуков и букв. Обозначение на письме твёрдости согласных звуков буквами </w:t>
            </w:r>
            <w:r w:rsidRPr="00D53121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>а, о, у, ы, э</w:t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слова с буквой </w:t>
            </w:r>
            <w:r w:rsidRPr="00D53121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>э</w:t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 Обозначение на письме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мягкости согласных звуков буквами </w:t>
            </w:r>
            <w:r w:rsidRPr="00D53121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>е, ё, ю, я, и</w:t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 Функции букв </w:t>
            </w:r>
            <w:r w:rsidRPr="00D53121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>е, ё, ю, я</w:t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 Мягкий знак как показатель мягкости предшествующего согласного звука в конце слова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2ECC5FF7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8A515B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600CF6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DE31C8" w14:textId="5955B054"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16.0</w:t>
            </w:r>
            <w:r w:rsidR="0071591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287528" w14:textId="77777777" w:rsidR="00AC6DC2" w:rsidRPr="00D53121" w:rsidRDefault="007435D6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Моделировать звуко​буквенный состав слов;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Упражнение: подбор 1—2 слов к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предложенной звуко​бук​венной модели; Учебный диалог «Сравниваем звуковой и буквенный состав слов», в ходе диалога формулируются выводы о возможных соотношениях звукового и буквенного состава слов;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таблицей: заполнение таблицы примерами слов с разным соотношением количества звуков и букв для каждой из трёх колонок: количество звуков равно количеству букв, количество звуков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меньше количества букв, количество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звуков больше количества букв;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Упражнение: определение количества слогов в слове,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нение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основания для деления слов на слоги;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2385E1" w14:textId="77777777"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D3D670" w14:textId="77777777" w:rsidR="00AC6DC2" w:rsidRDefault="007435D6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https://nsportal.ru/nachalnaya-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shkola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chtenie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/2015/10/09/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prezentatsiya-delenie</w:t>
            </w:r>
            <w:proofErr w:type="spellEnd"/>
          </w:p>
        </w:tc>
      </w:tr>
      <w:tr w:rsidR="00AC6DC2" w14:paraId="60745958" w14:textId="77777777">
        <w:trPr>
          <w:trHeight w:hRule="exact" w:val="438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55B4CA" w14:textId="77777777"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0587A6" w14:textId="77777777" w:rsidR="00AC6DC2" w:rsidRPr="00D53121" w:rsidRDefault="007435D6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Установление соотношения звукового и буквенного состава слова в словах типа стол, конь.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40318BC0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CB112D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5ECFAD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520201" w14:textId="748DADEE"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20.0</w:t>
            </w:r>
            <w:r w:rsidR="0071591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23B841" w14:textId="77777777" w:rsidR="00AC6DC2" w:rsidRPr="00D53121" w:rsidRDefault="007435D6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Моделировать звуко​буквенный состав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слов;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Упражнение: подбор 1—2 слов к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предложенной звуко​бук​венной модели; Учебный диалог «Сравниваем звуковой и буквенный состав слов», в ходе диалога формулируются выводы о возможных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соотношениях звукового и буквенного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состава слов;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таблицей: заполнение таблицы примерами слов с разным соотношением количества звуков и букв для каждой из трёх колонок: количество звуков равно количеству букв, количество звуков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меньше количества букв, количество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звуков больше количества букв;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Упражнение: определение количества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слогов в слове,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нение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основания для деления слов на слоги;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в парах: нахождение в тексте слов с заданными характеристиками звукового и слогового состава слова;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6071ED" w14:textId="77777777"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FF628D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https://nsportal.ru/sites/default/files/2020/05</w:t>
            </w:r>
          </w:p>
        </w:tc>
      </w:tr>
      <w:tr w:rsidR="00AC6DC2" w14:paraId="0C1EBB85" w14:textId="77777777">
        <w:trPr>
          <w:trHeight w:hRule="exact" w:val="226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945F8E" w14:textId="77777777"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22C70A" w14:textId="77777777" w:rsidR="00AC6DC2" w:rsidRPr="00D53121" w:rsidRDefault="007435D6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 небуквенных графических средств: пробела между словами, знака переноса.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263ABF86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D238F1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DF5768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291329" w14:textId="29C3AEF2"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  <w:r w:rsidR="0071591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 w:rsidR="0071591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D0F8B0" w14:textId="77777777" w:rsidR="00AC6DC2" w:rsidRPr="00D53121" w:rsidRDefault="007435D6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 работа: нахождение в тексте слов по заданным основаниям (ь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обозначает мягкость предшествующего согласного);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Игровое упражнение «Кто лучше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расскажет о слове», в ходе выполнения упражнения отрабатывается умение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строить устное речевое высказывание об обозначении звуков буква​ми; о звуковом и буквенном составе слова;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Игра-​соревнование «Повтори алфавит»;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E16E3F" w14:textId="77777777" w:rsidR="00AC6DC2" w:rsidRDefault="007435D6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4F5FE4" w14:textId="77777777" w:rsidR="00AC6DC2" w:rsidRDefault="007435D6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http://korolevairin.ucoz.net/load/obuchenie _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gramote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/6</w:t>
            </w:r>
          </w:p>
        </w:tc>
      </w:tr>
    </w:tbl>
    <w:p w14:paraId="120CA361" w14:textId="77777777" w:rsidR="00AC6DC2" w:rsidRDefault="00AC6DC2">
      <w:pPr>
        <w:autoSpaceDE w:val="0"/>
        <w:autoSpaceDN w:val="0"/>
        <w:spacing w:after="0" w:line="14" w:lineRule="exact"/>
      </w:pPr>
    </w:p>
    <w:p w14:paraId="09E46D59" w14:textId="77777777" w:rsidR="00AC6DC2" w:rsidRDefault="00AC6DC2">
      <w:pPr>
        <w:sectPr w:rsidR="00AC6DC2">
          <w:pgSz w:w="16840" w:h="11900"/>
          <w:pgMar w:top="284" w:right="640" w:bottom="424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1B43B026" w14:textId="77777777" w:rsidR="00AC6DC2" w:rsidRDefault="00AC6DC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1140"/>
        <w:gridCol w:w="864"/>
        <w:gridCol w:w="3086"/>
        <w:gridCol w:w="1082"/>
        <w:gridCol w:w="3182"/>
      </w:tblGrid>
      <w:tr w:rsidR="00AC6DC2" w14:paraId="248771D6" w14:textId="77777777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C959DB" w14:textId="77777777"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88D4F0" w14:textId="77777777" w:rsidR="00AC6DC2" w:rsidRDefault="007435D6">
            <w:pPr>
              <w:autoSpaceDE w:val="0"/>
              <w:autoSpaceDN w:val="0"/>
              <w:spacing w:before="78" w:after="0" w:line="247" w:lineRule="auto"/>
              <w:ind w:left="72" w:right="144"/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Русский алфавит: правильное название букв, знание их последовательности.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Использование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алфавита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для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упорядочения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списка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слов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655DE5BC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434260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5637FD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AEB9F4" w14:textId="22AD0ACC"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  <w:r w:rsidR="0071591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 w:rsidR="0071591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20A5B3" w14:textId="77777777" w:rsidR="00AC6DC2" w:rsidRPr="00D53121" w:rsidRDefault="007435D6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Игр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а-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​соревнование «Повтори алфавит»; Совместное выполнение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упражнения«Запиши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слова по алфавиту»;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81989F" w14:textId="77777777"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C8E85F" w14:textId="77777777" w:rsidR="00AC6DC2" w:rsidRDefault="007435D6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http://korolevairin.ucoz.net/load/obuchenie _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gramote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/6</w:t>
            </w:r>
          </w:p>
        </w:tc>
      </w:tr>
      <w:tr w:rsidR="00AC6DC2" w14:paraId="0D6C27FD" w14:textId="77777777">
        <w:trPr>
          <w:trHeight w:hRule="exact" w:val="348"/>
        </w:trPr>
        <w:tc>
          <w:tcPr>
            <w:tcW w:w="4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26D2BD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1B6F9F1D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0458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37D827" w14:textId="77777777" w:rsidR="00AC6DC2" w:rsidRDefault="00AC6DC2"/>
        </w:tc>
      </w:tr>
      <w:tr w:rsidR="00AC6DC2" w14:paraId="7AD5D765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46C3E5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4.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Лексика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морфология</w:t>
            </w:r>
            <w:proofErr w:type="spellEnd"/>
          </w:p>
        </w:tc>
      </w:tr>
      <w:tr w:rsidR="00AC6DC2" w14:paraId="7FA9E03B" w14:textId="77777777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B52829" w14:textId="77777777"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D2B171" w14:textId="77777777" w:rsidR="00AC6DC2" w:rsidRPr="00D53121" w:rsidRDefault="007435D6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Слово как единица языка (ознакомление).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25EE2254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A7C808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B1BABE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55CAB6" w14:textId="4E21394A" w:rsidR="00AC6DC2" w:rsidRDefault="007435D6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  <w:r w:rsidR="0071591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 w:rsidR="0071591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.2023 </w:t>
            </w:r>
            <w:r w:rsidR="0071591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 w:rsidR="0071591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4E9118" w14:textId="77777777" w:rsidR="00AC6DC2" w:rsidRPr="00D53121" w:rsidRDefault="007435D6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 «На какие вопросы могут отвечать слова?»;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Наблюдение за словами, отвечающими на вопросы «кто?», «что?»;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210BA1" w14:textId="77777777"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C7E506" w14:textId="77777777" w:rsidR="00AC6DC2" w:rsidRDefault="007435D6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http://korolevairin.ucoz.net/load/obuchenie _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gramote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/6</w:t>
            </w:r>
          </w:p>
        </w:tc>
      </w:tr>
      <w:tr w:rsidR="00AC6DC2" w14:paraId="110F2F4A" w14:textId="77777777">
        <w:trPr>
          <w:trHeight w:hRule="exact" w:val="307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0C3B75" w14:textId="77777777" w:rsidR="00AC6DC2" w:rsidRDefault="007435D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51D370" w14:textId="77777777" w:rsidR="00AC6DC2" w:rsidRPr="00D53121" w:rsidRDefault="007435D6">
            <w:pPr>
              <w:autoSpaceDE w:val="0"/>
              <w:autoSpaceDN w:val="0"/>
              <w:spacing w:before="76" w:after="0" w:line="245" w:lineRule="auto"/>
              <w:ind w:left="72" w:right="576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Слово как название предмета, признака предмета, действия предмета (ознакомление).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19296B06" w14:textId="0E5E41B1" w:rsidR="00AC6DC2" w:rsidRPr="006D30DD" w:rsidRDefault="006D30DD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FB780E" w14:textId="77777777" w:rsidR="00AC6DC2" w:rsidRDefault="007435D6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3997BD" w14:textId="77777777"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7F01A8" w14:textId="300F5BCB" w:rsidR="00AC6DC2" w:rsidRDefault="007435D6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  <w:r w:rsidR="0071591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 w:rsidR="0071591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.2023 </w:t>
            </w:r>
            <w:r w:rsidR="0071591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 w:rsidR="0071591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6F5541" w14:textId="77777777" w:rsidR="00AC6DC2" w:rsidRPr="00D53121" w:rsidRDefault="007435D6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Совместное выполнение группировки слов по заданному признаку: отвечают на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вопрос «что?» / отвечают на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вопрос«кто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?»; Наблюдение за словами, отвечающими на вопросы «какой?», «какая?», «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какое?»,«какие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?»;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Комментированное выполнение задания: нахождение в тексте слов по заданным основаниям, например поиск слов,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отвечающих на вопрос «какая?»;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Наблюдение за словами, отвечающими на вопросы «что делать?», «что сделать?»; Работа в парах: отработка умения задавать к приведённым словам вопросы «что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делать?», «что сделать?»;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26ACE7" w14:textId="77777777" w:rsidR="00AC6DC2" w:rsidRDefault="007435D6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C3F15B" w14:textId="77777777" w:rsidR="00AC6DC2" w:rsidRDefault="007435D6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http://korolevairin.ucoz.net/load/obuchenie _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gramote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/6</w:t>
            </w:r>
          </w:p>
        </w:tc>
      </w:tr>
      <w:tr w:rsidR="00AC6DC2" w14:paraId="6236C01C" w14:textId="77777777">
        <w:trPr>
          <w:trHeight w:hRule="exact" w:val="169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95EDD9" w14:textId="77777777" w:rsidR="00AC6DC2" w:rsidRDefault="007435D6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4.3.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D247A5" w14:textId="77777777" w:rsidR="00AC6DC2" w:rsidRPr="00D53121" w:rsidRDefault="007435D6">
            <w:pPr>
              <w:autoSpaceDE w:val="0"/>
              <w:autoSpaceDN w:val="0"/>
              <w:spacing w:before="76" w:after="0" w:line="230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Выявление слов, значение которых требует уточнения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2613460E" w14:textId="77777777" w:rsidR="00AC6DC2" w:rsidRDefault="007435D6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735B01" w14:textId="77777777" w:rsidR="00AC6DC2" w:rsidRDefault="007435D6">
            <w:pPr>
              <w:autoSpaceDE w:val="0"/>
              <w:autoSpaceDN w:val="0"/>
              <w:spacing w:before="76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771FFE" w14:textId="77777777" w:rsidR="00AC6DC2" w:rsidRDefault="007435D6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12F297" w14:textId="6B9B6D74" w:rsidR="00AC6DC2" w:rsidRDefault="0071591D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11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.2023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12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F18835" w14:textId="77777777" w:rsidR="00AC6DC2" w:rsidRPr="00D53121" w:rsidRDefault="007435D6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Наблюдение за словами, отвечающими на вопросы «что делать?», «что сделать?»; Работа в парах: отработка умения задавать к приведённым словам вопросы «что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делать?», «что сделать?»;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в группах: нахождение в тексте слов по заданному основанию, например слов, отвечающих на вопрос «что делает?»;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0360A6" w14:textId="77777777" w:rsidR="00AC6DC2" w:rsidRDefault="007435D6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9FA2D7" w14:textId="77777777" w:rsidR="00AC6DC2" w:rsidRDefault="007435D6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http://korolevairin.ucoz.net/load/obuchenie _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gramote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/6</w:t>
            </w:r>
          </w:p>
        </w:tc>
      </w:tr>
      <w:tr w:rsidR="00AC6DC2" w14:paraId="69CD2667" w14:textId="77777777">
        <w:trPr>
          <w:trHeight w:hRule="exact" w:val="348"/>
        </w:trPr>
        <w:tc>
          <w:tcPr>
            <w:tcW w:w="4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74E03D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43CB7DD8" w14:textId="41F4A86E" w:rsidR="00AC6DC2" w:rsidRPr="006D30DD" w:rsidRDefault="006D30DD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</w:t>
            </w:r>
          </w:p>
        </w:tc>
        <w:tc>
          <w:tcPr>
            <w:tcW w:w="10458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A7A0B5" w14:textId="77777777" w:rsidR="00AC6DC2" w:rsidRDefault="00AC6DC2"/>
        </w:tc>
      </w:tr>
      <w:tr w:rsidR="00AC6DC2" w14:paraId="0D395844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4737EC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5.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Синтаксис</w:t>
            </w:r>
            <w:proofErr w:type="spellEnd"/>
          </w:p>
        </w:tc>
      </w:tr>
      <w:tr w:rsidR="00AC6DC2" w14:paraId="141D6705" w14:textId="77777777">
        <w:trPr>
          <w:trHeight w:hRule="exact" w:val="167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FBE22C" w14:textId="77777777"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5.1.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20980A" w14:textId="77777777" w:rsidR="00AC6DC2" w:rsidRPr="00D53121" w:rsidRDefault="007435D6">
            <w:pPr>
              <w:autoSpaceDE w:val="0"/>
              <w:autoSpaceDN w:val="0"/>
              <w:spacing w:before="78" w:after="0" w:line="245" w:lineRule="auto"/>
              <w:ind w:right="144"/>
              <w:jc w:val="center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Предложение как единица языка (ознакомление). Слово, предложение (наблюдение над сходством и различием).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32757A65" w14:textId="120CC214" w:rsidR="00AC6DC2" w:rsidRPr="006D30DD" w:rsidRDefault="006D30DD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E54876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19B38D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0A1C83" w14:textId="43175A7C" w:rsidR="00AC6DC2" w:rsidRDefault="0071591D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13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.2023 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F4A3D4" w14:textId="77777777" w:rsidR="00AC6DC2" w:rsidRPr="00D53121" w:rsidRDefault="007435D6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со схемой предложения: умение читать схему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предло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жения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преобразовывать информацию,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полученную из схемы: составлять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предложения, соответствующие схеме, с учётом знаков препинания в конце схемы; Совместная работа: составление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предложения из набора слов;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3DFED7" w14:textId="77777777"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665D7E" w14:textId="77777777" w:rsidR="00AC6DC2" w:rsidRDefault="007435D6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http://korolevairin.ucoz.net/load/obuchenie _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gramote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/6</w:t>
            </w:r>
          </w:p>
        </w:tc>
      </w:tr>
    </w:tbl>
    <w:p w14:paraId="4705DFCA" w14:textId="77777777" w:rsidR="00AC6DC2" w:rsidRDefault="00AC6DC2">
      <w:pPr>
        <w:autoSpaceDE w:val="0"/>
        <w:autoSpaceDN w:val="0"/>
        <w:spacing w:after="0" w:line="14" w:lineRule="exact"/>
      </w:pPr>
    </w:p>
    <w:p w14:paraId="47673255" w14:textId="77777777" w:rsidR="00AC6DC2" w:rsidRDefault="00AC6DC2">
      <w:pPr>
        <w:sectPr w:rsidR="00AC6DC2">
          <w:pgSz w:w="16840" w:h="11900"/>
          <w:pgMar w:top="284" w:right="640" w:bottom="904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5D02BA93" w14:textId="77777777" w:rsidR="00AC6DC2" w:rsidRDefault="00AC6DC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1140"/>
        <w:gridCol w:w="864"/>
        <w:gridCol w:w="3086"/>
        <w:gridCol w:w="1082"/>
        <w:gridCol w:w="3182"/>
      </w:tblGrid>
      <w:tr w:rsidR="00AC6DC2" w14:paraId="3B1AF88B" w14:textId="77777777">
        <w:trPr>
          <w:trHeight w:hRule="exact" w:val="150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BC6F1F" w14:textId="77777777"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5.2.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FFCA4E" w14:textId="77777777" w:rsidR="00AC6DC2" w:rsidRPr="00D53121" w:rsidRDefault="007435D6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Установление связи слов в предложении при помощи смысловых вопросов.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37010E91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98B0CF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C3D0C4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2CA155" w14:textId="0587D296" w:rsidR="00AC6DC2" w:rsidRDefault="0071591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17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360137" w14:textId="77777777" w:rsidR="00AC6DC2" w:rsidRPr="00D53121" w:rsidRDefault="007435D6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группах: восстановление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предложения в процессе выбора нужной формы слова, данного в скобках;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сюжетными картинками и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небольшим текстом: выбор фрагментов текста, которые могут быть подписями под каждой из картинок;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D96276" w14:textId="77777777"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A32DA6" w14:textId="77777777" w:rsidR="00AC6DC2" w:rsidRDefault="007435D6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http://korolevairin.ucoz.net/load/obuchenie _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gramote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/6</w:t>
            </w:r>
          </w:p>
        </w:tc>
      </w:tr>
      <w:tr w:rsidR="00AC6DC2" w14:paraId="494C36FB" w14:textId="77777777">
        <w:trPr>
          <w:trHeight w:hRule="exact" w:val="11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BDD207" w14:textId="77777777"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5.3.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2F0EBD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Восстановление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деформированных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предложений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15554B58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382AEA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D31278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788007" w14:textId="0EE5915A" w:rsidR="00AC6DC2" w:rsidRDefault="007435D6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  <w:r w:rsidR="0071591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 w:rsidR="0071591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.2023 1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D45EE3" w14:textId="77777777" w:rsidR="00AC6DC2" w:rsidRPr="00D53121" w:rsidRDefault="007435D6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 работа: деление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деформированного текста на предложения, корректировка оформления предложений, списывание с учётом правильного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оформления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предложе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ний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491C35" w14:textId="77777777" w:rsidR="00AC6DC2" w:rsidRDefault="007435D6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CBECE7" w14:textId="77777777" w:rsidR="00AC6DC2" w:rsidRDefault="007435D6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http://korolevairin.ucoz.net/load/obuchenie _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gramote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/6</w:t>
            </w:r>
          </w:p>
        </w:tc>
      </w:tr>
      <w:tr w:rsidR="00AC6DC2" w14:paraId="40DB5E6A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E60597" w14:textId="77777777" w:rsidR="00AC6DC2" w:rsidRDefault="007435D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5.4.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71337F" w14:textId="77777777" w:rsidR="00AC6DC2" w:rsidRPr="00D53121" w:rsidRDefault="007435D6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Составление предложений из набора форм слов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1BD1471C" w14:textId="77777777"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A1CAF3" w14:textId="77777777" w:rsidR="00AC6DC2" w:rsidRDefault="007435D6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F39495" w14:textId="77777777"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97FCD5" w14:textId="1805CFFD" w:rsidR="00AC6DC2" w:rsidRDefault="0071591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20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CB5603" w14:textId="77777777" w:rsidR="00AC6DC2" w:rsidRPr="00D53121" w:rsidRDefault="007435D6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сюжетными картинками и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небольшим текстом: выбор фрагментов текста, которые могут быть подписями под каждой из картинок;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AF9ABD" w14:textId="77777777" w:rsidR="00AC6DC2" w:rsidRDefault="007435D6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D022FE" w14:textId="77777777" w:rsidR="00AC6DC2" w:rsidRDefault="007435D6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http://korolevairin.ucoz.net/load/obuchenie _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gramote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/6</w:t>
            </w:r>
          </w:p>
        </w:tc>
      </w:tr>
      <w:tr w:rsidR="00AC6DC2" w14:paraId="32FE804C" w14:textId="77777777">
        <w:trPr>
          <w:trHeight w:hRule="exact" w:val="348"/>
        </w:trPr>
        <w:tc>
          <w:tcPr>
            <w:tcW w:w="4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C1D0F7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387A6002" w14:textId="2F9C1EE8" w:rsidR="00AC6DC2" w:rsidRPr="00D07403" w:rsidRDefault="00D07403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</w:p>
        </w:tc>
        <w:tc>
          <w:tcPr>
            <w:tcW w:w="10458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C2031E" w14:textId="77777777" w:rsidR="00AC6DC2" w:rsidRDefault="00AC6DC2"/>
        </w:tc>
      </w:tr>
      <w:tr w:rsidR="00AC6DC2" w14:paraId="79E53B1A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8CBAC0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6.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Орфография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пунктуация</w:t>
            </w:r>
            <w:proofErr w:type="spellEnd"/>
          </w:p>
        </w:tc>
      </w:tr>
      <w:tr w:rsidR="00AC6DC2" w14:paraId="2D90B783" w14:textId="77777777" w:rsidTr="002A48B2">
        <w:trPr>
          <w:trHeight w:hRule="exact" w:val="279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194F1A" w14:textId="77777777"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6.1.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FC7F9F" w14:textId="77777777" w:rsidR="00AC6DC2" w:rsidRPr="00D53121" w:rsidRDefault="007435D6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Ознакомление с правилами правописания и их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применение: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 раздельное написание слов в предложении;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 прописная буква в начале предложения и в именах собственных: в именах и фамилиях людей, кличках животных;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- перенос слов (без учёта морфемного членения слова);- гласные после шипящих в сочетаниях </w:t>
            </w:r>
            <w:proofErr w:type="spellStart"/>
            <w:r w:rsidRPr="00D53121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>жи</w:t>
            </w:r>
            <w:proofErr w:type="spellEnd"/>
            <w:r w:rsidRPr="00D53121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>, ши</w:t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(в положении под ударением), </w:t>
            </w:r>
            <w:proofErr w:type="spellStart"/>
            <w:r w:rsidRPr="00D53121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>ча</w:t>
            </w:r>
            <w:proofErr w:type="spellEnd"/>
            <w:r w:rsidRPr="00D53121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 xml:space="preserve">, ща, чу, </w:t>
            </w:r>
            <w:proofErr w:type="spellStart"/>
            <w:r w:rsidRPr="00D53121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>щу</w:t>
            </w:r>
            <w:proofErr w:type="spellEnd"/>
            <w:r w:rsidRPr="00D53121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>;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- сочетания </w:t>
            </w:r>
            <w:proofErr w:type="spellStart"/>
            <w:r w:rsidRPr="00D53121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>чк</w:t>
            </w:r>
            <w:proofErr w:type="spellEnd"/>
            <w:r w:rsidRPr="00D53121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 xml:space="preserve">, </w:t>
            </w:r>
            <w:proofErr w:type="spellStart"/>
            <w:r w:rsidRPr="00D53121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>чн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- слова с непроверяемыми гласными и согласными (перечень слов в орфографическом словаре учебника);- знаки препинания в конце предложения: точка,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вопросительный и восклицательный знаки.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5CB8D52C" w14:textId="3EBB6AC5" w:rsidR="00AC6DC2" w:rsidRPr="006D30DD" w:rsidRDefault="006D30DD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D6CDBB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9F431F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DEBAF9" w14:textId="49CE3C87" w:rsidR="00AC6DC2" w:rsidRDefault="0071591D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24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.2023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08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B7E3F0" w14:textId="78D04829" w:rsidR="00AC6DC2" w:rsidRPr="00D53121" w:rsidRDefault="007435D6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Наблюдение за словами, сходными по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звучанию, но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различ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ными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по написанию, установление причин возможной ошибки при записи этих слов;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Комментированное выполнение задания: выявление места в слове, где можно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допустить ошибку;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Беседа, актуализирующая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последовательность действий при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списывании;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Орфографический тренинг правильности и аккуратности списывания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B02869" w14:textId="77777777" w:rsidR="00AC6DC2" w:rsidRDefault="007435D6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0AFCCA" w14:textId="77777777" w:rsidR="00AC6DC2" w:rsidRDefault="007435D6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http://korolevairin.ucoz.net/load/obuchenie _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gramote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/6</w:t>
            </w:r>
          </w:p>
        </w:tc>
      </w:tr>
    </w:tbl>
    <w:p w14:paraId="23DCE62C" w14:textId="77777777" w:rsidR="00AC6DC2" w:rsidRDefault="00AC6DC2">
      <w:pPr>
        <w:autoSpaceDE w:val="0"/>
        <w:autoSpaceDN w:val="0"/>
        <w:spacing w:after="0" w:line="14" w:lineRule="exact"/>
      </w:pPr>
    </w:p>
    <w:p w14:paraId="6C76E7B2" w14:textId="77777777" w:rsidR="00AC6DC2" w:rsidRDefault="00AC6DC2">
      <w:pPr>
        <w:sectPr w:rsidR="00AC6DC2">
          <w:pgSz w:w="16840" w:h="11900"/>
          <w:pgMar w:top="284" w:right="640" w:bottom="328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28A37CF8" w14:textId="77777777" w:rsidR="00AC6DC2" w:rsidRDefault="00AC6DC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1140"/>
        <w:gridCol w:w="864"/>
        <w:gridCol w:w="3086"/>
        <w:gridCol w:w="1082"/>
        <w:gridCol w:w="3182"/>
      </w:tblGrid>
      <w:tr w:rsidR="00AC6DC2" w14:paraId="35B27DB0" w14:textId="77777777">
        <w:trPr>
          <w:trHeight w:hRule="exact" w:val="222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FDFFC0" w14:textId="77777777"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6.2.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49316F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Усвоение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алгоритма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списывания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текста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63FA2A24" w14:textId="7684D5A7" w:rsidR="00AC6DC2" w:rsidRPr="006D30DD" w:rsidRDefault="006D30DD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2F9779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D2C21E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6DC57A" w14:textId="2A268474" w:rsidR="00AC6DC2" w:rsidRPr="0071591D" w:rsidRDefault="0071591D">
            <w:pPr>
              <w:autoSpaceDE w:val="0"/>
              <w:autoSpaceDN w:val="0"/>
              <w:spacing w:before="78" w:after="0" w:line="245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09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3DA539" w14:textId="77777777" w:rsidR="00AC6DC2" w:rsidRPr="00D53121" w:rsidRDefault="007435D6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Орфографический тренинг: отработка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правописания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сочета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​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ний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жи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ши,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ча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ща, чу,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щу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осуществление самоконтроля при использовании правил;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Наблюдение за написанием слов с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сочетаниями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чк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чн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формулирование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правила по результатам наблюдения,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соотнесение вывода с текстом учебника; Орфографический тренинг: написание слов с сочетаниями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чк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чн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F855A0" w14:textId="77777777"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F98D67" w14:textId="77777777" w:rsidR="00AC6DC2" w:rsidRDefault="007435D6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http://korolevairin.ucoz.net/load/obuchenie _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gramote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/6</w:t>
            </w:r>
          </w:p>
        </w:tc>
      </w:tr>
      <w:tr w:rsidR="00AC6DC2" w14:paraId="4E65E325" w14:textId="77777777">
        <w:trPr>
          <w:trHeight w:hRule="exact" w:val="348"/>
        </w:trPr>
        <w:tc>
          <w:tcPr>
            <w:tcW w:w="4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8C978A" w14:textId="77777777"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7B9E515C" w14:textId="160A356E" w:rsidR="00AC6DC2" w:rsidRPr="00D07403" w:rsidRDefault="007435D6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  <w:r w:rsidR="00D0740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</w:t>
            </w:r>
          </w:p>
        </w:tc>
        <w:tc>
          <w:tcPr>
            <w:tcW w:w="10458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A43A86" w14:textId="77777777" w:rsidR="00AC6DC2" w:rsidRDefault="00AC6DC2"/>
        </w:tc>
      </w:tr>
      <w:tr w:rsidR="00AC6DC2" w14:paraId="52B60129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C7F2AF" w14:textId="77777777"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7.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Развитие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речи</w:t>
            </w:r>
            <w:proofErr w:type="spellEnd"/>
          </w:p>
        </w:tc>
      </w:tr>
      <w:tr w:rsidR="00AC6DC2" w14:paraId="6DCB3B9E" w14:textId="77777777">
        <w:trPr>
          <w:trHeight w:hRule="exact" w:val="380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5756B7" w14:textId="77777777" w:rsidR="00AC6DC2" w:rsidRDefault="007435D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7.1.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A675A2" w14:textId="77777777" w:rsidR="00AC6DC2" w:rsidRPr="00D53121" w:rsidRDefault="007435D6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1CFBA8D0" w14:textId="77777777"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87E8AF" w14:textId="77777777" w:rsidR="00AC6DC2" w:rsidRDefault="007435D6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F67975" w14:textId="77777777"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9E6F52" w14:textId="5A9EC219" w:rsidR="00AC6DC2" w:rsidRDefault="0071591D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10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.2023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11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217342" w14:textId="77777777" w:rsidR="00AC6DC2" w:rsidRPr="00D53121" w:rsidRDefault="007435D6">
            <w:pPr>
              <w:autoSpaceDE w:val="0"/>
              <w:autoSpaceDN w:val="0"/>
              <w:spacing w:before="76" w:after="0" w:line="257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рисунками, на которых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изображены разные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ситуа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ции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общения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(приветствие, прощание, извинение, </w:t>
            </w:r>
            <w:r w:rsidRPr="00D53121">
              <w:rPr>
                <w:lang w:val="ru-RU"/>
              </w:rPr>
              <w:br/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благодар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ность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обращение с просьбой), устное обсуждение этих ситуаций, выбор соответствующих каждой ситуации слов речевого этикета;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диалог, в ходе которого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обсуждаются ситуации общения, в которых выражается просьба, обосновывается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выбор слов речевого этикета,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соответствующих ситуации выражения просьбы;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Моделирование речевой ситуации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вежливого отказа с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зованием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опорных слов;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Разыгрывание сценок, отражающих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ситуации выражения просьбы, извинения, вежливого отказа;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4F75FB" w14:textId="77777777" w:rsidR="00AC6DC2" w:rsidRDefault="007435D6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6DF135" w14:textId="77777777" w:rsidR="00AC6DC2" w:rsidRDefault="007435D6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https://multiurok.ru/files/prezentatsiia-k-uroku-obucheniia-gramote-1-klass-r.html</w:t>
            </w:r>
          </w:p>
        </w:tc>
      </w:tr>
      <w:tr w:rsidR="00AC6DC2" w14:paraId="606AE1F1" w14:textId="77777777">
        <w:trPr>
          <w:trHeight w:hRule="exact" w:val="225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BB1389" w14:textId="77777777" w:rsidR="00AC6DC2" w:rsidRDefault="007435D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7.2.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E9416B" w14:textId="77777777" w:rsidR="00AC6DC2" w:rsidRPr="00D53121" w:rsidRDefault="007435D6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Текст как единица речи (ознакомление).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2E7F66C3" w14:textId="77777777"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9605DA" w14:textId="77777777" w:rsidR="00AC6DC2" w:rsidRDefault="007435D6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6B732E" w14:textId="77777777"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2E96A2" w14:textId="03EB2025" w:rsidR="00AC6DC2" w:rsidRDefault="0071591D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12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 w:rsidR="004200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.2023 1</w:t>
            </w:r>
            <w:r w:rsidR="004200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 w:rsidR="004200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</w:t>
            </w:r>
            <w:r w:rsidR="007435D6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55A669" w14:textId="77777777" w:rsidR="00AC6DC2" w:rsidRPr="00D53121" w:rsidRDefault="007435D6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Разыгрывание сценок, отражающих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ситуации выражения просьбы, извинения, вежливого отказа;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Моделирование речевой ситуации,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содержащей извинение, анализ данной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ситуации, выбор адекватных средств </w:t>
            </w:r>
            <w:r w:rsidRPr="00D53121">
              <w:rPr>
                <w:lang w:val="ru-RU"/>
              </w:rPr>
              <w:br/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выраже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ния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извинения;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Комментированное выполнение задания: выбор из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предло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женного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набора этикетных слов, соответствующих заданным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ситуациям общения;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DDD0A6" w14:textId="77777777" w:rsidR="00AC6DC2" w:rsidRDefault="007435D6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9A6D96" w14:textId="77777777" w:rsidR="00AC6DC2" w:rsidRDefault="007435D6">
            <w:pPr>
              <w:autoSpaceDE w:val="0"/>
              <w:autoSpaceDN w:val="0"/>
              <w:spacing w:before="76" w:after="0" w:line="250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https://multiurok.ru/files/p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rezentatsiia-k-uroku-obucheniia-gramote-1-klass-r.html</w:t>
            </w:r>
          </w:p>
        </w:tc>
      </w:tr>
    </w:tbl>
    <w:p w14:paraId="7F6ABB34" w14:textId="77777777" w:rsidR="00AC6DC2" w:rsidRDefault="00AC6DC2">
      <w:pPr>
        <w:autoSpaceDE w:val="0"/>
        <w:autoSpaceDN w:val="0"/>
        <w:spacing w:after="0" w:line="14" w:lineRule="exact"/>
      </w:pPr>
    </w:p>
    <w:p w14:paraId="3C9CC63B" w14:textId="77777777" w:rsidR="00AC6DC2" w:rsidRDefault="00AC6DC2">
      <w:pPr>
        <w:sectPr w:rsidR="00AC6DC2">
          <w:pgSz w:w="16840" w:h="11900"/>
          <w:pgMar w:top="284" w:right="640" w:bottom="1162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656DA783" w14:textId="77777777" w:rsidR="00AC6DC2" w:rsidRDefault="00AC6DC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1140"/>
        <w:gridCol w:w="864"/>
        <w:gridCol w:w="3086"/>
        <w:gridCol w:w="1082"/>
        <w:gridCol w:w="3182"/>
      </w:tblGrid>
      <w:tr w:rsidR="00AC6DC2" w14:paraId="1A26BD97" w14:textId="77777777">
        <w:trPr>
          <w:trHeight w:hRule="exact" w:val="284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C043E0" w14:textId="77777777"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7.3.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F8C8CE" w14:textId="77777777" w:rsidR="00AC6DC2" w:rsidRPr="00D53121" w:rsidRDefault="007435D6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Осознание ситуации общения: с какой целью, с кем и где происходит общение.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6F3C7E45" w14:textId="234437AA" w:rsidR="00AC6DC2" w:rsidRPr="006D30DD" w:rsidRDefault="006D30DD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C50B95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5A5055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C8BACC" w14:textId="4504FA48" w:rsidR="00AC6DC2" w:rsidRPr="00420006" w:rsidRDefault="007435D6">
            <w:pPr>
              <w:autoSpaceDE w:val="0"/>
              <w:autoSpaceDN w:val="0"/>
              <w:spacing w:before="78" w:after="0" w:line="245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  <w:r w:rsidR="004200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 w:rsidR="004200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</w:t>
            </w:r>
            <w:r w:rsidR="004200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B30FDC" w14:textId="77777777" w:rsidR="00AC6DC2" w:rsidRPr="00D53121" w:rsidRDefault="007435D6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Моделирование речевой ситуации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вежливого отказа с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зованием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опорных слов;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Разыгрывание сценок, отражающих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ситуации выражения просьбы, извинения, вежливого отказа;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Моделирование речевой ситуации,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содержащей извинение, анализ данной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ситуации, выбор адекватных средств </w:t>
            </w:r>
            <w:r w:rsidRPr="00D53121">
              <w:rPr>
                <w:lang w:val="ru-RU"/>
              </w:rPr>
              <w:br/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выраже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ния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извинения;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Комментированное выполнение задания: выбор из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предло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женного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набора этикетных слов, соответствующих заданным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ситуациям общения;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742632" w14:textId="77777777"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E9F347" w14:textId="77777777" w:rsidR="00AC6DC2" w:rsidRDefault="007435D6">
            <w:pPr>
              <w:autoSpaceDE w:val="0"/>
              <w:autoSpaceDN w:val="0"/>
              <w:spacing w:before="78" w:after="0" w:line="250" w:lineRule="auto"/>
              <w:ind w:left="72" w:right="100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https://infourok.ru/prezentaciya-po-russkomu-yaziku-na-temu-situaciya-obscheniya-celi-v-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obschenii-2919316.html</w:t>
            </w:r>
          </w:p>
        </w:tc>
      </w:tr>
      <w:tr w:rsidR="00AC6DC2" w14:paraId="0C8508B5" w14:textId="77777777">
        <w:trPr>
          <w:trHeight w:hRule="exact" w:val="246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4418AE" w14:textId="77777777" w:rsidR="00AC6DC2" w:rsidRDefault="007435D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7.4.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73A858" w14:textId="77777777" w:rsidR="00AC6DC2" w:rsidRPr="00D53121" w:rsidRDefault="007435D6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Ситуации устного общения (чтение диалогов по ролям, просмотр видеоматериалов, прослушивание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аудиозаписи).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160E2FB5" w14:textId="77777777"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48F045" w14:textId="77777777" w:rsidR="00AC6DC2" w:rsidRDefault="007435D6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3665C7" w14:textId="77777777"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EB4D8C" w14:textId="75D42979" w:rsidR="00AC6DC2" w:rsidRDefault="007435D6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  <w:r w:rsidR="004200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 w:rsidR="004200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.2023 1</w:t>
            </w:r>
            <w:r w:rsidR="004200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 w:rsidR="004200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0ACDED" w14:textId="77777777" w:rsidR="00AC6DC2" w:rsidRPr="00D53121" w:rsidRDefault="007435D6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Моделирование речевой ситуации,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содержащей извинение, анализ данной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ситуации, выбор адекватных средств </w:t>
            </w:r>
            <w:r w:rsidRPr="00D53121">
              <w:rPr>
                <w:lang w:val="ru-RU"/>
              </w:rPr>
              <w:br/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выраже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ния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извинения;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Комментированное выполнение задания: выбор из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предло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женного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набора этикетных слов, соответствующих заданным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ситуациям общения;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Творческое задание: придумать ситуации общения, в кото​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рых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могут быть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употреблены предложенные этикетные слова;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8ABD50" w14:textId="77777777" w:rsidR="00AC6DC2" w:rsidRDefault="007435D6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8D7317" w14:textId="77777777" w:rsidR="00AC6DC2" w:rsidRDefault="007435D6">
            <w:pPr>
              <w:autoSpaceDE w:val="0"/>
              <w:autoSpaceDN w:val="0"/>
              <w:spacing w:before="76" w:after="0" w:line="250" w:lineRule="auto"/>
              <w:ind w:left="72" w:right="100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https://infourok.ru/prezentaciya-po-russkomu-yaziku-na-temu-situaciya-obscheniya-celi-v-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obschenii-2919316.html</w:t>
            </w:r>
          </w:p>
        </w:tc>
      </w:tr>
      <w:tr w:rsidR="00AC6DC2" w14:paraId="114DB09D" w14:textId="77777777">
        <w:trPr>
          <w:trHeight w:hRule="exact" w:val="284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ABC8F1" w14:textId="77777777"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7.5.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48A070" w14:textId="77777777" w:rsidR="00AC6DC2" w:rsidRPr="00D53121" w:rsidRDefault="007435D6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Овладение нормами речевого этикета в ситуациях учебного и бытового общения (приветствие, прощание, извинение, благодарность, обращение с просьбой)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683FCF30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FC50DB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B6DB64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0B72A8" w14:textId="04382051"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  <w:r w:rsidR="004200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 w:rsidR="004200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3A5D05" w14:textId="77777777" w:rsidR="00AC6DC2" w:rsidRPr="00D53121" w:rsidRDefault="007435D6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Творческое задание: придумать ситуации общения, в кото​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рых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могут быть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употреблены предложенные этикетные слова;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группах: оценивание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дидактического текста с точки зрения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наличия/отсутствия необходимых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элементов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речево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го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этикета в описанных в тексте ситуациях общения;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группах: оценивание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предложенных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юмористиче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ских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стихотворений с точки зрения соблюдения героями стихотворений правил речевого этикета;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0F2EF4" w14:textId="77777777"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8931F1" w14:textId="77777777" w:rsidR="00AC6DC2" w:rsidRDefault="007435D6">
            <w:pPr>
              <w:autoSpaceDE w:val="0"/>
              <w:autoSpaceDN w:val="0"/>
              <w:spacing w:before="78" w:after="0" w:line="250" w:lineRule="auto"/>
              <w:ind w:left="72" w:right="100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https://infourok.ru/prezentaciy a-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po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russkomu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yaziku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temu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situaciya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obscheniya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celi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-v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-obschenii-2919316.html</w:t>
            </w:r>
          </w:p>
        </w:tc>
      </w:tr>
      <w:tr w:rsidR="00AC6DC2" w14:paraId="537AA6CB" w14:textId="77777777">
        <w:trPr>
          <w:trHeight w:hRule="exact" w:val="348"/>
        </w:trPr>
        <w:tc>
          <w:tcPr>
            <w:tcW w:w="4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7D2424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: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17E06042" w14:textId="5100F86B" w:rsidR="00AC6DC2" w:rsidRPr="00D07403" w:rsidRDefault="00D07403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8</w:t>
            </w:r>
          </w:p>
        </w:tc>
        <w:tc>
          <w:tcPr>
            <w:tcW w:w="10458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D97C1A" w14:textId="77777777" w:rsidR="00AC6DC2" w:rsidRDefault="00AC6DC2"/>
        </w:tc>
      </w:tr>
      <w:tr w:rsidR="00AC6DC2" w14:paraId="7904EF97" w14:textId="77777777">
        <w:trPr>
          <w:trHeight w:hRule="exact" w:val="494"/>
        </w:trPr>
        <w:tc>
          <w:tcPr>
            <w:tcW w:w="4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5DA02D" w14:textId="77777777"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Резервное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время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59D69D70" w14:textId="398190C4" w:rsidR="00AC6DC2" w:rsidRPr="006D30DD" w:rsidRDefault="006D30DD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</w:t>
            </w:r>
          </w:p>
        </w:tc>
        <w:tc>
          <w:tcPr>
            <w:tcW w:w="10458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62A948" w14:textId="77777777" w:rsidR="00AC6DC2" w:rsidRDefault="00AC6DC2"/>
        </w:tc>
      </w:tr>
      <w:tr w:rsidR="00AC6DC2" w14:paraId="7F417C27" w14:textId="77777777">
        <w:trPr>
          <w:trHeight w:hRule="exact" w:val="328"/>
        </w:trPr>
        <w:tc>
          <w:tcPr>
            <w:tcW w:w="4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687C26" w14:textId="77777777" w:rsidR="00AC6DC2" w:rsidRPr="00D53121" w:rsidRDefault="007435D6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3C6FA73B" w14:textId="7FB410DB" w:rsidR="00AC6DC2" w:rsidRPr="00DC02B9" w:rsidRDefault="007435D6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  <w:r w:rsidR="00DC02B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6F4BB7" w14:textId="77777777" w:rsidR="00AC6DC2" w:rsidRDefault="007435D6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B877AF" w14:textId="77777777"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82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D44400" w14:textId="77777777" w:rsidR="00AC6DC2" w:rsidRDefault="00AC6DC2"/>
        </w:tc>
      </w:tr>
    </w:tbl>
    <w:p w14:paraId="0E44E14D" w14:textId="77777777" w:rsidR="00AC6DC2" w:rsidRDefault="00AC6DC2">
      <w:pPr>
        <w:autoSpaceDE w:val="0"/>
        <w:autoSpaceDN w:val="0"/>
        <w:spacing w:after="0" w:line="14" w:lineRule="exact"/>
      </w:pPr>
    </w:p>
    <w:p w14:paraId="038407A4" w14:textId="77777777" w:rsidR="00AC6DC2" w:rsidRDefault="00AC6DC2">
      <w:pPr>
        <w:sectPr w:rsidR="00AC6DC2">
          <w:pgSz w:w="16840" w:h="11900"/>
          <w:pgMar w:top="284" w:right="640" w:bottom="988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7B25C8AF" w14:textId="77777777" w:rsidR="00AC6DC2" w:rsidRDefault="00AC6DC2">
      <w:pPr>
        <w:autoSpaceDE w:val="0"/>
        <w:autoSpaceDN w:val="0"/>
        <w:spacing w:after="78" w:line="220" w:lineRule="exact"/>
      </w:pPr>
    </w:p>
    <w:p w14:paraId="7390E4EC" w14:textId="77777777" w:rsidR="00AC6DC2" w:rsidRDefault="007435D6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ПОУРОЧНОЕ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AC6DC2" w14:paraId="0D3C6572" w14:textId="77777777">
        <w:trPr>
          <w:trHeight w:hRule="exact" w:val="492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AB1B9C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1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4EFC78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урока</w:t>
            </w:r>
            <w:proofErr w:type="spellEnd"/>
          </w:p>
        </w:tc>
        <w:tc>
          <w:tcPr>
            <w:tcW w:w="4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388EC4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C9C2C2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</w:tc>
        <w:tc>
          <w:tcPr>
            <w:tcW w:w="1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413FE1" w14:textId="77777777" w:rsidR="00AC6DC2" w:rsidRDefault="007435D6">
            <w:pPr>
              <w:autoSpaceDE w:val="0"/>
              <w:autoSpaceDN w:val="0"/>
              <w:spacing w:before="98" w:after="0" w:line="271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  <w:proofErr w:type="spellEnd"/>
          </w:p>
        </w:tc>
      </w:tr>
      <w:tr w:rsidR="00AC6DC2" w14:paraId="7D93A27D" w14:textId="77777777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C7D8F" w14:textId="77777777" w:rsidR="00AC6DC2" w:rsidRDefault="00AC6DC2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9CB2A" w14:textId="77777777" w:rsidR="00AC6DC2" w:rsidRDefault="00AC6DC2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33D988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2D16FD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D7C6EC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70B7F" w14:textId="77777777" w:rsidR="00AC6DC2" w:rsidRDefault="00AC6DC2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0F714" w14:textId="77777777" w:rsidR="00AC6DC2" w:rsidRDefault="00AC6DC2"/>
        </w:tc>
      </w:tr>
      <w:tr w:rsidR="00AC6DC2" w14:paraId="0E7F6310" w14:textId="77777777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CD88A7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00303C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Работа с серией сюжетных картинок. Пропись.</w:t>
            </w:r>
          </w:p>
          <w:p w14:paraId="65471ECC" w14:textId="77777777" w:rsidR="00AC6DC2" w:rsidRPr="00D53121" w:rsidRDefault="007435D6">
            <w:pPr>
              <w:autoSpaceDE w:val="0"/>
              <w:autoSpaceDN w:val="0"/>
              <w:spacing w:before="70" w:after="0" w:line="262" w:lineRule="auto"/>
              <w:ind w:left="72" w:right="28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Ориентировка на странице прописей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75705E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64B471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6B3B47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CDDFAB" w14:textId="3182E135" w:rsidR="00AC6DC2" w:rsidRPr="00D53121" w:rsidRDefault="00440ECB" w:rsidP="00D53121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>
              <w:rPr>
                <w:lang w:val="ru-RU"/>
              </w:rPr>
              <w:t>01.09.2022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0A8AE5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448BAE0F" w14:textId="77777777">
        <w:trPr>
          <w:trHeight w:hRule="exact" w:val="25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0817A2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7F6BE1" w14:textId="1083B5EC" w:rsidR="00AC6DC2" w:rsidRPr="00D53121" w:rsidRDefault="007435D6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Составление рассказов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(устно) по собствен</w:t>
            </w:r>
            <w:r w:rsidR="0097777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ым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наблюдениям, по сюжетным картинкам на разные темы.</w:t>
            </w:r>
          </w:p>
          <w:p w14:paraId="285A8243" w14:textId="77777777" w:rsidR="00AC6DC2" w:rsidRPr="00D53121" w:rsidRDefault="007435D6">
            <w:pPr>
              <w:autoSpaceDE w:val="0"/>
              <w:autoSpaceDN w:val="0"/>
              <w:spacing w:before="70" w:after="0" w:line="271" w:lineRule="auto"/>
              <w:ind w:left="72" w:right="720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Отработка алгоритма действий на странице прописей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4410FE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4CB325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81683B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889ED0" w14:textId="3653E529" w:rsidR="00AC6DC2" w:rsidRPr="00440ECB" w:rsidRDefault="00440ECB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05.09.2022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416350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2E7AD276" w14:textId="77777777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A13F8E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10022D" w14:textId="77777777" w:rsidR="00AC6DC2" w:rsidRDefault="007435D6">
            <w:pPr>
              <w:autoSpaceDE w:val="0"/>
              <w:autoSpaceDN w:val="0"/>
              <w:spacing w:before="98" w:after="0" w:line="281" w:lineRule="auto"/>
              <w:ind w:left="72"/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Составление рассказов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(устно) по собственным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наблюдениям, по сюжетным картинкам на разные темы.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Проведение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параллельных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линий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305F25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BF16BD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D813B8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79697D" w14:textId="73378FD1" w:rsidR="00AC6DC2" w:rsidRPr="00440ECB" w:rsidRDefault="00440ECB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06.09.2022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D0AC9D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63DB37E9" w14:textId="77777777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E8C106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41D9F2" w14:textId="77777777" w:rsidR="00AC6DC2" w:rsidRPr="00D53121" w:rsidRDefault="007435D6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Составление рассказов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(устно) по собственным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наблюдениям, по сюжетным картинкам на разные темы.</w:t>
            </w:r>
          </w:p>
          <w:p w14:paraId="7D52FFCA" w14:textId="77777777" w:rsidR="00AC6DC2" w:rsidRDefault="007435D6">
            <w:pPr>
              <w:autoSpaceDE w:val="0"/>
              <w:autoSpaceDN w:val="0"/>
              <w:spacing w:before="70" w:after="0" w:line="262" w:lineRule="auto"/>
              <w:ind w:left="72" w:right="8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Горизонтальные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вертикальные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линии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2BD148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089C62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6444B9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AD6758" w14:textId="1F89EAC6" w:rsidR="00AC6DC2" w:rsidRPr="00440ECB" w:rsidRDefault="00440ECB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07.09.2022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625170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415C2504" w14:textId="77777777">
        <w:trPr>
          <w:trHeight w:hRule="exact" w:val="18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FCDA28" w14:textId="77777777" w:rsidR="00AC6DC2" w:rsidRDefault="007435D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4A1BAD" w14:textId="77777777" w:rsidR="00AC6DC2" w:rsidRDefault="007435D6">
            <w:pPr>
              <w:autoSpaceDE w:val="0"/>
              <w:autoSpaceDN w:val="0"/>
              <w:spacing w:before="100" w:after="0" w:line="281" w:lineRule="auto"/>
              <w:ind w:left="72"/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Составление рассказов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(устно) по собственным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наблюдениям, по сюжетным картинкам на разные темы.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Наклонные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прямые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линии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14B275" w14:textId="77777777" w:rsidR="00AC6DC2" w:rsidRDefault="007435D6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0F20F3" w14:textId="77777777" w:rsidR="00AC6DC2" w:rsidRDefault="007435D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6FDA13" w14:textId="77777777" w:rsidR="00AC6DC2" w:rsidRDefault="007435D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0DF5E6" w14:textId="5F8BC3C5" w:rsidR="00AC6DC2" w:rsidRPr="0050350D" w:rsidRDefault="0050350D">
            <w:pPr>
              <w:autoSpaceDE w:val="0"/>
              <w:autoSpaceDN w:val="0"/>
              <w:spacing w:before="100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08.09.2022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9F6115" w14:textId="77777777" w:rsidR="00AC6DC2" w:rsidRDefault="007435D6">
            <w:pPr>
              <w:autoSpaceDE w:val="0"/>
              <w:autoSpaceDN w:val="0"/>
              <w:spacing w:before="100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2F7A1A78" w14:textId="77777777">
        <w:trPr>
          <w:trHeight w:hRule="exact" w:val="215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04E1C0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552750" w14:textId="77777777" w:rsidR="00AC6DC2" w:rsidRPr="00D53121" w:rsidRDefault="007435D6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Составление рассказов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(устно) по собственным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наблюдениям, по сюжетным картинкам на разные темы.</w:t>
            </w:r>
          </w:p>
          <w:p w14:paraId="1AD21A7B" w14:textId="77C9B17C" w:rsidR="00AC6DC2" w:rsidRPr="00977774" w:rsidRDefault="007435D6">
            <w:pPr>
              <w:autoSpaceDE w:val="0"/>
              <w:autoSpaceDN w:val="0"/>
              <w:spacing w:before="70" w:after="0" w:line="262" w:lineRule="auto"/>
              <w:ind w:left="72" w:right="432"/>
              <w:rPr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Наклонные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волнистые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линии</w:t>
            </w:r>
            <w:proofErr w:type="spellEnd"/>
            <w:r w:rsidR="0097777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4EA22D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B04262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EF7F9F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FFBE51" w14:textId="298F8C76" w:rsidR="00AC6DC2" w:rsidRPr="0050350D" w:rsidRDefault="0050350D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12.09.2022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35152D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14:paraId="7A562D21" w14:textId="77777777" w:rsidR="00AC6DC2" w:rsidRDefault="00AC6DC2">
      <w:pPr>
        <w:autoSpaceDE w:val="0"/>
        <w:autoSpaceDN w:val="0"/>
        <w:spacing w:after="0" w:line="14" w:lineRule="exact"/>
      </w:pPr>
    </w:p>
    <w:p w14:paraId="570E4C63" w14:textId="77777777" w:rsidR="00AC6DC2" w:rsidRDefault="00AC6DC2">
      <w:pPr>
        <w:sectPr w:rsidR="00AC6DC2">
          <w:pgSz w:w="11900" w:h="16840"/>
          <w:pgMar w:top="298" w:right="650" w:bottom="98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5A95667A" w14:textId="77777777" w:rsidR="00AC6DC2" w:rsidRDefault="00AC6DC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AC6DC2" w14:paraId="6CA9D8E0" w14:textId="77777777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894178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A168B2" w14:textId="77777777" w:rsidR="00AC6DC2" w:rsidRPr="00D53121" w:rsidRDefault="007435D6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Составление рассказов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(устно) по собственным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наблюдениям, по сюжетным картинкам на разные темы.</w:t>
            </w:r>
          </w:p>
          <w:p w14:paraId="773A2ECE" w14:textId="77777777" w:rsidR="00AC6DC2" w:rsidRDefault="007435D6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полуовалов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22933E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77757B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E2E639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A6D9D3" w14:textId="32A969B1" w:rsidR="00AC6DC2" w:rsidRPr="0050350D" w:rsidRDefault="0050350D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13.09.2022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FF2136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054D8CBD" w14:textId="77777777">
        <w:trPr>
          <w:trHeight w:hRule="exact" w:val="18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F1F56C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610760" w14:textId="77777777" w:rsidR="00AC6DC2" w:rsidRPr="00D53121" w:rsidRDefault="007435D6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Составление рассказов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(устно) по собственным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наблюдениям, по сюжетным картинкам на разные темы.</w:t>
            </w:r>
          </w:p>
          <w:p w14:paraId="0864D13C" w14:textId="77777777" w:rsidR="00AC6DC2" w:rsidRDefault="007435D6">
            <w:pPr>
              <w:autoSpaceDE w:val="0"/>
              <w:autoSpaceDN w:val="0"/>
              <w:spacing w:before="72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овалов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BB98BB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DEFEAD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DCE3EE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20D3F6" w14:textId="3A56DAFE" w:rsidR="00AC6DC2" w:rsidRPr="0050350D" w:rsidRDefault="0050350D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14.09.2022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706E8A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5EBFC390" w14:textId="7777777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1CD1A8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A3C6D6" w14:textId="77777777" w:rsidR="00AC6DC2" w:rsidRPr="00D53121" w:rsidRDefault="007435D6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Выполнение графического задания при работе с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рисунками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0FF16A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AD11C0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8ECCF7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59EDE2" w14:textId="1DF97B83" w:rsidR="00AC6DC2" w:rsidRDefault="007435D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  <w:r w:rsidR="0050350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07BBE2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153C43AC" w14:textId="7777777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BE4BD1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6F8F55" w14:textId="77777777" w:rsidR="00AC6DC2" w:rsidRPr="00D53121" w:rsidRDefault="007435D6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Различение слова и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предложения. Линии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сложной конфигурации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DA73D7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9ACF47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0EBE44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A630FD" w14:textId="278CF489" w:rsidR="00AC6DC2" w:rsidRPr="0050350D" w:rsidRDefault="0050350D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19.09.2022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B21E2B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1D1BFA67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FCCE1D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7C03F4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B0842E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CB98B2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ADE984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E42261" w14:textId="222FE0BE" w:rsidR="00AC6DC2" w:rsidRDefault="0050350D" w:rsidP="0050350D">
            <w:pPr>
              <w:autoSpaceDE w:val="0"/>
              <w:autoSpaceDN w:val="0"/>
              <w:spacing w:before="98" w:after="0" w:line="230" w:lineRule="auto"/>
            </w:pPr>
            <w:r>
              <w:rPr>
                <w:lang w:val="ru-RU"/>
              </w:rPr>
              <w:t>20.09.2022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07AA46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60840C1D" w14:textId="7777777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61F305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B4EA19" w14:textId="77777777" w:rsidR="00AC6DC2" w:rsidRPr="00D53121" w:rsidRDefault="007435D6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Закрепление зрительного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образа строчной и заглавной букв А, 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858E69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B51701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40586F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8D5059" w14:textId="0319AACE" w:rsidR="00AC6DC2" w:rsidRDefault="0050350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21.09.2022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503EBF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7C8B50C7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D18F80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7AE89C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right="1008"/>
              <w:jc w:val="center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3A6A9C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18B684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1EC99B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292FA0" w14:textId="03F927A1" w:rsidR="00AC6DC2" w:rsidRDefault="0050350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22.09.2022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14F1C1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6B0A87E4" w14:textId="7777777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A6D011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88D3B3" w14:textId="77777777" w:rsidR="00AC6DC2" w:rsidRPr="00D53121" w:rsidRDefault="007435D6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Закрепление зрительного образа строчной и заглавной букв О, 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2E445C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013817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D1ACD0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DF74F7" w14:textId="2510F4DC" w:rsidR="00AC6DC2" w:rsidRDefault="0050350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26.09.2022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96F38E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7729EC5E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0C38F5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F1BDB0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right="1008"/>
              <w:jc w:val="center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06C2A2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659571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231307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9DBA80" w14:textId="624513F4" w:rsidR="00AC6DC2" w:rsidRDefault="00D227E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27</w:t>
            </w:r>
            <w:r w:rsidR="0050350D">
              <w:rPr>
                <w:lang w:val="ru-RU"/>
              </w:rPr>
              <w:t>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089ADD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5CF4F0A2" w14:textId="77777777">
        <w:trPr>
          <w:trHeight w:hRule="exact" w:val="1166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5DDB6B" w14:textId="77777777" w:rsidR="00AC6DC2" w:rsidRDefault="007435D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31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B768B9" w14:textId="77777777" w:rsidR="00AC6DC2" w:rsidRPr="00D53121" w:rsidRDefault="007435D6">
            <w:pPr>
              <w:autoSpaceDE w:val="0"/>
              <w:autoSpaceDN w:val="0"/>
              <w:spacing w:before="100" w:after="0" w:line="271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Закрепление зрительного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образа строчной и заглавной букв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и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39344F" w14:textId="77777777" w:rsidR="00AC6DC2" w:rsidRDefault="007435D6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988FE4" w14:textId="77777777" w:rsidR="00AC6DC2" w:rsidRDefault="007435D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D50BD3" w14:textId="77777777" w:rsidR="00AC6DC2" w:rsidRDefault="007435D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336A00" w14:textId="60DBB9A8" w:rsidR="00AC6DC2" w:rsidRDefault="00D227EA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lang w:val="ru-RU"/>
              </w:rPr>
              <w:t>28</w:t>
            </w:r>
            <w:r w:rsidR="0050350D">
              <w:rPr>
                <w:lang w:val="ru-RU"/>
              </w:rPr>
              <w:t>.09.2022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7685BA" w14:textId="77777777" w:rsidR="00AC6DC2" w:rsidRDefault="007435D6">
            <w:pPr>
              <w:autoSpaceDE w:val="0"/>
              <w:autoSpaceDN w:val="0"/>
              <w:spacing w:before="100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3D9B1E02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C05C4E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A1F3ED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строчной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17B1E7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10A67D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CFCC65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E1275F" w14:textId="698579F7" w:rsidR="00AC6DC2" w:rsidRDefault="00D227E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2</w:t>
            </w:r>
            <w:r w:rsidR="0050350D">
              <w:rPr>
                <w:lang w:val="ru-RU"/>
              </w:rPr>
              <w:t>9.09.2022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B01179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3898901E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DAFE68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5EA0CB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Дифференциация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зрительного образа букв ы-и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4B4A64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71A31D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8B5FA3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E0AA5D" w14:textId="27919781" w:rsidR="00AC6DC2" w:rsidRDefault="0050350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19.09.2022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F46377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4EA0712D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DD981A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21090C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с изученными буквами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64BE8B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EEA248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D46F15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B66B0A" w14:textId="392999A6" w:rsidR="00AC6DC2" w:rsidRDefault="00D227E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03</w:t>
            </w:r>
            <w:r w:rsidR="0050350D">
              <w:rPr>
                <w:lang w:val="ru-RU"/>
              </w:rPr>
              <w:t>.</w:t>
            </w:r>
            <w:r>
              <w:rPr>
                <w:lang w:val="ru-RU"/>
              </w:rPr>
              <w:t>10</w:t>
            </w:r>
            <w:r w:rsidR="0050350D">
              <w:rPr>
                <w:lang w:val="ru-RU"/>
              </w:rPr>
              <w:t>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356CEC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7A5C053F" w14:textId="77777777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22A436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0295CA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right="1008"/>
              <w:jc w:val="center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394F0E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9AC2C7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2EF4FB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790CDD" w14:textId="615DCE08" w:rsidR="00AC6DC2" w:rsidRDefault="00D227E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04</w:t>
            </w:r>
            <w:r w:rsidR="0050350D">
              <w:rPr>
                <w:lang w:val="ru-RU"/>
              </w:rPr>
              <w:t>.</w:t>
            </w:r>
            <w:r>
              <w:rPr>
                <w:lang w:val="ru-RU"/>
              </w:rPr>
              <w:t>10</w:t>
            </w:r>
            <w:r w:rsidR="0050350D">
              <w:rPr>
                <w:lang w:val="ru-RU"/>
              </w:rPr>
              <w:t>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EF3F4B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14:paraId="37423C65" w14:textId="77777777" w:rsidR="00AC6DC2" w:rsidRDefault="00AC6DC2">
      <w:pPr>
        <w:autoSpaceDE w:val="0"/>
        <w:autoSpaceDN w:val="0"/>
        <w:spacing w:after="0" w:line="14" w:lineRule="exact"/>
      </w:pPr>
    </w:p>
    <w:p w14:paraId="0313C7EF" w14:textId="77777777" w:rsidR="00AC6DC2" w:rsidRDefault="00AC6DC2">
      <w:pPr>
        <w:sectPr w:rsidR="00AC6DC2">
          <w:pgSz w:w="11900" w:h="16840"/>
          <w:pgMar w:top="284" w:right="650" w:bottom="482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28E9DC1D" w14:textId="77777777" w:rsidR="00AC6DC2" w:rsidRDefault="00AC6DC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AC6DC2" w14:paraId="38005AE7" w14:textId="7777777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AE1889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EFFBA3" w14:textId="77777777" w:rsidR="00AC6DC2" w:rsidRPr="00D53121" w:rsidRDefault="007435D6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Закрепление зрительного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образа строчной и заглавной букв У, у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957B12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9F6019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364A9E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D95754" w14:textId="20F5C1E9" w:rsidR="00AC6DC2" w:rsidRDefault="00D227E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05</w:t>
            </w:r>
            <w:r w:rsidR="0050350D">
              <w:rPr>
                <w:lang w:val="ru-RU"/>
              </w:rPr>
              <w:t>.</w:t>
            </w:r>
            <w:r>
              <w:rPr>
                <w:lang w:val="ru-RU"/>
              </w:rPr>
              <w:t>10</w:t>
            </w:r>
            <w:r w:rsidR="0050350D">
              <w:rPr>
                <w:lang w:val="ru-RU"/>
              </w:rPr>
              <w:t>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F819BE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5F694B0C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AC1156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21B34F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right="1008"/>
              <w:jc w:val="center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E8B7D6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E185C1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D4FE13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240B40" w14:textId="7DDDDC41" w:rsidR="00AC6DC2" w:rsidRDefault="00D227E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06</w:t>
            </w:r>
            <w:r w:rsidR="0050350D">
              <w:rPr>
                <w:lang w:val="ru-RU"/>
              </w:rPr>
              <w:t>.</w:t>
            </w:r>
            <w:r>
              <w:rPr>
                <w:lang w:val="ru-RU"/>
              </w:rPr>
              <w:t>10</w:t>
            </w:r>
            <w:r w:rsidR="0050350D">
              <w:rPr>
                <w:lang w:val="ru-RU"/>
              </w:rPr>
              <w:t>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D062C1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32DB8B49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70E964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B69FF5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 Н, н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2352CB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2C18F4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C60EFF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3A3BFB" w14:textId="0545344D" w:rsidR="00AC6DC2" w:rsidRDefault="00D227E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10</w:t>
            </w:r>
            <w:r w:rsidR="0050350D">
              <w:rPr>
                <w:lang w:val="ru-RU"/>
              </w:rPr>
              <w:t>.</w:t>
            </w:r>
            <w:r>
              <w:rPr>
                <w:lang w:val="ru-RU"/>
              </w:rPr>
              <w:t>10</w:t>
            </w:r>
            <w:r w:rsidR="0050350D">
              <w:rPr>
                <w:lang w:val="ru-RU"/>
              </w:rPr>
              <w:t>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1BE2DF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3F4A13AE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7B362E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DA4134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042E19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69567C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27D859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A38733" w14:textId="638CCF43" w:rsidR="00AC6DC2" w:rsidRDefault="0050350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1</w:t>
            </w:r>
            <w:r w:rsidR="00D227EA">
              <w:rPr>
                <w:lang w:val="ru-RU"/>
              </w:rPr>
              <w:t>1</w:t>
            </w:r>
            <w:r>
              <w:rPr>
                <w:lang w:val="ru-RU"/>
              </w:rPr>
              <w:t>.</w:t>
            </w:r>
            <w:r w:rsidR="00D227EA">
              <w:rPr>
                <w:lang w:val="ru-RU"/>
              </w:rPr>
              <w:t>10</w:t>
            </w:r>
            <w:r>
              <w:rPr>
                <w:lang w:val="ru-RU"/>
              </w:rPr>
              <w:t>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86AA8F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6C0D86B3" w14:textId="77777777">
        <w:trPr>
          <w:trHeight w:hRule="exact" w:val="83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E1CB10" w14:textId="77777777" w:rsidR="00AC6DC2" w:rsidRDefault="007435D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1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37D7EA" w14:textId="77777777" w:rsidR="00AC6DC2" w:rsidRPr="00D53121" w:rsidRDefault="007435D6">
            <w:pPr>
              <w:autoSpaceDE w:val="0"/>
              <w:autoSpaceDN w:val="0"/>
              <w:spacing w:before="100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 С, с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630134" w14:textId="77777777" w:rsidR="00AC6DC2" w:rsidRDefault="007435D6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31EF86" w14:textId="77777777" w:rsidR="00AC6DC2" w:rsidRDefault="007435D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BEB409" w14:textId="77777777" w:rsidR="00AC6DC2" w:rsidRDefault="007435D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0D7444" w14:textId="22AF8D2D" w:rsidR="00AC6DC2" w:rsidRDefault="0050350D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lang w:val="ru-RU"/>
              </w:rPr>
              <w:t>1</w:t>
            </w:r>
            <w:r w:rsidR="00D227EA">
              <w:rPr>
                <w:lang w:val="ru-RU"/>
              </w:rPr>
              <w:t>2</w:t>
            </w:r>
            <w:r>
              <w:rPr>
                <w:lang w:val="ru-RU"/>
              </w:rPr>
              <w:t>.</w:t>
            </w:r>
            <w:r w:rsidR="00D227EA">
              <w:rPr>
                <w:lang w:val="ru-RU"/>
              </w:rPr>
              <w:t>10.</w:t>
            </w:r>
            <w:r>
              <w:rPr>
                <w:lang w:val="ru-RU"/>
              </w:rPr>
              <w:t>2022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323AFB" w14:textId="77777777" w:rsidR="00AC6DC2" w:rsidRDefault="007435D6">
            <w:pPr>
              <w:autoSpaceDE w:val="0"/>
              <w:autoSpaceDN w:val="0"/>
              <w:spacing w:before="100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3315ED9F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F560DC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91BE0D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right="1008"/>
              <w:jc w:val="center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Письмо строчной и заглавной букв К, к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34C24D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0EEC0D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826DAA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B5DC69" w14:textId="5E79304A" w:rsidR="00AC6DC2" w:rsidRDefault="0050350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1</w:t>
            </w:r>
            <w:r w:rsidR="00D227EA">
              <w:rPr>
                <w:lang w:val="ru-RU"/>
              </w:rPr>
              <w:t>3</w:t>
            </w:r>
            <w:r>
              <w:rPr>
                <w:lang w:val="ru-RU"/>
              </w:rPr>
              <w:t>.</w:t>
            </w:r>
            <w:r w:rsidR="00D227EA">
              <w:rPr>
                <w:lang w:val="ru-RU"/>
              </w:rPr>
              <w:t>10</w:t>
            </w:r>
            <w:r>
              <w:rPr>
                <w:lang w:val="ru-RU"/>
              </w:rPr>
              <w:t>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D59731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4CC1BA2B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49B6CA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F64EE9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 К, к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3DE6EF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D131B2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6C4F74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311485" w14:textId="5BA69B33" w:rsidR="00AC6DC2" w:rsidRPr="00D227EA" w:rsidRDefault="00D227EA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17.10.2022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ED0411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07592AC2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0FF417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13E27B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E47781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C95C23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E0A778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859111" w14:textId="6C435BEF" w:rsidR="00AC6DC2" w:rsidRDefault="00D227E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18.10.2022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1B174A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24FD816D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CA02CA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D9A1BD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 Т, т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1EA126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18FA98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527BDC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669909" w14:textId="5A57447F" w:rsidR="00AC6DC2" w:rsidRDefault="00D227E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19.10.2022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09E0AF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4C87A648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5B02FF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8EC6A8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right="1008"/>
              <w:jc w:val="center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67E297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6C803D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8085A3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93CA7C" w14:textId="47151B8C" w:rsidR="00AC6DC2" w:rsidRDefault="00D227E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20.10.2022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CBABB9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76CEEFC9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02FC57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974377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 Л, 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03E601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9B6991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2D91CE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3F532A" w14:textId="0846186F" w:rsidR="00AC6DC2" w:rsidRDefault="00D227E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24.10.2022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666F76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2A87682F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D1DDC3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3589D6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F5A44B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ACAB02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295CCB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D9B555" w14:textId="36B38B7B" w:rsidR="00AC6DC2" w:rsidRDefault="00D227E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25.10.2022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0E52B2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52AB5255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B48DBF" w14:textId="77777777" w:rsidR="00AC6DC2" w:rsidRDefault="007435D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AE947A" w14:textId="77777777" w:rsidR="00AC6DC2" w:rsidRPr="00D53121" w:rsidRDefault="007435D6">
            <w:pPr>
              <w:autoSpaceDE w:val="0"/>
              <w:autoSpaceDN w:val="0"/>
              <w:spacing w:before="100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 Р, р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830016" w14:textId="77777777" w:rsidR="00AC6DC2" w:rsidRDefault="007435D6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A717D1" w14:textId="77777777" w:rsidR="00AC6DC2" w:rsidRDefault="007435D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49A63B" w14:textId="77777777" w:rsidR="00AC6DC2" w:rsidRDefault="007435D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7B2890" w14:textId="5DC374DE" w:rsidR="00AC6DC2" w:rsidRDefault="00D227EA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lang w:val="ru-RU"/>
              </w:rPr>
              <w:t>26.10.2022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CFCAFF" w14:textId="77777777" w:rsidR="00AC6DC2" w:rsidRDefault="007435D6">
            <w:pPr>
              <w:autoSpaceDE w:val="0"/>
              <w:autoSpaceDN w:val="0"/>
              <w:spacing w:before="100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4810A654" w14:textId="77777777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825B7A" w14:textId="77777777" w:rsidR="00AC6DC2" w:rsidRDefault="007435D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FC0D91" w14:textId="77777777" w:rsidR="00AC6DC2" w:rsidRPr="00D53121" w:rsidRDefault="007435D6">
            <w:pPr>
              <w:autoSpaceDE w:val="0"/>
              <w:autoSpaceDN w:val="0"/>
              <w:spacing w:before="100" w:after="0" w:line="262" w:lineRule="auto"/>
              <w:ind w:left="72" w:right="100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A160FE" w14:textId="77777777" w:rsidR="00AC6DC2" w:rsidRDefault="007435D6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12F0FF" w14:textId="77777777" w:rsidR="00AC6DC2" w:rsidRDefault="007435D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B4693D" w14:textId="77777777" w:rsidR="00AC6DC2" w:rsidRDefault="007435D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3613B6" w14:textId="722F0E03" w:rsidR="00AC6DC2" w:rsidRDefault="00D227EA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lang w:val="ru-RU"/>
              </w:rPr>
              <w:t>27.10.2022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9F230D" w14:textId="77777777" w:rsidR="00AC6DC2" w:rsidRDefault="007435D6">
            <w:pPr>
              <w:autoSpaceDE w:val="0"/>
              <w:autoSpaceDN w:val="0"/>
              <w:spacing w:before="100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04DF842F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C9C0FA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FD1634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 В, 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49AB7F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450279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7CC5E7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C128FA" w14:textId="6A50744A" w:rsidR="00AC6DC2" w:rsidRDefault="0035543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lang w:val="ru-RU"/>
              </w:rPr>
              <w:t>07.11.2022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4DD48A" w14:textId="77777777" w:rsidR="00AC6DC2" w:rsidRDefault="007435D6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079268FF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DEAE95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DC43C0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1FEA60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6F459C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CE3840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50F37F" w14:textId="7EFB9660" w:rsidR="00AC6DC2" w:rsidRDefault="0035543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08.11.2022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9A3FE8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4E0E162B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D2BD94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BFA06C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 Е, 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7A17EB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F44D32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421AD5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0C2289" w14:textId="63503BCD" w:rsidR="00AC6DC2" w:rsidRDefault="0035543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09.11.2022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95D4B6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1BADEEB5" w14:textId="77777777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75577A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A98D5A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right="1008"/>
              <w:jc w:val="center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A0B214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DC70D3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E1140A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CA7EC0" w14:textId="3B2CB604" w:rsidR="00AC6DC2" w:rsidRDefault="0035543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10.11.2022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6D71A7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14:paraId="7AAB63D3" w14:textId="77777777" w:rsidR="00AC6DC2" w:rsidRDefault="00AC6DC2">
      <w:pPr>
        <w:autoSpaceDE w:val="0"/>
        <w:autoSpaceDN w:val="0"/>
        <w:spacing w:after="0" w:line="14" w:lineRule="exact"/>
      </w:pPr>
    </w:p>
    <w:p w14:paraId="1C21A033" w14:textId="77777777" w:rsidR="00AC6DC2" w:rsidRDefault="00AC6DC2">
      <w:pPr>
        <w:sectPr w:rsidR="00AC6DC2">
          <w:pgSz w:w="11900" w:h="16840"/>
          <w:pgMar w:top="284" w:right="650" w:bottom="508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510B7275" w14:textId="77777777" w:rsidR="00AC6DC2" w:rsidRDefault="00AC6DC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AC6DC2" w14:paraId="6000A829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32D99B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D2E6C1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 П, п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EB2C9D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1B6D36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3972DB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F804E9" w14:textId="6DA113AC" w:rsidR="00AC6DC2" w:rsidRDefault="0035543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14.11.2022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E1582F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42E4E0EB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4029BB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8D9B09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right="864"/>
              <w:jc w:val="center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.Письмо строчной и заглавной букв М, 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8199A2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EFD550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D72265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4F6FB4" w14:textId="625CEA7F" w:rsidR="00AC6DC2" w:rsidRDefault="0035543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15.11.2022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7D45A0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0078928F" w14:textId="7777777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957062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0557B6" w14:textId="77777777" w:rsidR="00AC6DC2" w:rsidRPr="00D53121" w:rsidRDefault="007435D6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Письмо слов и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предложений с буквами М, 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02C17A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C52F6D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B934B9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288C08" w14:textId="1E4F780D" w:rsidR="00AC6DC2" w:rsidRDefault="0035543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16.11.2022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90B4E5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55C4E403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9B1FE3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231A30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right="1008"/>
              <w:jc w:val="center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B076CC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CA39B0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13FD03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DE4165" w14:textId="2C5F69DE" w:rsidR="00AC6DC2" w:rsidRDefault="0035543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17.11.2022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7F8959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52F88564" w14:textId="77777777">
        <w:trPr>
          <w:trHeight w:hRule="exact" w:val="83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6C2845" w14:textId="77777777" w:rsidR="00AC6DC2" w:rsidRDefault="007435D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43.</w:t>
            </w:r>
          </w:p>
        </w:tc>
        <w:tc>
          <w:tcPr>
            <w:tcW w:w="31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51CF76" w14:textId="77777777" w:rsidR="00AC6DC2" w:rsidRPr="00D53121" w:rsidRDefault="007435D6">
            <w:pPr>
              <w:autoSpaceDE w:val="0"/>
              <w:autoSpaceDN w:val="0"/>
              <w:spacing w:before="100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 З, з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90A707" w14:textId="77777777" w:rsidR="00AC6DC2" w:rsidRDefault="007435D6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64841E" w14:textId="77777777" w:rsidR="00AC6DC2" w:rsidRDefault="007435D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2D6529" w14:textId="77777777" w:rsidR="00AC6DC2" w:rsidRDefault="007435D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8ED62B" w14:textId="7AD62376" w:rsidR="00AC6DC2" w:rsidRDefault="00355430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lang w:val="ru-RU"/>
              </w:rPr>
              <w:t>21.11.2022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BB2EA0" w14:textId="77777777" w:rsidR="00AC6DC2" w:rsidRDefault="007435D6">
            <w:pPr>
              <w:autoSpaceDE w:val="0"/>
              <w:autoSpaceDN w:val="0"/>
              <w:spacing w:before="100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6921E656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22424B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55FF79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 С, с - З, з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36C90F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CC00EB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4C013F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D8D1D6" w14:textId="6910F7FE" w:rsidR="00AC6DC2" w:rsidRDefault="0035543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22.11.2022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F6D3A4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5EA7FD9F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8E4E14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563120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A78CFC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D8A333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F9948C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C4A177" w14:textId="737AFBE3" w:rsidR="00AC6DC2" w:rsidRDefault="0035543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23.11.2022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732D91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5881C2C7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B9B6F8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AD2BC1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 Б, б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742EB4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3093F1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A87BC2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A0C14D" w14:textId="0E56609D" w:rsidR="00AC6DC2" w:rsidRPr="00355430" w:rsidRDefault="0035543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24.11.2022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24A2AE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7171C11F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1A36C5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B3DB50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 П, п - Б, б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F16B4B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AE1747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BFE260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5C3FB7" w14:textId="2F25C181" w:rsidR="00AC6DC2" w:rsidRPr="00355430" w:rsidRDefault="0035543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28.11.2022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0503DC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0EFB942B" w14:textId="7777777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0AB6ED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1874E5" w14:textId="77777777" w:rsidR="00AC6DC2" w:rsidRPr="00D53121" w:rsidRDefault="007435D6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Списывание слов,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предложений с изученными буквами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494404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C32A98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45B43B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1FF8F3" w14:textId="0B8420B2" w:rsidR="00AC6DC2" w:rsidRPr="00355430" w:rsidRDefault="0035543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29.11.2022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9E60FD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4D2D06A9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6FE952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56D55E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right="1008"/>
              <w:jc w:val="center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44442E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F841B3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FD3138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55FCE0" w14:textId="27BC1D14" w:rsidR="00AC6DC2" w:rsidRPr="00355430" w:rsidRDefault="0035543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30.11.2022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D2D472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01C4ED50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6554CA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72A997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 Д, д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E0E863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3FF26A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4374D1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E56B7D" w14:textId="32B9B509" w:rsidR="00AC6DC2" w:rsidRPr="00355430" w:rsidRDefault="00355430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01.12.2022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597407" w14:textId="77777777" w:rsidR="00AC6DC2" w:rsidRDefault="007435D6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207FF913" w14:textId="77777777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D0D573" w14:textId="77777777" w:rsidR="00AC6DC2" w:rsidRDefault="007435D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99903F" w14:textId="77777777" w:rsidR="00AC6DC2" w:rsidRPr="00D53121" w:rsidRDefault="007435D6">
            <w:pPr>
              <w:autoSpaceDE w:val="0"/>
              <w:autoSpaceDN w:val="0"/>
              <w:spacing w:before="100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 Т, т - Д, д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3F87D7" w14:textId="77777777" w:rsidR="00AC6DC2" w:rsidRDefault="007435D6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4B43D4" w14:textId="77777777" w:rsidR="00AC6DC2" w:rsidRDefault="007435D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761E9E" w14:textId="77777777" w:rsidR="00AC6DC2" w:rsidRDefault="007435D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815DF3" w14:textId="5CB86CF0" w:rsidR="00AC6DC2" w:rsidRPr="00355430" w:rsidRDefault="00355430">
            <w:pPr>
              <w:autoSpaceDE w:val="0"/>
              <w:autoSpaceDN w:val="0"/>
              <w:spacing w:before="100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05.12.2022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FE2937" w14:textId="77777777" w:rsidR="00AC6DC2" w:rsidRDefault="007435D6">
            <w:pPr>
              <w:autoSpaceDE w:val="0"/>
              <w:autoSpaceDN w:val="0"/>
              <w:spacing w:before="100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6CB9F28C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831C6D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E6693A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строчной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5F9191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6023B2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462A18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C9D107" w14:textId="2DB1CBB5" w:rsidR="00AC6DC2" w:rsidRPr="00355430" w:rsidRDefault="0035543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06.12.2022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64F28D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52446767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9AD135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58AAE8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заглавной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A15928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E602F6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0C7062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40315A" w14:textId="5D4FEC74" w:rsidR="00AC6DC2" w:rsidRPr="00355430" w:rsidRDefault="0035543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07.12.2022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B203B1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3AEF90AC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3FCCE9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A4CF1A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 Я, 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A9E4BA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B8639A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D1CEFC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FE4A53" w14:textId="17068754" w:rsidR="00AC6DC2" w:rsidRPr="004346B5" w:rsidRDefault="004346B5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08.12.2022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763581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512E8898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8DE53D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A004F7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Дифференциция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букв а - я на письме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EB4D3A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FE6737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CA64D9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8BB7B1" w14:textId="7D7A610F" w:rsidR="00AC6DC2" w:rsidRPr="004346B5" w:rsidRDefault="004346B5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12.12.2022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12D97E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48CC9458" w14:textId="77777777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3B168D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DCBED7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right="1008"/>
              <w:jc w:val="center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9230F8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6D90DA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5AF7A7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DB9045" w14:textId="53BAB3FC" w:rsidR="00AC6DC2" w:rsidRPr="004346B5" w:rsidRDefault="004346B5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13.12.2022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3A6F4C" w14:textId="77777777" w:rsidR="00AC6DC2" w:rsidRDefault="007435D6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14:paraId="6B63D6B9" w14:textId="77777777" w:rsidR="00AC6DC2" w:rsidRDefault="00AC6DC2">
      <w:pPr>
        <w:autoSpaceDE w:val="0"/>
        <w:autoSpaceDN w:val="0"/>
        <w:spacing w:after="0" w:line="14" w:lineRule="exact"/>
      </w:pPr>
    </w:p>
    <w:p w14:paraId="7031607B" w14:textId="77777777" w:rsidR="00AC6DC2" w:rsidRDefault="00AC6DC2">
      <w:pPr>
        <w:sectPr w:rsidR="00AC6DC2">
          <w:pgSz w:w="11900" w:h="16840"/>
          <w:pgMar w:top="284" w:right="650" w:bottom="3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314F3077" w14:textId="77777777" w:rsidR="00AC6DC2" w:rsidRDefault="00AC6DC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AC6DC2" w14:paraId="5E867042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0320B8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0B045F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 Г, г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B3559B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E7CB69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737803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CFECCB" w14:textId="60011C64" w:rsidR="00AC6DC2" w:rsidRPr="004346B5" w:rsidRDefault="004346B5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14.12.2022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BC228E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46959C19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8D8989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E24CBF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 К, к - Г, г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A71E85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4A93B4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1153DC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CACEE1" w14:textId="03ABB61E" w:rsidR="00AC6DC2" w:rsidRPr="004346B5" w:rsidRDefault="004346B5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15.12.2022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6F4ACF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1B45BD68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924E0F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C993A1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315CD4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C32CF2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A02A8B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8CB5D0" w14:textId="4624A7B2" w:rsidR="00AC6DC2" w:rsidRPr="004346B5" w:rsidRDefault="004346B5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19.12.2022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27E9EB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6C3C18F9" w14:textId="77777777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7FFADF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C830C7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 Ч, ч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040E1F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9E8E35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C26405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83C259" w14:textId="7A1F460A" w:rsidR="00AC6DC2" w:rsidRPr="004346B5" w:rsidRDefault="004346B5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20.12.2022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C3A275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14A2DEFB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970AAF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81B51D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cочетаний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ча-чу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0DF5B2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97978A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9D55DC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F3B2C3" w14:textId="18DF8C64" w:rsidR="00AC6DC2" w:rsidRPr="004346B5" w:rsidRDefault="004346B5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21.12.2022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1DB483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420EB5D1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511169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15B4E7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ь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C9A788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2CED4A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980467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EDB90F" w14:textId="228CB58B" w:rsidR="00AC6DC2" w:rsidRPr="004346B5" w:rsidRDefault="004346B5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22.12.2022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E165E4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70C0188F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61F289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A242EB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буквой ь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EE0058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901B0B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6A3E20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DE3641" w14:textId="5B705F44" w:rsidR="00AC6DC2" w:rsidRPr="004346B5" w:rsidRDefault="004346B5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26.12.2022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D43348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658F2487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7B2A20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0BD0FC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 буквы ь при письме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5D38B3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550D1B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E4BC18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10C528" w14:textId="52DB31A7" w:rsidR="00AC6DC2" w:rsidRPr="004346B5" w:rsidRDefault="004346B5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27.12.2022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683A3E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25F1C908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793E3D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5572EB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 w:right="86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266328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B6E1CE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01615E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014291" w14:textId="42A093F9" w:rsidR="00AC6DC2" w:rsidRPr="004346B5" w:rsidRDefault="004346B5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28.12.2022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639256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05CF0787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B9FEF0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761E85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 Ш, ш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7DAC48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47296F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0D7B04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350D4F" w14:textId="7474FB3C" w:rsidR="00AC6DC2" w:rsidRPr="004346B5" w:rsidRDefault="004346B5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29.12.2022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4C8D22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571DF89F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608607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02BF63" w14:textId="77777777" w:rsidR="00AC6DC2" w:rsidRDefault="007435D6">
            <w:pPr>
              <w:autoSpaceDE w:val="0"/>
              <w:autoSpaceDN w:val="0"/>
              <w:spacing w:before="98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сочетания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ши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753B1E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69B501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51CFA9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98809B" w14:textId="45B24EB3" w:rsidR="00AC6DC2" w:rsidRPr="004346B5" w:rsidRDefault="004346B5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11.01.2023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8A77AD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723E8DF1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D7BE42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AAC34A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 w:right="86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12DB82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7BB3D0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AE0523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07C9A2" w14:textId="44DA0C99" w:rsidR="00AC6DC2" w:rsidRPr="004346B5" w:rsidRDefault="004346B5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12.01.2023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CF355A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249B43C6" w14:textId="77777777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D844FE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DBBA96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 Ж, ж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91DF11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274919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2C0738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1DBF98" w14:textId="37C96970" w:rsidR="00AC6DC2" w:rsidRPr="004346B5" w:rsidRDefault="004346B5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13.01.2023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4BF24D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42742E3C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83C790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8BC7D7" w14:textId="77777777" w:rsidR="00AC6DC2" w:rsidRDefault="007435D6">
            <w:pPr>
              <w:autoSpaceDE w:val="0"/>
              <w:autoSpaceDN w:val="0"/>
              <w:spacing w:before="98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сочетания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жи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7E4592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3FA9F0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672300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B65D11" w14:textId="67025191" w:rsidR="00AC6DC2" w:rsidRPr="004346B5" w:rsidRDefault="004346B5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16.01.2023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1D1324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73B06024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1E8BAF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E1BB3F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сочетаний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жи-ши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D957B3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063296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CF860E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56673B" w14:textId="477F1CCE" w:rsidR="00AC6DC2" w:rsidRPr="004346B5" w:rsidRDefault="004346B5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17.01.2023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C3195A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035EEC80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654C19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254135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437E33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4D2C3E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A70576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896FE2" w14:textId="72013AFA" w:rsidR="00AC6DC2" w:rsidRPr="004346B5" w:rsidRDefault="004346B5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18.01.2023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962037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625F5265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A38A31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F973A2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 Ё, ё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D5F52E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2BABC5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69780A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2ED872" w14:textId="542AF883" w:rsidR="00AC6DC2" w:rsidRPr="004346B5" w:rsidRDefault="004346B5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19.01.20</w:t>
            </w:r>
            <w:r w:rsidR="006869AD">
              <w:rPr>
                <w:lang w:val="ru-RU"/>
              </w:rPr>
              <w:t>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326BD4" w14:textId="77777777" w:rsidR="00AC6DC2" w:rsidRDefault="007435D6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3A5A5365" w14:textId="77777777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E8D73C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96243C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сочетаний </w:t>
            </w:r>
            <w:proofErr w:type="spellStart"/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ча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-чу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жи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-ши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F91359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681959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A120E9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78393F" w14:textId="1FC6E9CC" w:rsidR="00AC6DC2" w:rsidRPr="00D53121" w:rsidRDefault="006869AD" w:rsidP="00D53121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>
              <w:rPr>
                <w:lang w:val="ru-RU"/>
              </w:rPr>
              <w:t>23.01.2023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392557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14:paraId="363E2CE6" w14:textId="77777777" w:rsidR="00AC6DC2" w:rsidRDefault="00AC6DC2">
      <w:pPr>
        <w:autoSpaceDE w:val="0"/>
        <w:autoSpaceDN w:val="0"/>
        <w:spacing w:after="0" w:line="14" w:lineRule="exact"/>
      </w:pPr>
    </w:p>
    <w:p w14:paraId="0A4D39EA" w14:textId="77777777" w:rsidR="00AC6DC2" w:rsidRDefault="00AC6DC2">
      <w:pPr>
        <w:sectPr w:rsidR="00AC6DC2">
          <w:pgSz w:w="11900" w:h="16840"/>
          <w:pgMar w:top="284" w:right="650" w:bottom="676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4FB38EFD" w14:textId="77777777" w:rsidR="00AC6DC2" w:rsidRDefault="00AC6DC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AC6DC2" w14:paraId="0CAC6B64" w14:textId="7777777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81569A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E431DB" w14:textId="77777777" w:rsidR="00AC6DC2" w:rsidRPr="00D53121" w:rsidRDefault="007435D6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слов и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предложений с сочетаниями </w:t>
            </w:r>
            <w:proofErr w:type="spellStart"/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ча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-чу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жи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-ши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596537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8CD3D5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A77EF4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BE11AF" w14:textId="43EDED71" w:rsidR="00AC6DC2" w:rsidRPr="006869AD" w:rsidRDefault="006869AD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24.01.2023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B94583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294208C3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A082AA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C19B76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букв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Й, 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75C055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6034C7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D57D19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2D1AE0" w14:textId="0854C0D2" w:rsidR="00AC6DC2" w:rsidRPr="006869AD" w:rsidRDefault="006869AD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25.01.2023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6CC158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16D6DFAE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56F8BB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90FA3F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 Й, 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DD1455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61EBBA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9D1929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DB0486" w14:textId="3E6A99D3" w:rsidR="00AC6DC2" w:rsidRPr="006869AD" w:rsidRDefault="006869AD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26.01.2023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495F39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142242B4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4FE51C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154747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right="1008"/>
              <w:jc w:val="center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5C3C0B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785640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91B071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2A94B3" w14:textId="6A23D773" w:rsidR="00AC6DC2" w:rsidRPr="006869AD" w:rsidRDefault="006869AD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30.01.2023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9772F6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3212F346" w14:textId="77777777">
        <w:trPr>
          <w:trHeight w:hRule="exact" w:val="83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65A645" w14:textId="77777777" w:rsidR="00AC6DC2" w:rsidRDefault="007435D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79.</w:t>
            </w:r>
          </w:p>
        </w:tc>
        <w:tc>
          <w:tcPr>
            <w:tcW w:w="31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A8655B" w14:textId="77777777" w:rsidR="00AC6DC2" w:rsidRPr="00D53121" w:rsidRDefault="007435D6">
            <w:pPr>
              <w:autoSpaceDE w:val="0"/>
              <w:autoSpaceDN w:val="0"/>
              <w:spacing w:before="100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слов и предложений с буквами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Х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,х</w:t>
            </w:r>
            <w:proofErr w:type="spellEnd"/>
            <w:proofErr w:type="gramEnd"/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45280E" w14:textId="77777777" w:rsidR="00AC6DC2" w:rsidRDefault="007435D6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1E77D1" w14:textId="77777777" w:rsidR="00AC6DC2" w:rsidRDefault="007435D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E75D1A" w14:textId="77777777" w:rsidR="00AC6DC2" w:rsidRDefault="007435D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EB6F8E" w14:textId="2CB9E65F" w:rsidR="00AC6DC2" w:rsidRPr="006869AD" w:rsidRDefault="006869AD">
            <w:pPr>
              <w:autoSpaceDE w:val="0"/>
              <w:autoSpaceDN w:val="0"/>
              <w:spacing w:before="100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31.01.2023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2394DF" w14:textId="77777777" w:rsidR="00AC6DC2" w:rsidRDefault="007435D6">
            <w:pPr>
              <w:autoSpaceDE w:val="0"/>
              <w:autoSpaceDN w:val="0"/>
              <w:spacing w:before="100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0146EE01" w14:textId="7777777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0B8A1E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BE5188" w14:textId="77777777" w:rsidR="00AC6DC2" w:rsidRPr="00D53121" w:rsidRDefault="007435D6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Закрепление написания слов и предложений с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изученными буквами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4A7D75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BBF468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9C10C6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3C5159" w14:textId="54E6AD65" w:rsidR="00AC6DC2" w:rsidRPr="006869AD" w:rsidRDefault="006869AD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01.02.2023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099FDE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78AFE38E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2554A3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2CB480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строчной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ю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157C2F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4A0BF7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B9C3FF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A0C921" w14:textId="7C74866F" w:rsidR="00AC6DC2" w:rsidRPr="006869AD" w:rsidRDefault="006869AD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02.02.2023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50D95F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0F442DA4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B9BAD2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40C410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заглавной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Ю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AE4F02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19FE95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486189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D2A294" w14:textId="2F173004" w:rsidR="00AC6DC2" w:rsidRPr="006869AD" w:rsidRDefault="006869AD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06.02.2023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B3F17E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2432BFF2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97AF44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2B9081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 Ю, ю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5385AD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3BE509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CE6409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E077F9" w14:textId="60CE1EC4" w:rsidR="00AC6DC2" w:rsidRPr="006869AD" w:rsidRDefault="006869AD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07.02.2023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6768F8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2E625E5C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FA7630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94F006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Дифференциация букв у - ю на письме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C8CED3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B35AC7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AE7450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B0E9BD" w14:textId="17A19FE7" w:rsidR="00AC6DC2" w:rsidRPr="006869AD" w:rsidRDefault="006869AD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08.02.2023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03FF35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58F9BFF9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CABB8D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89D8AE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right="1008"/>
              <w:jc w:val="center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4A577D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0B2CCE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C29EE0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55A828" w14:textId="51CB95DB" w:rsidR="00AC6DC2" w:rsidRPr="006869AD" w:rsidRDefault="006869AD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09.02.2023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20C386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55CC4EE0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469A90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A43764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 Ц, ц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EDD032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58E05C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A40D3A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9C41D1" w14:textId="07C7A046" w:rsidR="00AC6DC2" w:rsidRPr="006869AD" w:rsidRDefault="006869A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20.02.2023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9596F1" w14:textId="77777777" w:rsidR="00AC6DC2" w:rsidRDefault="007435D6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67EB943B" w14:textId="77777777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FAD17A" w14:textId="77777777" w:rsidR="00AC6DC2" w:rsidRDefault="007435D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42F097" w14:textId="77777777" w:rsidR="00AC6DC2" w:rsidRPr="00D53121" w:rsidRDefault="007435D6">
            <w:pPr>
              <w:autoSpaceDE w:val="0"/>
              <w:autoSpaceDN w:val="0"/>
              <w:spacing w:before="100" w:after="0" w:line="262" w:lineRule="auto"/>
              <w:ind w:left="72" w:right="100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149E56" w14:textId="77777777" w:rsidR="00AC6DC2" w:rsidRDefault="007435D6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0AF5AC" w14:textId="77777777" w:rsidR="00AC6DC2" w:rsidRDefault="007435D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7FBCAC" w14:textId="77777777" w:rsidR="00AC6DC2" w:rsidRDefault="007435D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75EF9F" w14:textId="50FD84A8" w:rsidR="00AC6DC2" w:rsidRPr="006869AD" w:rsidRDefault="006869AD">
            <w:pPr>
              <w:autoSpaceDE w:val="0"/>
              <w:autoSpaceDN w:val="0"/>
              <w:spacing w:before="100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21.02.2023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767821" w14:textId="77777777" w:rsidR="00AC6DC2" w:rsidRDefault="007435D6">
            <w:pPr>
              <w:autoSpaceDE w:val="0"/>
              <w:autoSpaceDN w:val="0"/>
              <w:spacing w:before="100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0B7EFB14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A27A38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378792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 Э, э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589B9E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56E35A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5CBD33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D32EA3" w14:textId="76FA13EE" w:rsidR="00AC6DC2" w:rsidRPr="006869AD" w:rsidRDefault="006869AD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22.02.2023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B0E647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7BE163FC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72D41B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3FDF3B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 w:right="86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63C8F4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210F68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58EFA8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EEE8EE" w14:textId="339F4C9F" w:rsidR="00AC6DC2" w:rsidRPr="006869AD" w:rsidRDefault="006869AD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23.02.2023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6AD7B0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6EA2A0BD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C5ADDD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ABBFBF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 Щ, щ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E7A84C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30685D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20A243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FD9C17" w14:textId="1198112E" w:rsidR="00AC6DC2" w:rsidRPr="007435D6" w:rsidRDefault="006869AD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27.02.2023</w:t>
            </w:r>
            <w:r w:rsidR="007435D6">
              <w:rPr>
                <w:lang w:val="ru-RU"/>
              </w:rPr>
              <w:t xml:space="preserve"> 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59D73B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603F5EC1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FD563D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E256F9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Дифференциация букв ц - ч -щ на письме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2F6F30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C97162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0F9A7D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A677BD" w14:textId="0CC23D93" w:rsidR="00AC6DC2" w:rsidRPr="006869AD" w:rsidRDefault="006869AD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28.02.2023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4C6EB2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26CD8BD1" w14:textId="77777777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2305E0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A55491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слов, предложений с буквами ц - ч - щ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AA119F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72DD85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A93293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060386" w14:textId="5AB28659" w:rsidR="00AC6DC2" w:rsidRPr="006869AD" w:rsidRDefault="006869A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01.03.2023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C20884" w14:textId="77777777" w:rsidR="00AC6DC2" w:rsidRDefault="007435D6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14:paraId="36799EED" w14:textId="77777777" w:rsidR="00AC6DC2" w:rsidRDefault="00AC6DC2">
      <w:pPr>
        <w:autoSpaceDE w:val="0"/>
        <w:autoSpaceDN w:val="0"/>
        <w:spacing w:after="0" w:line="14" w:lineRule="exact"/>
      </w:pPr>
    </w:p>
    <w:p w14:paraId="72D2C74E" w14:textId="77777777" w:rsidR="00AC6DC2" w:rsidRDefault="00AC6DC2">
      <w:pPr>
        <w:sectPr w:rsidR="00AC6DC2">
          <w:pgSz w:w="11900" w:h="16840"/>
          <w:pgMar w:top="284" w:right="650" w:bottom="3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1B34FA0B" w14:textId="77777777" w:rsidR="00AC6DC2" w:rsidRDefault="00AC6DC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AC6DC2" w14:paraId="4B611F2E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693177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9B8849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сочетаний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ща, чу-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щу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C81B22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C5AD2F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91C900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D8F88A" w14:textId="611BEE8A" w:rsidR="00AC6DC2" w:rsidRDefault="006869A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02.03.2023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C3A36B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30910721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F60359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EB4CCA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сочетаний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жи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- ши,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ча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- ща, чу -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щу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EDCAF5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8FF038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FF7EAB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AB364B" w14:textId="09A30E49" w:rsidR="00AC6DC2" w:rsidRPr="006869AD" w:rsidRDefault="006869AD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06.03.2023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4EC2B8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5B6AE62E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CB413F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92F9EE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 w:right="86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8B1CD0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DD536B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D61360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B22C1C" w14:textId="673590E7" w:rsidR="00AC6DC2" w:rsidRPr="006869AD" w:rsidRDefault="006869AD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07.03.2023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52E6BE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4B95630F" w14:textId="77777777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0D66C7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2CA1A2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 Ф, ф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418650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CA8952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02FBF7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88D8CC" w14:textId="43DD6E8D" w:rsidR="00AC6DC2" w:rsidRPr="006869AD" w:rsidRDefault="006869AD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08.03.2023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F1C812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414CCFA2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0619E1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1BA801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Дифференциация букв в - ф на письме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08EAFA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2B7700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811058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5CD589" w14:textId="7250C0DF" w:rsidR="00AC6DC2" w:rsidRDefault="006869A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0</w:t>
            </w:r>
            <w:r w:rsidR="002B1180">
              <w:rPr>
                <w:lang w:val="ru-RU"/>
              </w:rPr>
              <w:t>9</w:t>
            </w:r>
            <w:r>
              <w:rPr>
                <w:lang w:val="ru-RU"/>
              </w:rPr>
              <w:t>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78D33F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2DF14C64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C65916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5475A9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ъ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32B7F9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C8B4A9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C76BC5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7E3D22" w14:textId="1706CCF9" w:rsidR="00AC6DC2" w:rsidRDefault="002B11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13</w:t>
            </w:r>
            <w:r w:rsidR="006869AD">
              <w:rPr>
                <w:lang w:val="ru-RU"/>
              </w:rPr>
              <w:t>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FC0FA7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36EBDA09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0C6030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D2CC54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Дифференциация букв ь - ъ на письме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F5A9E0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82DDDA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85C832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5DCB07" w14:textId="500F28E8" w:rsidR="00AC6DC2" w:rsidRDefault="002B11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14</w:t>
            </w:r>
            <w:r w:rsidR="006869AD">
              <w:rPr>
                <w:lang w:val="ru-RU"/>
              </w:rPr>
              <w:t>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42B378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025854B5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186423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100.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C65686" w14:textId="2A915BAB" w:rsidR="00AC6DC2" w:rsidRPr="00D53121" w:rsidRDefault="007435D6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Написание слов, </w:t>
            </w:r>
            <w:r w:rsidRPr="00D53121">
              <w:rPr>
                <w:lang w:val="ru-RU"/>
              </w:rPr>
              <w:br/>
            </w:r>
            <w:r w:rsidRPr="00D53121">
              <w:rPr>
                <w:lang w:val="ru-RU"/>
              </w:rPr>
              <w:tab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предложений с буквами ь, ъ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F23B48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D90283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422EC2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08BA25" w14:textId="21910699" w:rsidR="00AC6DC2" w:rsidRDefault="002B11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15.03.2023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D9E5F9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5C360596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B64FAA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101.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1AF12C" w14:textId="77777777" w:rsidR="00AC6DC2" w:rsidRPr="00D53121" w:rsidRDefault="007435D6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Закрепление написания всех </w:t>
            </w:r>
            <w:r w:rsidRPr="00D53121">
              <w:rPr>
                <w:lang w:val="ru-RU"/>
              </w:rPr>
              <w:tab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букв русского алфавита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A2E93F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DADB93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264708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7FD353" w14:textId="08254CAF" w:rsidR="00AC6DC2" w:rsidRDefault="002B11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16.03.2023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DB0AB1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5C16C7E2" w14:textId="7777777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812ACE" w14:textId="77777777" w:rsidR="00AC6DC2" w:rsidRDefault="007435D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53D61C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Преобразование печатного шрифта в письменный.</w:t>
            </w:r>
          </w:p>
          <w:p w14:paraId="6049CFA1" w14:textId="77777777" w:rsidR="00AC6DC2" w:rsidRDefault="007435D6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Списывание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AF3D11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C66607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4504DD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D888E5" w14:textId="007EB969" w:rsidR="00AC6DC2" w:rsidRDefault="002B11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20.03.2023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08A7B5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0DD73275" w14:textId="7777777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FF1020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103.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1A9277" w14:textId="77777777" w:rsidR="00AC6DC2" w:rsidRPr="00D53121" w:rsidRDefault="007435D6">
            <w:pPr>
              <w:autoSpaceDE w:val="0"/>
              <w:autoSpaceDN w:val="0"/>
              <w:spacing w:before="98" w:after="0" w:line="271" w:lineRule="auto"/>
              <w:ind w:left="156" w:right="288" w:hanging="156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Упражнения по выработке каллиграфически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правильного письма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719602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9475BC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75912D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4F4A0F" w14:textId="5388EC24" w:rsidR="00AC6DC2" w:rsidRDefault="002B11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21.03.2023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D8EBB5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26BC74CB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B772B8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104.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B8C9DE" w14:textId="77777777" w:rsidR="00AC6DC2" w:rsidRPr="00D53121" w:rsidRDefault="007435D6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Письмо слов с сочетаниями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чт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253F5C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FC940D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C8724B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D56A3C" w14:textId="6762D3CC" w:rsidR="00AC6DC2" w:rsidRDefault="002B11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lang w:val="ru-RU"/>
              </w:rPr>
              <w:t>22.03.2023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59591C" w14:textId="77777777" w:rsidR="00AC6DC2" w:rsidRDefault="007435D6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733929CE" w14:textId="77777777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D95F9F" w14:textId="77777777" w:rsidR="00AC6DC2" w:rsidRDefault="007435D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105.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36225C" w14:textId="77777777" w:rsidR="00AC6DC2" w:rsidRPr="00D53121" w:rsidRDefault="007435D6">
            <w:pPr>
              <w:tabs>
                <w:tab w:val="left" w:pos="576"/>
              </w:tabs>
              <w:autoSpaceDE w:val="0"/>
              <w:autoSpaceDN w:val="0"/>
              <w:spacing w:before="100" w:after="0" w:line="262" w:lineRule="auto"/>
              <w:ind w:right="86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Правописание слов с буквами е, ё, ю, 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D12E30" w14:textId="77777777" w:rsidR="00AC6DC2" w:rsidRDefault="007435D6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E5D090" w14:textId="77777777" w:rsidR="00AC6DC2" w:rsidRDefault="007435D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7EF814" w14:textId="77777777" w:rsidR="00AC6DC2" w:rsidRDefault="007435D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001A51" w14:textId="00CF458D" w:rsidR="00AC6DC2" w:rsidRDefault="002B1180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lang w:val="ru-RU"/>
              </w:rPr>
              <w:t>23.03.2023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FE636E" w14:textId="77777777" w:rsidR="00AC6DC2" w:rsidRDefault="007435D6">
            <w:pPr>
              <w:autoSpaceDE w:val="0"/>
              <w:autoSpaceDN w:val="0"/>
              <w:spacing w:before="100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1629D8D4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05C289" w14:textId="77777777" w:rsidR="00AC6DC2" w:rsidRDefault="007435D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0507F7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Дифференциация букв о - ё, у - ю, а - я, э - е на письме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0F74DC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02E580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2B4793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65B7B5" w14:textId="6E5BB4DA" w:rsidR="00AC6DC2" w:rsidRPr="002B1180" w:rsidRDefault="002B1180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03.04.2023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456469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4D55FC35" w14:textId="7777777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6FF7D5" w14:textId="77777777" w:rsidR="00AC6DC2" w:rsidRDefault="007435D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8396C6" w14:textId="77777777" w:rsidR="00AC6DC2" w:rsidRPr="00D53121" w:rsidRDefault="007435D6" w:rsidP="00D1471F">
            <w:pPr>
              <w:autoSpaceDE w:val="0"/>
              <w:autoSpaceDN w:val="0"/>
              <w:spacing w:before="98" w:after="0" w:line="271" w:lineRule="auto"/>
              <w:ind w:right="43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заглавной буквы в словах и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предложениях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3BEF17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5011F0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CCC9B9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63BE7C" w14:textId="13C9191B" w:rsidR="00AC6DC2" w:rsidRDefault="002B11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04.04.2023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8F73B0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201EB1AC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B94BDA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108.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9FD8CA" w14:textId="77777777" w:rsidR="00AC6DC2" w:rsidRDefault="007435D6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деформированным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предложением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4C9B1E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E7B0A7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70DFF1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4C0255" w14:textId="14E37A8E" w:rsidR="00AC6DC2" w:rsidRDefault="002B11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lang w:val="ru-RU"/>
              </w:rPr>
              <w:t>05.04.2023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02525E" w14:textId="77777777" w:rsidR="00AC6DC2" w:rsidRDefault="007435D6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49FE50B8" w14:textId="77777777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92DEF0" w14:textId="77777777" w:rsidR="00AC6DC2" w:rsidRDefault="007435D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7F73A8" w14:textId="77777777" w:rsidR="00AC6DC2" w:rsidRDefault="007435D6">
            <w:pPr>
              <w:autoSpaceDE w:val="0"/>
              <w:autoSpaceDN w:val="0"/>
              <w:spacing w:before="98" w:after="0" w:line="230" w:lineRule="auto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текстом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84BF09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A18F4A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02ED9C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6270CF" w14:textId="612D9B46" w:rsidR="00AC6DC2" w:rsidRDefault="002B11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06.04.2023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8E87D8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14:paraId="3C6B885F" w14:textId="77777777" w:rsidR="00AC6DC2" w:rsidRDefault="00AC6DC2">
      <w:pPr>
        <w:autoSpaceDE w:val="0"/>
        <w:autoSpaceDN w:val="0"/>
        <w:spacing w:after="0" w:line="14" w:lineRule="exact"/>
      </w:pPr>
    </w:p>
    <w:p w14:paraId="045B8313" w14:textId="77777777" w:rsidR="00AC6DC2" w:rsidRDefault="00AC6DC2">
      <w:pPr>
        <w:sectPr w:rsidR="00AC6DC2">
          <w:pgSz w:w="11900" w:h="16840"/>
          <w:pgMar w:top="284" w:right="650" w:bottom="584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45C02C38" w14:textId="77777777" w:rsidR="00AC6DC2" w:rsidRDefault="00AC6DC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AC6DC2" w14:paraId="78AC0B7A" w14:textId="7777777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6D42A6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110.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A2C023" w14:textId="77777777" w:rsidR="00AC6DC2" w:rsidRPr="00D53121" w:rsidRDefault="007435D6">
            <w:pPr>
              <w:autoSpaceDE w:val="0"/>
              <w:autoSpaceDN w:val="0"/>
              <w:spacing w:before="98" w:after="0" w:line="271" w:lineRule="auto"/>
              <w:ind w:left="156" w:hanging="156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Закрепление написания слов, предложений с изученными буквами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B1AC80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335D4E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8F32A9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972F27" w14:textId="4C8389E1" w:rsidR="00AC6DC2" w:rsidRDefault="002B11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10.04.2023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F88FA9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5B96711C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41334A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111.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599459" w14:textId="77777777" w:rsidR="00AC6DC2" w:rsidRPr="00D53121" w:rsidRDefault="007435D6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Наша речь. Её значение в </w:t>
            </w:r>
            <w:r w:rsidRPr="00D53121">
              <w:rPr>
                <w:lang w:val="ru-RU"/>
              </w:rPr>
              <w:tab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жизни людей. Язык и речь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9CD48C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93043B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163190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782AF8" w14:textId="3D868D0B" w:rsidR="00AC6DC2" w:rsidRDefault="002B11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11.04.2023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1534C7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64EE7981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7E2F91" w14:textId="77777777" w:rsidR="00AC6DC2" w:rsidRDefault="007435D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F392D6" w14:textId="1AD46214" w:rsidR="00AC6DC2" w:rsidRDefault="007435D6">
            <w:pPr>
              <w:autoSpaceDE w:val="0"/>
              <w:autoSpaceDN w:val="0"/>
              <w:spacing w:before="98" w:after="0" w:line="230" w:lineRule="auto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Текст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54E851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615DB2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542937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BDFB9E" w14:textId="70A98D45" w:rsidR="00AC6DC2" w:rsidRDefault="002B11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12.04.2023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6AD807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625BD9AF" w14:textId="77777777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B83889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113.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5D9E1C" w14:textId="77777777" w:rsidR="00AC6DC2" w:rsidRPr="00D53121" w:rsidRDefault="007435D6">
            <w:pPr>
              <w:autoSpaceDE w:val="0"/>
              <w:autoSpaceDN w:val="0"/>
              <w:spacing w:before="98" w:after="0" w:line="278" w:lineRule="auto"/>
              <w:ind w:left="156" w:right="288" w:hanging="156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Знаки препинания в конце предложения: точка, </w:t>
            </w:r>
            <w:r w:rsidRPr="00D53121">
              <w:rPr>
                <w:lang w:val="ru-RU"/>
              </w:rPr>
              <w:br/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вопосительный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восклицательный знаки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8776CF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E5A67B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30C13B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71DAB6" w14:textId="38E16215" w:rsidR="00AC6DC2" w:rsidRDefault="002B11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13.04.2023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E04FA2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315F517A" w14:textId="77777777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BAF4A0" w14:textId="77777777" w:rsidR="00AC6DC2" w:rsidRDefault="007435D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47871A" w14:textId="77777777" w:rsidR="00AC6DC2" w:rsidRPr="00D53121" w:rsidRDefault="007435D6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Диалог. Осознание ситуации общения: с какой целью, с кем и где происходит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16B65A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5E8697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5E3E46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87E117" w14:textId="10F1DD25" w:rsidR="00AC6DC2" w:rsidRDefault="002B11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17.04.2023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D30B24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29984674" w14:textId="7777777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C5704A" w14:textId="77777777" w:rsidR="00AC6DC2" w:rsidRDefault="007435D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719EDA" w14:textId="59272011" w:rsidR="00AC6DC2" w:rsidRPr="00D53121" w:rsidRDefault="007435D6">
            <w:pPr>
              <w:autoSpaceDE w:val="0"/>
              <w:autoSpaceDN w:val="0"/>
              <w:spacing w:before="98" w:after="0" w:line="271" w:lineRule="auto"/>
              <w:ind w:left="576" w:right="576" w:hanging="576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Речевой этикет: слова приветствия, прощания, извинения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E7CE1D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DAFBDD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FD1226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ADEC82" w14:textId="1E399925" w:rsidR="00AC6DC2" w:rsidRDefault="002B11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18.04.2023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57139C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616FEA24" w14:textId="77777777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D39081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116.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5B7FD4" w14:textId="6B3C74EC" w:rsidR="00AC6DC2" w:rsidRPr="00D53121" w:rsidRDefault="007435D6" w:rsidP="00F10285">
            <w:pPr>
              <w:autoSpaceDE w:val="0"/>
              <w:autoSpaceDN w:val="0"/>
              <w:spacing w:before="98" w:after="0"/>
              <w:ind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Слово, предложение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.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43AF20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A22090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C80829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EDCA30" w14:textId="254D2EA3" w:rsidR="00AC6DC2" w:rsidRDefault="002B11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19.04.2023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725D3D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566FEA9B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764005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117.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82CA98" w14:textId="0DBE9B54" w:rsidR="00AC6DC2" w:rsidRPr="00D53121" w:rsidRDefault="007435D6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Слово как единиц языка и </w:t>
            </w:r>
            <w:r w:rsidRPr="00D53121">
              <w:rPr>
                <w:lang w:val="ru-RU"/>
              </w:rPr>
              <w:tab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речи</w:t>
            </w:r>
            <w:r w:rsidR="001A388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 Списывание текста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A30DB3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5155C2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53C321" w14:textId="5D4EEE6F" w:rsidR="00AC6DC2" w:rsidRPr="001A388D" w:rsidRDefault="001A388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717FAF" w14:textId="738C94C3" w:rsidR="00AC6DC2" w:rsidRDefault="002B11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20.04.2023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3C4D57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1A9C3FE9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881AA5" w14:textId="77777777" w:rsidR="00AC6DC2" w:rsidRDefault="007435D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72F9B7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Слово и слог. Деление слова на слоги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E2D026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582683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CA27DC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680C92" w14:textId="201C8665" w:rsidR="00AC6DC2" w:rsidRDefault="002B11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24.04.2023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B71B39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1A1DF1EE" w14:textId="77777777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4C9E30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119.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5DA1C1" w14:textId="53D7D3EE" w:rsidR="00AC6DC2" w:rsidRPr="00D53121" w:rsidRDefault="007435D6">
            <w:pPr>
              <w:autoSpaceDE w:val="0"/>
              <w:autoSpaceDN w:val="0"/>
              <w:spacing w:before="98" w:after="0" w:line="274" w:lineRule="auto"/>
              <w:ind w:left="576" w:right="576" w:hanging="576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Перенос слов (простые случаи, без стечения согласных)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134EF2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C8479F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7070F5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AA4ACF" w14:textId="0278EA36" w:rsidR="00AC6DC2" w:rsidRDefault="002B11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lang w:val="ru-RU"/>
              </w:rPr>
              <w:t>25.04.2023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04BEF0" w14:textId="77777777" w:rsidR="00AC6DC2" w:rsidRDefault="007435D6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4CF2293F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D6EACA" w14:textId="77777777" w:rsidR="00AC6DC2" w:rsidRDefault="007435D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FA0B1F" w14:textId="4993FF03" w:rsidR="00AC6DC2" w:rsidRDefault="007435D6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100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Слово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название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tab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предмета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895F87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22B1E2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0EFDE5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2F2F61" w14:textId="361FC73B" w:rsidR="00AC6DC2" w:rsidRDefault="002B11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26.04.2023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397960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565BB4B7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2539C5" w14:textId="24B4348D" w:rsidR="00AC6DC2" w:rsidRDefault="00F1028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121</w:t>
            </w:r>
            <w:r w:rsidR="007435D6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25F2EA" w14:textId="0B9A2306" w:rsidR="00AC6DC2" w:rsidRPr="00D53121" w:rsidRDefault="007435D6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576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Слова, отвечающие на </w:t>
            </w:r>
            <w:r w:rsidRPr="00D53121">
              <w:rPr>
                <w:lang w:val="ru-RU"/>
              </w:rPr>
              <w:tab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вопросы "кто?", "что?"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E4C544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7080E8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0E1325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013FE1" w14:textId="18A872D0" w:rsidR="00AC6DC2" w:rsidRDefault="002B11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27.04.2023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FC7D32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5953A9B0" w14:textId="77777777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802C33" w14:textId="6CD41709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  <w:r w:rsidR="00F102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22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2C623E" w14:textId="3549D696" w:rsidR="00AC6DC2" w:rsidRPr="00D53121" w:rsidRDefault="007435D6">
            <w:pPr>
              <w:autoSpaceDE w:val="0"/>
              <w:autoSpaceDN w:val="0"/>
              <w:spacing w:before="98" w:after="0" w:line="271" w:lineRule="auto"/>
              <w:ind w:left="576" w:right="144" w:hanging="576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 Слова, отвечающие на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вопросы "какой?", "какая?", "какое?", "какие?"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C1A377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A8D5E3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222E26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5122A0" w14:textId="70A91132" w:rsidR="00AC6DC2" w:rsidRDefault="0050332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lang w:val="ru-RU"/>
              </w:rPr>
              <w:t>01</w:t>
            </w:r>
            <w:r w:rsidR="002B1180">
              <w:rPr>
                <w:lang w:val="ru-RU"/>
              </w:rPr>
              <w:t>.0</w:t>
            </w:r>
            <w:r>
              <w:rPr>
                <w:lang w:val="ru-RU"/>
              </w:rPr>
              <w:t>5</w:t>
            </w:r>
            <w:r w:rsidR="002B1180">
              <w:rPr>
                <w:lang w:val="ru-RU"/>
              </w:rPr>
              <w:t>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AA1E28" w14:textId="77777777" w:rsidR="00AC6DC2" w:rsidRDefault="007435D6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14:paraId="79A1B7E0" w14:textId="77777777" w:rsidR="00AC6DC2" w:rsidRDefault="00AC6DC2">
      <w:pPr>
        <w:autoSpaceDE w:val="0"/>
        <w:autoSpaceDN w:val="0"/>
        <w:spacing w:after="0" w:line="14" w:lineRule="exact"/>
      </w:pPr>
    </w:p>
    <w:p w14:paraId="4C17FEA4" w14:textId="77777777" w:rsidR="00AC6DC2" w:rsidRDefault="00AC6DC2">
      <w:pPr>
        <w:sectPr w:rsidR="00AC6DC2">
          <w:pgSz w:w="11900" w:h="16840"/>
          <w:pgMar w:top="284" w:right="650" w:bottom="65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4F90B391" w14:textId="77777777" w:rsidR="00AC6DC2" w:rsidRDefault="00AC6DC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AC6DC2" w14:paraId="00CAF353" w14:textId="7777777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D2D61A" w14:textId="1E6BEE2E" w:rsidR="00AC6DC2" w:rsidRDefault="007435D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  <w:r w:rsidR="00F102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23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6C6D41" w14:textId="04D32527" w:rsidR="00AC6DC2" w:rsidRPr="00D53121" w:rsidRDefault="007435D6">
            <w:pPr>
              <w:autoSpaceDE w:val="0"/>
              <w:autoSpaceDN w:val="0"/>
              <w:spacing w:before="98" w:after="0" w:line="271" w:lineRule="auto"/>
              <w:ind w:left="576" w:right="144" w:hanging="576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Слова, отвечающие на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вопросы "что делать?", "что сделать?"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A806DF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1C4B97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8CAAA2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7AED54" w14:textId="1F626196" w:rsidR="00AC6DC2" w:rsidRDefault="0050332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02.05.2023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EF9F9C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48A8A491" w14:textId="77777777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E56DDB" w14:textId="77E9F9F3" w:rsidR="00AC6DC2" w:rsidRDefault="00F102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124</w:t>
            </w:r>
            <w:r w:rsidR="007435D6"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B40E99" w14:textId="77777777" w:rsidR="00AC6DC2" w:rsidRPr="00D53121" w:rsidRDefault="007435D6">
            <w:pPr>
              <w:tabs>
                <w:tab w:val="left" w:pos="156"/>
              </w:tabs>
              <w:autoSpaceDE w:val="0"/>
              <w:autoSpaceDN w:val="0"/>
              <w:spacing w:before="100" w:after="0" w:line="262" w:lineRule="auto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Речевой этикет: ситуация </w:t>
            </w:r>
            <w:r w:rsidRPr="00D53121">
              <w:rPr>
                <w:lang w:val="ru-RU"/>
              </w:rPr>
              <w:br/>
            </w:r>
            <w:r w:rsidRPr="00D53121">
              <w:rPr>
                <w:lang w:val="ru-RU"/>
              </w:rPr>
              <w:tab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знакомства. Вежливые слова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A0F714" w14:textId="77777777" w:rsidR="00AC6DC2" w:rsidRDefault="007435D6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339FA5" w14:textId="77777777" w:rsidR="00AC6DC2" w:rsidRDefault="007435D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804D90" w14:textId="77777777" w:rsidR="00AC6DC2" w:rsidRDefault="007435D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2C783C" w14:textId="550F576D" w:rsidR="00AC6DC2" w:rsidRDefault="00503320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lang w:val="ru-RU"/>
              </w:rPr>
              <w:t>03.05.2023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0D775B" w14:textId="77777777" w:rsidR="00AC6DC2" w:rsidRDefault="007435D6">
            <w:pPr>
              <w:autoSpaceDE w:val="0"/>
              <w:autoSpaceDN w:val="0"/>
              <w:spacing w:before="100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4059969E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FDB764" w14:textId="029F1C15" w:rsidR="00AC6DC2" w:rsidRDefault="007435D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  <w:r w:rsidR="00F102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25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713345" w14:textId="429E9928" w:rsidR="00AC6DC2" w:rsidRPr="00D53121" w:rsidRDefault="007435D6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Роль слова в речи.</w:t>
            </w:r>
          </w:p>
          <w:p w14:paraId="0BC8C3E6" w14:textId="77777777" w:rsidR="00AC6DC2" w:rsidRPr="00D53121" w:rsidRDefault="007435D6">
            <w:pPr>
              <w:autoSpaceDE w:val="0"/>
              <w:autoSpaceDN w:val="0"/>
              <w:spacing w:before="70" w:after="0" w:line="230" w:lineRule="auto"/>
              <w:jc w:val="center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Определение значения слова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0FFC43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4D6889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B03392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B76624" w14:textId="53226C61" w:rsidR="00AC6DC2" w:rsidRDefault="0050332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04.05.2023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D667D1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0023A438" w14:textId="77777777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D660F0" w14:textId="6D3DC291" w:rsidR="00AC6DC2" w:rsidRDefault="007435D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  <w:r w:rsidR="00F102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26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51D140" w14:textId="116CD977" w:rsidR="00AC6DC2" w:rsidRDefault="007435D6">
            <w:pPr>
              <w:autoSpaceDE w:val="0"/>
              <w:autoSpaceDN w:val="0"/>
              <w:spacing w:before="100" w:after="0"/>
              <w:ind w:left="576" w:right="576" w:hanging="576"/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 Звуки речи. Гласные и согласные звуки, их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различение.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Ударение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слове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D5339B" w14:textId="77777777" w:rsidR="00AC6DC2" w:rsidRDefault="007435D6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29935C" w14:textId="77777777" w:rsidR="00AC6DC2" w:rsidRDefault="007435D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06DFEC" w14:textId="77777777" w:rsidR="00AC6DC2" w:rsidRDefault="007435D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C96715" w14:textId="362226C4" w:rsidR="00AC6DC2" w:rsidRDefault="0050332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lang w:val="ru-RU"/>
              </w:rPr>
              <w:t>08.05.2023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845E54" w14:textId="77777777" w:rsidR="00AC6DC2" w:rsidRDefault="007435D6">
            <w:pPr>
              <w:autoSpaceDE w:val="0"/>
              <w:autoSpaceDN w:val="0"/>
              <w:spacing w:before="100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14:paraId="6850B49C" w14:textId="77777777" w:rsidR="00AC6DC2" w:rsidRDefault="00AC6DC2">
      <w:pPr>
        <w:autoSpaceDE w:val="0"/>
        <w:autoSpaceDN w:val="0"/>
        <w:spacing w:after="0" w:line="14" w:lineRule="exact"/>
      </w:pPr>
    </w:p>
    <w:p w14:paraId="7B2DA9AC" w14:textId="77777777" w:rsidR="00AC6DC2" w:rsidRDefault="00AC6DC2">
      <w:pPr>
        <w:sectPr w:rsidR="00AC6DC2">
          <w:pgSz w:w="11900" w:h="16840"/>
          <w:pgMar w:top="284" w:right="650" w:bottom="65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21D325FF" w14:textId="77777777" w:rsidR="00AC6DC2" w:rsidRDefault="00AC6DC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AC6DC2" w14:paraId="4A389786" w14:textId="7777777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D75B47" w14:textId="687883D6" w:rsidR="00AC6DC2" w:rsidRPr="00F10285" w:rsidRDefault="00E1307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  <w:r w:rsidR="00F102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27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D5A61B" w14:textId="77777777" w:rsidR="00AC6DC2" w:rsidRPr="00D53121" w:rsidRDefault="007435D6">
            <w:pPr>
              <w:autoSpaceDE w:val="0"/>
              <w:autoSpaceDN w:val="0"/>
              <w:spacing w:before="98" w:after="0" w:line="271" w:lineRule="auto"/>
              <w:ind w:left="156" w:hanging="156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Твёрдые и мягкие согласные звуки и буквы их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обозначающие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52488D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B6350B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1DCF86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AF0A12" w14:textId="4B4F29FC" w:rsidR="00AC6DC2" w:rsidRDefault="0050332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09.05.2023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220578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5645FC47" w14:textId="77777777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19BBBB" w14:textId="00BD7838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  <w:r w:rsidR="00E65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28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43DCCA" w14:textId="77777777" w:rsidR="00AC6DC2" w:rsidRDefault="007435D6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Буквы е, ё, ю, я в слове.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tab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функция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79DB91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E92DA1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885F2B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B7BAC1" w14:textId="62971AA1" w:rsidR="00AC6DC2" w:rsidRDefault="0050332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10.05.2023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84588E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5A508A9E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EC0E94" w14:textId="180D836A" w:rsidR="00AC6DC2" w:rsidRDefault="00E130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  <w:r w:rsidR="00E65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29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F814FD" w14:textId="6B9C40B6" w:rsidR="00AC6DC2" w:rsidRPr="00D53121" w:rsidRDefault="007435D6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28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Буква Ь как показатель </w:t>
            </w:r>
            <w:r w:rsidRPr="00D53121">
              <w:rPr>
                <w:lang w:val="ru-RU"/>
              </w:rPr>
              <w:br/>
            </w:r>
            <w:r w:rsidRPr="00D53121">
              <w:rPr>
                <w:lang w:val="ru-RU"/>
              </w:rPr>
              <w:tab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мягкости согласного звука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4A03DA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82A925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9FE050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6D17CF" w14:textId="3CE8687E" w:rsidR="00AC6DC2" w:rsidRDefault="0050332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11.05.2023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372343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5BDB3FAE" w14:textId="77777777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57FC12" w14:textId="29F30344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  <w:r w:rsidR="00E65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6E3CA5" w14:textId="77777777" w:rsidR="00AC6DC2" w:rsidRPr="00D53121" w:rsidRDefault="007435D6">
            <w:pPr>
              <w:autoSpaceDE w:val="0"/>
              <w:autoSpaceDN w:val="0"/>
              <w:spacing w:before="98" w:after="0"/>
              <w:ind w:left="156" w:right="144" w:hanging="156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Звонкие и глухие согласные звуки, их различение.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Согласный звук [й'] и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гласный звук [и]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195464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C760FD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E08986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08BBB1" w14:textId="4577146A" w:rsidR="00AC6DC2" w:rsidRDefault="0050332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15.05.2023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152FE6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C6DC2" w14:paraId="08E4A866" w14:textId="7777777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A384F9" w14:textId="799F5C8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  <w:r w:rsidR="00E65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31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313035" w14:textId="60DE80DB" w:rsidR="00AC6DC2" w:rsidRPr="00D53121" w:rsidRDefault="007435D6">
            <w:pPr>
              <w:autoSpaceDE w:val="0"/>
              <w:autoSpaceDN w:val="0"/>
              <w:spacing w:before="98" w:after="0" w:line="271" w:lineRule="auto"/>
              <w:ind w:left="156" w:hanging="156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Пр</w:t>
            </w:r>
            <w:r w:rsidR="00E65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оверочная работа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131C86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3A0E28" w14:textId="18F68F4F" w:rsidR="00AC6DC2" w:rsidRPr="00E654B8" w:rsidRDefault="00E654B8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3DE755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E05057" w14:textId="11E29803" w:rsidR="00AC6DC2" w:rsidRDefault="0050332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16.05.2023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76F6BD" w14:textId="11A631BD" w:rsidR="00AC6DC2" w:rsidRPr="00E654B8" w:rsidRDefault="00E654B8" w:rsidP="00E654B8">
            <w:pPr>
              <w:autoSpaceDE w:val="0"/>
              <w:autoSpaceDN w:val="0"/>
              <w:spacing w:before="98" w:after="0" w:line="262" w:lineRule="auto"/>
              <w:ind w:right="576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Диктант</w:t>
            </w:r>
          </w:p>
        </w:tc>
      </w:tr>
    </w:tbl>
    <w:p w14:paraId="7DAA5B11" w14:textId="77777777" w:rsidR="00AC6DC2" w:rsidRDefault="00AC6DC2">
      <w:pPr>
        <w:autoSpaceDE w:val="0"/>
        <w:autoSpaceDN w:val="0"/>
        <w:spacing w:after="0" w:line="14" w:lineRule="exact"/>
      </w:pPr>
    </w:p>
    <w:p w14:paraId="0B749A55" w14:textId="77777777" w:rsidR="00AC6DC2" w:rsidRDefault="00AC6DC2">
      <w:pPr>
        <w:sectPr w:rsidR="00AC6DC2">
          <w:pgSz w:w="11900" w:h="16840"/>
          <w:pgMar w:top="284" w:right="650" w:bottom="316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13516BCC" w14:textId="77777777" w:rsidR="00AC6DC2" w:rsidRDefault="00AC6DC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AC6DC2" w14:paraId="3E4AB5F9" w14:textId="77777777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990703" w14:textId="2D26F7AB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  <w:r w:rsidR="00E65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32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AED1EF" w14:textId="400DC303" w:rsidR="00AC6DC2" w:rsidRPr="00D53121" w:rsidRDefault="007435D6" w:rsidP="00696DB4">
            <w:pPr>
              <w:autoSpaceDE w:val="0"/>
              <w:autoSpaceDN w:val="0"/>
              <w:spacing w:before="98" w:after="0"/>
              <w:ind w:right="28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Русский алфавит: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правильное название букв, знание их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последовательности.</w:t>
            </w:r>
            <w:r w:rsidR="001A388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Проверочная работа.</w:t>
            </w:r>
          </w:p>
          <w:p w14:paraId="18B8A17B" w14:textId="03C84FA9" w:rsidR="00AC6DC2" w:rsidRPr="00D53121" w:rsidRDefault="00AC6DC2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17B57C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9A5306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700C7C" w14:textId="77777777"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9BBBE7" w14:textId="2147598D" w:rsidR="00AC6DC2" w:rsidRDefault="0050332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lang w:val="ru-RU"/>
              </w:rPr>
              <w:t>18.05.2023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845201" w14:textId="77777777" w:rsidR="00AC6DC2" w:rsidRDefault="007435D6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14:paraId="51DE1F6E" w14:textId="77777777" w:rsidR="00AC6DC2" w:rsidRDefault="00AC6DC2">
      <w:pPr>
        <w:autoSpaceDE w:val="0"/>
        <w:autoSpaceDN w:val="0"/>
        <w:spacing w:after="0" w:line="14" w:lineRule="exact"/>
      </w:pPr>
    </w:p>
    <w:p w14:paraId="51689640" w14:textId="77777777" w:rsidR="00AC6DC2" w:rsidRDefault="00AC6DC2">
      <w:pPr>
        <w:sectPr w:rsidR="00AC6DC2">
          <w:pgSz w:w="11900" w:h="16840"/>
          <w:pgMar w:top="284" w:right="650" w:bottom="6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3459068B" w14:textId="77777777" w:rsidR="00AC6DC2" w:rsidRDefault="00AC6DC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720"/>
        <w:gridCol w:w="734"/>
        <w:gridCol w:w="1620"/>
        <w:gridCol w:w="4478"/>
      </w:tblGrid>
      <w:tr w:rsidR="00AC6DC2" w14:paraId="29011FD6" w14:textId="77777777">
        <w:trPr>
          <w:trHeight w:hRule="exact" w:val="808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6A7E7D" w14:textId="77777777"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837BD8" w14:textId="55F59FC5" w:rsidR="00AC6DC2" w:rsidRPr="00E654B8" w:rsidRDefault="007435D6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  <w:r w:rsidR="00E65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32DFD1" w14:textId="71ADAE02" w:rsidR="00AC6DC2" w:rsidRPr="001A388D" w:rsidRDefault="001A388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C1204E" w14:textId="72558A9B" w:rsidR="00AC6DC2" w:rsidRPr="001A388D" w:rsidRDefault="001A388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</w:t>
            </w:r>
          </w:p>
        </w:tc>
      </w:tr>
    </w:tbl>
    <w:p w14:paraId="2B2F23DE" w14:textId="77777777" w:rsidR="00AC6DC2" w:rsidRDefault="00AC6DC2">
      <w:pPr>
        <w:autoSpaceDE w:val="0"/>
        <w:autoSpaceDN w:val="0"/>
        <w:spacing w:after="0" w:line="14" w:lineRule="exact"/>
      </w:pPr>
    </w:p>
    <w:p w14:paraId="4A7FCE4B" w14:textId="77777777" w:rsidR="00AC6DC2" w:rsidRDefault="00AC6DC2">
      <w:pPr>
        <w:sectPr w:rsidR="00AC6DC2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2419FA80" w14:textId="77777777" w:rsidR="00AC6DC2" w:rsidRDefault="00AC6DC2">
      <w:pPr>
        <w:autoSpaceDE w:val="0"/>
        <w:autoSpaceDN w:val="0"/>
        <w:spacing w:after="78" w:line="220" w:lineRule="exact"/>
      </w:pPr>
    </w:p>
    <w:p w14:paraId="13ABBF85" w14:textId="77777777" w:rsidR="00AC6DC2" w:rsidRDefault="007435D6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14:paraId="3EDEFB94" w14:textId="77777777" w:rsidR="00AC6DC2" w:rsidRDefault="007435D6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14:paraId="0B662154" w14:textId="2B0BD66D" w:rsidR="00AC6DC2" w:rsidRPr="00D53121" w:rsidRDefault="007435D6">
      <w:pPr>
        <w:autoSpaceDE w:val="0"/>
        <w:autoSpaceDN w:val="0"/>
        <w:spacing w:before="166" w:after="0" w:line="286" w:lineRule="auto"/>
        <w:ind w:right="2160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1.Канакина В.П.;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Горецкий В.Г. Русский язык. Учебник. 1 класс. /М.: Просвещение;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2011 г.;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2.Канакина В.П.;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Горецкий В.Г. Русский язык. Методическое пособие. 1 класс./ М.: Просвещение; 2011 г.;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3.Канакина В.П. Русский язык. Рабочая тетрадь. 1 класс. / М.: Просвещение; 2011 г.; </w:t>
      </w:r>
      <w:r w:rsidRPr="00D53121">
        <w:rPr>
          <w:lang w:val="ru-RU"/>
        </w:rPr>
        <w:br/>
      </w:r>
    </w:p>
    <w:p w14:paraId="68194EB5" w14:textId="77777777" w:rsidR="00AC6DC2" w:rsidRPr="00D53121" w:rsidRDefault="007435D6">
      <w:pPr>
        <w:autoSpaceDE w:val="0"/>
        <w:autoSpaceDN w:val="0"/>
        <w:spacing w:before="262" w:after="0" w:line="230" w:lineRule="auto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14:paraId="2DED62A0" w14:textId="77777777" w:rsidR="00AC6DC2" w:rsidRPr="00D53121" w:rsidRDefault="007435D6">
      <w:pPr>
        <w:autoSpaceDE w:val="0"/>
        <w:autoSpaceDN w:val="0"/>
        <w:spacing w:before="166" w:after="0" w:line="262" w:lineRule="auto"/>
        <w:ind w:right="288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1.Канакина В.П., Горецкий В.Г. Русский язык. Рабочие программы. 1-4 классы. / М.: Просвещение, 2011 г.</w:t>
      </w:r>
    </w:p>
    <w:p w14:paraId="06ED6B0C" w14:textId="77777777" w:rsidR="00AC6DC2" w:rsidRPr="00D53121" w:rsidRDefault="007435D6">
      <w:pPr>
        <w:autoSpaceDE w:val="0"/>
        <w:autoSpaceDN w:val="0"/>
        <w:spacing w:before="70" w:after="0" w:line="230" w:lineRule="auto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2.Канакина В.П. Русский язык. Тестовые задания. 1 класс. / М.: Просвещение, 2011 г.</w:t>
      </w:r>
    </w:p>
    <w:p w14:paraId="5D305372" w14:textId="77777777" w:rsidR="00AC6DC2" w:rsidRPr="00D53121" w:rsidRDefault="007435D6">
      <w:pPr>
        <w:autoSpaceDE w:val="0"/>
        <w:autoSpaceDN w:val="0"/>
        <w:spacing w:before="70" w:after="0" w:line="262" w:lineRule="auto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3.Ковригина Т.В. Русский язык: обучение грамоте (обучение письму), технологические карты, 1 класс / Издательство «Учитель»2013 год</w:t>
      </w:r>
    </w:p>
    <w:p w14:paraId="21FE1D13" w14:textId="77777777" w:rsidR="00AC6DC2" w:rsidRPr="00D53121" w:rsidRDefault="007435D6">
      <w:pPr>
        <w:autoSpaceDE w:val="0"/>
        <w:autoSpaceDN w:val="0"/>
        <w:spacing w:before="262" w:after="0" w:line="230" w:lineRule="auto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14:paraId="2CAE2185" w14:textId="77777777" w:rsidR="00AC6DC2" w:rsidRPr="00D53121" w:rsidRDefault="007435D6">
      <w:pPr>
        <w:autoSpaceDE w:val="0"/>
        <w:autoSpaceDN w:val="0"/>
        <w:spacing w:before="166" w:after="0" w:line="271" w:lineRule="auto"/>
        <w:ind w:right="4608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https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infourok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prezentaciya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po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russkomu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yaziku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na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temu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situaciya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obscheniya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celi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v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 w:rsidRPr="00D53121">
        <w:rPr>
          <w:lang w:val="ru-RU"/>
        </w:rPr>
        <w:br/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obschenii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-2919316.</w:t>
      </w:r>
      <w:r>
        <w:rPr>
          <w:rFonts w:ascii="Times New Roman" w:eastAsia="Times New Roman" w:hAnsi="Times New Roman"/>
          <w:color w:val="000000"/>
          <w:sz w:val="24"/>
        </w:rPr>
        <w:t>html</w:t>
      </w:r>
    </w:p>
    <w:p w14:paraId="2F48A6F6" w14:textId="77777777" w:rsidR="00AC6DC2" w:rsidRPr="00D53121" w:rsidRDefault="007435D6">
      <w:pPr>
        <w:autoSpaceDE w:val="0"/>
        <w:autoSpaceDN w:val="0"/>
        <w:spacing w:before="406" w:after="0" w:line="262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https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nsportal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nachalnaya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shkola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russkii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yazyk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/2022/02/08/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prezentatsiya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po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russkomu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yazyku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po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teme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zaglavnaya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bukva</w:t>
      </w:r>
      <w:proofErr w:type="spellEnd"/>
    </w:p>
    <w:p w14:paraId="1139F553" w14:textId="77777777" w:rsidR="00AC6DC2" w:rsidRPr="00D53121" w:rsidRDefault="00AC6DC2">
      <w:pPr>
        <w:rPr>
          <w:lang w:val="ru-RU"/>
        </w:rPr>
        <w:sectPr w:rsidR="00AC6DC2" w:rsidRPr="00D53121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77852F57" w14:textId="77777777" w:rsidR="00AC6DC2" w:rsidRPr="00D53121" w:rsidRDefault="00AC6DC2">
      <w:pPr>
        <w:autoSpaceDE w:val="0"/>
        <w:autoSpaceDN w:val="0"/>
        <w:spacing w:after="78" w:line="220" w:lineRule="exact"/>
        <w:rPr>
          <w:lang w:val="ru-RU"/>
        </w:rPr>
      </w:pPr>
    </w:p>
    <w:p w14:paraId="4B7613AB" w14:textId="77777777" w:rsidR="00AC6DC2" w:rsidRPr="00D53121" w:rsidRDefault="007435D6">
      <w:pPr>
        <w:autoSpaceDE w:val="0"/>
        <w:autoSpaceDN w:val="0"/>
        <w:spacing w:after="0" w:line="230" w:lineRule="auto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14:paraId="0BDD52BA" w14:textId="77777777" w:rsidR="00AC6DC2" w:rsidRPr="00D53121" w:rsidRDefault="007435D6">
      <w:pPr>
        <w:autoSpaceDE w:val="0"/>
        <w:autoSpaceDN w:val="0"/>
        <w:spacing w:before="346" w:after="0" w:line="230" w:lineRule="auto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УЧЕБНОЕ ОБОРУДОВАНИЕ</w:t>
      </w:r>
    </w:p>
    <w:p w14:paraId="44BB679C" w14:textId="330D928D" w:rsidR="00AC6DC2" w:rsidRPr="00D53121" w:rsidRDefault="007435D6">
      <w:pPr>
        <w:autoSpaceDE w:val="0"/>
        <w:autoSpaceDN w:val="0"/>
        <w:spacing w:before="166" w:after="0" w:line="271" w:lineRule="auto"/>
        <w:ind w:right="8928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Классная доска.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Ноутбук. </w:t>
      </w:r>
      <w:r w:rsidRPr="00D53121">
        <w:rPr>
          <w:lang w:val="ru-RU"/>
        </w:rPr>
        <w:br/>
      </w:r>
      <w:r w:rsidR="00612BAA">
        <w:rPr>
          <w:rFonts w:ascii="Times New Roman" w:eastAsia="Times New Roman" w:hAnsi="Times New Roman"/>
          <w:color w:val="000000"/>
          <w:sz w:val="24"/>
          <w:lang w:val="ru-RU"/>
        </w:rPr>
        <w:t>Телевизор</w:t>
      </w:r>
    </w:p>
    <w:p w14:paraId="6482B4CB" w14:textId="77777777" w:rsidR="00AC6DC2" w:rsidRPr="00D53121" w:rsidRDefault="007435D6">
      <w:pPr>
        <w:autoSpaceDE w:val="0"/>
        <w:autoSpaceDN w:val="0"/>
        <w:spacing w:before="262" w:after="0" w:line="230" w:lineRule="auto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ПРАКТИЧЕСКИХ РАБОТ</w:t>
      </w:r>
    </w:p>
    <w:p w14:paraId="055EC9E2" w14:textId="4658DFF1" w:rsidR="00AC6DC2" w:rsidRPr="00612BAA" w:rsidRDefault="007435D6">
      <w:pPr>
        <w:autoSpaceDE w:val="0"/>
        <w:autoSpaceDN w:val="0"/>
        <w:spacing w:before="166" w:after="0" w:line="271" w:lineRule="auto"/>
        <w:ind w:right="8928"/>
        <w:rPr>
          <w:lang w:val="ru-RU"/>
        </w:rPr>
      </w:pPr>
      <w:r w:rsidRPr="00612BAA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Классная доска. </w:t>
      </w:r>
      <w:r w:rsidRPr="00612BAA">
        <w:rPr>
          <w:lang w:val="ru-RU"/>
        </w:rPr>
        <w:br/>
      </w:r>
      <w:r w:rsidRPr="00612BAA">
        <w:rPr>
          <w:rFonts w:ascii="Times New Roman" w:eastAsia="Times New Roman" w:hAnsi="Times New Roman"/>
          <w:color w:val="000000"/>
          <w:sz w:val="24"/>
          <w:lang w:val="ru-RU"/>
        </w:rPr>
        <w:t xml:space="preserve">Ноутбук. </w:t>
      </w:r>
      <w:r w:rsidRPr="00612BAA">
        <w:rPr>
          <w:lang w:val="ru-RU"/>
        </w:rPr>
        <w:br/>
      </w:r>
      <w:r w:rsidR="00612BAA">
        <w:rPr>
          <w:rFonts w:ascii="Times New Roman" w:eastAsia="Times New Roman" w:hAnsi="Times New Roman"/>
          <w:color w:val="000000"/>
          <w:sz w:val="24"/>
          <w:lang w:val="ru-RU"/>
        </w:rPr>
        <w:t>Телевизор</w:t>
      </w:r>
    </w:p>
    <w:p w14:paraId="2073996D" w14:textId="77777777" w:rsidR="00AC6DC2" w:rsidRPr="00612BAA" w:rsidRDefault="00AC6DC2">
      <w:pPr>
        <w:rPr>
          <w:lang w:val="ru-RU"/>
        </w:rPr>
        <w:sectPr w:rsidR="00AC6DC2" w:rsidRPr="00612BAA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0DD1B887" w14:textId="77777777" w:rsidR="007435D6" w:rsidRPr="00612BAA" w:rsidRDefault="007435D6">
      <w:pPr>
        <w:rPr>
          <w:lang w:val="ru-RU"/>
        </w:rPr>
      </w:pPr>
    </w:p>
    <w:sectPr w:rsidR="007435D6" w:rsidRPr="00612BAA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jaVu Serif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1A38"/>
    <w:rsid w:val="00034616"/>
    <w:rsid w:val="0006063C"/>
    <w:rsid w:val="0007058D"/>
    <w:rsid w:val="0015074B"/>
    <w:rsid w:val="001A388D"/>
    <w:rsid w:val="00221FFB"/>
    <w:rsid w:val="0029639D"/>
    <w:rsid w:val="002A48B2"/>
    <w:rsid w:val="002B1180"/>
    <w:rsid w:val="00315BD7"/>
    <w:rsid w:val="00326F90"/>
    <w:rsid w:val="00355430"/>
    <w:rsid w:val="00420006"/>
    <w:rsid w:val="004346B5"/>
    <w:rsid w:val="00440ECB"/>
    <w:rsid w:val="00503320"/>
    <w:rsid w:val="0050350D"/>
    <w:rsid w:val="00612BAA"/>
    <w:rsid w:val="006869AD"/>
    <w:rsid w:val="00696DB4"/>
    <w:rsid w:val="006D30DD"/>
    <w:rsid w:val="0071591D"/>
    <w:rsid w:val="007435D6"/>
    <w:rsid w:val="00837901"/>
    <w:rsid w:val="00977774"/>
    <w:rsid w:val="00A62BAD"/>
    <w:rsid w:val="00AA1D8D"/>
    <w:rsid w:val="00AB0E46"/>
    <w:rsid w:val="00AC6DC2"/>
    <w:rsid w:val="00B01CB0"/>
    <w:rsid w:val="00B47730"/>
    <w:rsid w:val="00B7159D"/>
    <w:rsid w:val="00C5791F"/>
    <w:rsid w:val="00CB0664"/>
    <w:rsid w:val="00CD0138"/>
    <w:rsid w:val="00D07403"/>
    <w:rsid w:val="00D1471F"/>
    <w:rsid w:val="00D21632"/>
    <w:rsid w:val="00D227EA"/>
    <w:rsid w:val="00D53121"/>
    <w:rsid w:val="00DC02B9"/>
    <w:rsid w:val="00E13071"/>
    <w:rsid w:val="00E654B8"/>
    <w:rsid w:val="00F10285"/>
    <w:rsid w:val="00F73443"/>
    <w:rsid w:val="00FC693F"/>
    <w:rsid w:val="00FE5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62B43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f8">
    <w:name w:val="annotation reference"/>
    <w:basedOn w:val="a2"/>
    <w:uiPriority w:val="99"/>
    <w:semiHidden/>
    <w:unhideWhenUsed/>
    <w:rsid w:val="00696DB4"/>
    <w:rPr>
      <w:sz w:val="16"/>
      <w:szCs w:val="16"/>
    </w:rPr>
  </w:style>
  <w:style w:type="paragraph" w:styleId="aff9">
    <w:name w:val="annotation text"/>
    <w:basedOn w:val="a1"/>
    <w:link w:val="affa"/>
    <w:uiPriority w:val="99"/>
    <w:semiHidden/>
    <w:unhideWhenUsed/>
    <w:rsid w:val="00696DB4"/>
    <w:pPr>
      <w:spacing w:line="240" w:lineRule="auto"/>
    </w:pPr>
    <w:rPr>
      <w:sz w:val="20"/>
      <w:szCs w:val="20"/>
    </w:rPr>
  </w:style>
  <w:style w:type="character" w:customStyle="1" w:styleId="affa">
    <w:name w:val="Текст примечания Знак"/>
    <w:basedOn w:val="a2"/>
    <w:link w:val="aff9"/>
    <w:uiPriority w:val="99"/>
    <w:semiHidden/>
    <w:rsid w:val="00696DB4"/>
    <w:rPr>
      <w:sz w:val="20"/>
      <w:szCs w:val="20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696DB4"/>
    <w:rPr>
      <w:b/>
      <w:bCs/>
    </w:rPr>
  </w:style>
  <w:style w:type="character" w:customStyle="1" w:styleId="affc">
    <w:name w:val="Тема примечания Знак"/>
    <w:basedOn w:val="affa"/>
    <w:link w:val="affb"/>
    <w:uiPriority w:val="99"/>
    <w:semiHidden/>
    <w:rsid w:val="00696DB4"/>
    <w:rPr>
      <w:b/>
      <w:bCs/>
      <w:sz w:val="20"/>
      <w:szCs w:val="20"/>
    </w:rPr>
  </w:style>
  <w:style w:type="paragraph" w:styleId="affd">
    <w:name w:val="Balloon Text"/>
    <w:basedOn w:val="a1"/>
    <w:link w:val="affe"/>
    <w:uiPriority w:val="99"/>
    <w:semiHidden/>
    <w:unhideWhenUsed/>
    <w:rsid w:val="00696D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e">
    <w:name w:val="Текст выноски Знак"/>
    <w:basedOn w:val="a2"/>
    <w:link w:val="affd"/>
    <w:uiPriority w:val="99"/>
    <w:semiHidden/>
    <w:rsid w:val="00696DB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f8">
    <w:name w:val="annotation reference"/>
    <w:basedOn w:val="a2"/>
    <w:uiPriority w:val="99"/>
    <w:semiHidden/>
    <w:unhideWhenUsed/>
    <w:rsid w:val="00696DB4"/>
    <w:rPr>
      <w:sz w:val="16"/>
      <w:szCs w:val="16"/>
    </w:rPr>
  </w:style>
  <w:style w:type="paragraph" w:styleId="aff9">
    <w:name w:val="annotation text"/>
    <w:basedOn w:val="a1"/>
    <w:link w:val="affa"/>
    <w:uiPriority w:val="99"/>
    <w:semiHidden/>
    <w:unhideWhenUsed/>
    <w:rsid w:val="00696DB4"/>
    <w:pPr>
      <w:spacing w:line="240" w:lineRule="auto"/>
    </w:pPr>
    <w:rPr>
      <w:sz w:val="20"/>
      <w:szCs w:val="20"/>
    </w:rPr>
  </w:style>
  <w:style w:type="character" w:customStyle="1" w:styleId="affa">
    <w:name w:val="Текст примечания Знак"/>
    <w:basedOn w:val="a2"/>
    <w:link w:val="aff9"/>
    <w:uiPriority w:val="99"/>
    <w:semiHidden/>
    <w:rsid w:val="00696DB4"/>
    <w:rPr>
      <w:sz w:val="20"/>
      <w:szCs w:val="20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696DB4"/>
    <w:rPr>
      <w:b/>
      <w:bCs/>
    </w:rPr>
  </w:style>
  <w:style w:type="character" w:customStyle="1" w:styleId="affc">
    <w:name w:val="Тема примечания Знак"/>
    <w:basedOn w:val="affa"/>
    <w:link w:val="affb"/>
    <w:uiPriority w:val="99"/>
    <w:semiHidden/>
    <w:rsid w:val="00696DB4"/>
    <w:rPr>
      <w:b/>
      <w:bCs/>
      <w:sz w:val="20"/>
      <w:szCs w:val="20"/>
    </w:rPr>
  </w:style>
  <w:style w:type="paragraph" w:styleId="affd">
    <w:name w:val="Balloon Text"/>
    <w:basedOn w:val="a1"/>
    <w:link w:val="affe"/>
    <w:uiPriority w:val="99"/>
    <w:semiHidden/>
    <w:unhideWhenUsed/>
    <w:rsid w:val="00696D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e">
    <w:name w:val="Текст выноски Знак"/>
    <w:basedOn w:val="a2"/>
    <w:link w:val="affd"/>
    <w:uiPriority w:val="99"/>
    <w:semiHidden/>
    <w:rsid w:val="00696D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844D9EA-E33F-418F-A6FE-FFF3EDD58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38</Pages>
  <Words>8994</Words>
  <Characters>51270</Characters>
  <Application>Microsoft Office Word</Application>
  <DocSecurity>0</DocSecurity>
  <Lines>427</Lines>
  <Paragraphs>120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60144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PC</cp:lastModifiedBy>
  <cp:revision>23</cp:revision>
  <dcterms:created xsi:type="dcterms:W3CDTF">2013-12-23T23:15:00Z</dcterms:created>
  <dcterms:modified xsi:type="dcterms:W3CDTF">2022-10-16T23:41:00Z</dcterms:modified>
  <cp:category/>
</cp:coreProperties>
</file>