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131CB" w14:textId="77777777" w:rsidR="008A5B0A" w:rsidRDefault="008A5B0A">
      <w:pPr>
        <w:autoSpaceDE w:val="0"/>
        <w:autoSpaceDN w:val="0"/>
        <w:spacing w:after="78" w:line="220" w:lineRule="exact"/>
      </w:pPr>
    </w:p>
    <w:p w14:paraId="6C48E9ED" w14:textId="06074E0D" w:rsidR="008A5B0A" w:rsidRPr="00C13306" w:rsidRDefault="00E9744A" w:rsidP="00C13306">
      <w:pPr>
        <w:rPr>
          <w:lang w:val="ru-RU"/>
        </w:rPr>
        <w:sectPr w:rsidR="008A5B0A" w:rsidRPr="00C13306">
          <w:pgSz w:w="11900" w:h="16840"/>
          <w:pgMar w:top="298" w:right="874" w:bottom="1436" w:left="738" w:header="720" w:footer="720" w:gutter="0"/>
          <w:cols w:space="720" w:equalWidth="0">
            <w:col w:w="10288" w:space="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 wp14:anchorId="4A6CFAC4" wp14:editId="56352930">
            <wp:extent cx="6532880" cy="9232809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923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45759" w14:textId="77777777" w:rsidR="008A5B0A" w:rsidRPr="00C13306" w:rsidRDefault="007404BA">
      <w:pPr>
        <w:autoSpaceDE w:val="0"/>
        <w:autoSpaceDN w:val="0"/>
        <w:spacing w:after="0" w:line="230" w:lineRule="auto"/>
        <w:rPr>
          <w:lang w:val="ru-RU"/>
        </w:rPr>
      </w:pPr>
      <w:bookmarkStart w:id="0" w:name="_GoBack"/>
      <w:bookmarkEnd w:id="0"/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14:paraId="1F27DB95" w14:textId="77777777" w:rsidR="008A5B0A" w:rsidRPr="00C13306" w:rsidRDefault="007404BA">
      <w:pPr>
        <w:autoSpaceDE w:val="0"/>
        <w:autoSpaceDN w:val="0"/>
        <w:spacing w:before="346" w:after="0"/>
        <w:ind w:firstLine="180"/>
        <w:rPr>
          <w:lang w:val="ru-RU"/>
        </w:rPr>
      </w:pP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1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  <w:proofErr w:type="gramEnd"/>
    </w:p>
    <w:p w14:paraId="571FAC55" w14:textId="77777777" w:rsidR="008A5B0A" w:rsidRPr="00C13306" w:rsidRDefault="007404BA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14:paraId="75232479" w14:textId="77777777" w:rsidR="008A5B0A" w:rsidRPr="00C13306" w:rsidRDefault="007404BA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14:paraId="603B2FDD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14:paraId="59A81F81" w14:textId="77777777" w:rsidR="008A5B0A" w:rsidRPr="00C13306" w:rsidRDefault="007404BA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14:paraId="21CD791F" w14:textId="77777777" w:rsidR="008A5B0A" w:rsidRPr="00C13306" w:rsidRDefault="007404BA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</w:t>
      </w:r>
      <w:proofErr w:type="spell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целое»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больше</w:t>
      </w:r>
      <w:proofErr w:type="spell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-меньше», «равно-неравно», «порядок»), смысла арифметических действий,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14:paraId="62AC6B42" w14:textId="77777777" w:rsidR="008A5B0A" w:rsidRPr="00C13306" w:rsidRDefault="007404BA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-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  <w:proofErr w:type="gramEnd"/>
    </w:p>
    <w:p w14:paraId="0B9BAA62" w14:textId="77777777" w:rsidR="008A5B0A" w:rsidRPr="00C13306" w:rsidRDefault="007404BA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14:paraId="6DE41830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300" w:after="0" w:line="262" w:lineRule="auto"/>
        <w:ind w:right="720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14:paraId="6280D82E" w14:textId="77777777" w:rsidR="008A5B0A" w:rsidRPr="00C13306" w:rsidRDefault="007404BA">
      <w:pPr>
        <w:autoSpaceDE w:val="0"/>
        <w:autoSpaceDN w:val="0"/>
        <w:spacing w:before="178" w:after="0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14:paraId="03F24889" w14:textId="77777777" w:rsidR="008A5B0A" w:rsidRPr="00C13306" w:rsidRDefault="007404BA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14:paraId="00D571DC" w14:textId="77777777" w:rsidR="008A5B0A" w:rsidRPr="00C13306" w:rsidRDefault="007404BA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  <w:proofErr w:type="gramEnd"/>
    </w:p>
    <w:p w14:paraId="177DC058" w14:textId="77777777" w:rsidR="008A5B0A" w:rsidRPr="00C13306" w:rsidRDefault="008A5B0A">
      <w:pPr>
        <w:rPr>
          <w:lang w:val="ru-RU"/>
        </w:rPr>
        <w:sectPr w:rsidR="008A5B0A" w:rsidRPr="00C13306">
          <w:pgSz w:w="11900" w:h="16840"/>
          <w:pgMar w:top="298" w:right="634" w:bottom="320" w:left="666" w:header="720" w:footer="720" w:gutter="0"/>
          <w:cols w:space="720" w:equalWidth="0">
            <w:col w:w="10600" w:space="0"/>
          </w:cols>
          <w:docGrid w:linePitch="360"/>
        </w:sectPr>
      </w:pPr>
    </w:p>
    <w:p w14:paraId="4E48A505" w14:textId="77777777" w:rsidR="008A5B0A" w:rsidRPr="00C13306" w:rsidRDefault="008A5B0A">
      <w:pPr>
        <w:autoSpaceDE w:val="0"/>
        <w:autoSpaceDN w:val="0"/>
        <w:spacing w:after="66" w:line="220" w:lineRule="exact"/>
        <w:rPr>
          <w:lang w:val="ru-RU"/>
        </w:rPr>
      </w:pPr>
    </w:p>
    <w:p w14:paraId="53EF86DF" w14:textId="77777777" w:rsidR="008A5B0A" w:rsidRPr="00C13306" w:rsidRDefault="007404BA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14:paraId="2715F746" w14:textId="77777777" w:rsidR="008A5B0A" w:rsidRPr="00C13306" w:rsidRDefault="007404BA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14:paraId="10BBFF3D" w14:textId="77777777" w:rsidR="008A5B0A" w:rsidRPr="00C13306" w:rsidRDefault="007404BA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14:paraId="173B9397" w14:textId="77777777" w:rsidR="008A5B0A" w:rsidRPr="00C13306" w:rsidRDefault="007404BA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1 классе отводится 4 часа в неделю, всего 132 часа.</w:t>
      </w:r>
    </w:p>
    <w:p w14:paraId="6399C5D2" w14:textId="77777777" w:rsidR="008A5B0A" w:rsidRPr="00C13306" w:rsidRDefault="008A5B0A">
      <w:pPr>
        <w:rPr>
          <w:lang w:val="ru-RU"/>
        </w:rPr>
        <w:sectPr w:rsidR="008A5B0A" w:rsidRPr="00C13306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14:paraId="1D46EB73" w14:textId="77777777" w:rsidR="008A5B0A" w:rsidRPr="00C13306" w:rsidRDefault="008A5B0A">
      <w:pPr>
        <w:autoSpaceDE w:val="0"/>
        <w:autoSpaceDN w:val="0"/>
        <w:spacing w:after="78" w:line="220" w:lineRule="exact"/>
        <w:rPr>
          <w:lang w:val="ru-RU"/>
        </w:rPr>
      </w:pPr>
    </w:p>
    <w:p w14:paraId="44C34C4E" w14:textId="77777777" w:rsidR="008A5B0A" w:rsidRPr="00C13306" w:rsidRDefault="007404BA">
      <w:pPr>
        <w:autoSpaceDE w:val="0"/>
        <w:autoSpaceDN w:val="0"/>
        <w:spacing w:after="0" w:line="230" w:lineRule="auto"/>
        <w:rPr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135328A7" w14:textId="77777777" w:rsidR="008A5B0A" w:rsidRPr="00C13306" w:rsidRDefault="007404BA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Основное содержание обучения в программе представлено разделами: «Числа и </w:t>
      </w:r>
      <w:proofErr w:type="spell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величины»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Арифметические</w:t>
      </w:r>
      <w:proofErr w:type="spell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действия», «Текстовые задачи», «Пространственные отношения и геометрические фигуры», «Математическая информация».</w:t>
      </w:r>
    </w:p>
    <w:p w14:paraId="784B39C0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Числа и величины </w:t>
      </w:r>
      <w:r w:rsidRPr="00C13306">
        <w:rPr>
          <w:lang w:val="ru-RU"/>
        </w:rPr>
        <w:br/>
      </w: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14:paraId="78F36598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20: чтение, запись, сравнение.  Однозначные и двузначные числа. Увеличение (уменьшение) числа на несколько единиц.</w:t>
      </w:r>
    </w:p>
    <w:p w14:paraId="2C8D7952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Длина и её измерение. Единицы длины: сантиметр, дециметр; установление соотношения между ними.</w:t>
      </w:r>
    </w:p>
    <w:p w14:paraId="4A74176E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Арифметические действия </w:t>
      </w:r>
      <w:r w:rsidRPr="00C13306">
        <w:rPr>
          <w:lang w:val="ru-RU"/>
        </w:rPr>
        <w:br/>
      </w: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</w:t>
      </w:r>
    </w:p>
    <w:p w14:paraId="62B3AC3A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Текстовые задачи </w:t>
      </w:r>
      <w:r w:rsidRPr="00C13306">
        <w:rPr>
          <w:lang w:val="ru-RU"/>
        </w:rPr>
        <w:br/>
      </w: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14:paraId="21E32209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Пространственные отношения и геометрические фигуры </w:t>
      </w:r>
      <w:r w:rsidRPr="00C13306">
        <w:rPr>
          <w:lang w:val="ru-RU"/>
        </w:rPr>
        <w:br/>
      </w: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Расположение предметов и объектов на плоскости, в пространстве: слева/справа, сверху/снизу, 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между</w:t>
      </w:r>
      <w:proofErr w:type="gram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установление</w:t>
      </w:r>
      <w:proofErr w:type="gram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пространственных отношений.</w:t>
      </w:r>
    </w:p>
    <w:p w14:paraId="219D7B81" w14:textId="77777777" w:rsidR="008A5B0A" w:rsidRPr="00C13306" w:rsidRDefault="007404BA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14:paraId="3197BB3D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Математическая информация </w:t>
      </w:r>
      <w:r w:rsidRPr="00C13306">
        <w:rPr>
          <w:lang w:val="ru-RU"/>
        </w:rPr>
        <w:br/>
      </w: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Сбор данных об объекте по образцу. Характеристики объекта, группы объектов (количество, форма, размер). Группировка объектов по заданному признаку.</w:t>
      </w:r>
    </w:p>
    <w:p w14:paraId="24F6CF8E" w14:textId="77777777" w:rsidR="008A5B0A" w:rsidRPr="00C13306" w:rsidRDefault="007404B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Закономерность в ряду заданных объектов: её обнаружение, продолжение ряда.</w:t>
      </w:r>
    </w:p>
    <w:p w14:paraId="2B853D80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14:paraId="319512D8" w14:textId="77777777" w:rsidR="008A5B0A" w:rsidRPr="00C13306" w:rsidRDefault="007404BA">
      <w:pPr>
        <w:autoSpaceDE w:val="0"/>
        <w:autoSpaceDN w:val="0"/>
        <w:spacing w:before="72" w:after="0" w:line="271" w:lineRule="auto"/>
        <w:ind w:right="144" w:firstLine="18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Чтение 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14:paraId="3F00BCEA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Двух-</w:t>
      </w:r>
      <w:proofErr w:type="spell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трёхшаговые</w:t>
      </w:r>
      <w:proofErr w:type="spell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 инструкции, связанные с вычислением, измерением длины, изображением геометрической фигуры.</w:t>
      </w:r>
    </w:p>
    <w:p w14:paraId="1A5C2BAF" w14:textId="77777777" w:rsidR="008A5B0A" w:rsidRPr="00C13306" w:rsidRDefault="007404BA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 (пропедевтический уровень)</w:t>
      </w:r>
    </w:p>
    <w:p w14:paraId="5D04A7C6" w14:textId="77777777" w:rsidR="008A5B0A" w:rsidRPr="00C13306" w:rsidRDefault="007404BA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C13306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14:paraId="16A5308C" w14:textId="77777777" w:rsidR="008A5B0A" w:rsidRPr="00C13306" w:rsidRDefault="007404BA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наблюдать математические объекты (числа, величины) в окружающем мире; </w:t>
      </w:r>
    </w:p>
    <w:p w14:paraId="5A4427A0" w14:textId="77777777" w:rsidR="008A5B0A" w:rsidRPr="00C13306" w:rsidRDefault="007404B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общее и различное в записи арифметических действий; </w:t>
      </w:r>
    </w:p>
    <w:p w14:paraId="03B10AE2" w14:textId="77777777" w:rsidR="008A5B0A" w:rsidRPr="00C13306" w:rsidRDefault="007404B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назначение и необходимость использования величин в жизни; </w:t>
      </w:r>
    </w:p>
    <w:p w14:paraId="39FB26D7" w14:textId="77777777" w:rsidR="008A5B0A" w:rsidRPr="00C13306" w:rsidRDefault="007404B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наблюдать действие измерительных приборов; </w:t>
      </w:r>
    </w:p>
    <w:p w14:paraId="730DDC6C" w14:textId="77777777" w:rsidR="008A5B0A" w:rsidRPr="00C13306" w:rsidRDefault="007404B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два объекта, два числа; распределять объекты на группы по 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заданному</w:t>
      </w:r>
      <w:proofErr w:type="gramEnd"/>
    </w:p>
    <w:p w14:paraId="75CDFEA9" w14:textId="77777777" w:rsidR="008A5B0A" w:rsidRPr="00C13306" w:rsidRDefault="008A5B0A">
      <w:pPr>
        <w:rPr>
          <w:lang w:val="ru-RU"/>
        </w:rPr>
        <w:sectPr w:rsidR="008A5B0A" w:rsidRPr="00C13306">
          <w:pgSz w:w="11900" w:h="16840"/>
          <w:pgMar w:top="298" w:right="650" w:bottom="41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AAF9B18" w14:textId="77777777" w:rsidR="008A5B0A" w:rsidRPr="00C13306" w:rsidRDefault="008A5B0A">
      <w:pPr>
        <w:autoSpaceDE w:val="0"/>
        <w:autoSpaceDN w:val="0"/>
        <w:spacing w:after="66" w:line="220" w:lineRule="exact"/>
        <w:rPr>
          <w:lang w:val="ru-RU"/>
        </w:rPr>
      </w:pPr>
    </w:p>
    <w:p w14:paraId="3DDDD1BE" w14:textId="77777777" w:rsidR="008A5B0A" w:rsidRPr="00C13306" w:rsidRDefault="007404BA">
      <w:pPr>
        <w:autoSpaceDE w:val="0"/>
        <w:autoSpaceDN w:val="0"/>
        <w:spacing w:after="0" w:line="329" w:lineRule="auto"/>
        <w:ind w:left="240" w:right="7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основанию;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копировать изученные фигуры, рисовать от руки по собственному замыслу; приводить примеры чисел, геометрических фигур;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вести порядковый и количественный счет (соблюдать последовательность).</w:t>
      </w:r>
    </w:p>
    <w:p w14:paraId="01C440C4" w14:textId="77777777" w:rsidR="008A5B0A" w:rsidRPr="00C13306" w:rsidRDefault="007404BA">
      <w:pPr>
        <w:autoSpaceDE w:val="0"/>
        <w:autoSpaceDN w:val="0"/>
        <w:spacing w:before="178" w:after="0" w:line="326" w:lineRule="auto"/>
        <w:ind w:left="240" w:hanging="240"/>
        <w:rPr>
          <w:lang w:val="ru-RU"/>
        </w:rPr>
      </w:pPr>
      <w:r w:rsidRPr="00C13306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понимать, что математические явления могут быть представлены с помощью разных средств: текст, числовая запись, таблица, рисунок, схема;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читать таблицу, извлекать информацию, представленную в табличной форме.</w:t>
      </w:r>
    </w:p>
    <w:p w14:paraId="60F55167" w14:textId="77777777" w:rsidR="008A5B0A" w:rsidRPr="00C13306" w:rsidRDefault="007404BA">
      <w:pPr>
        <w:autoSpaceDE w:val="0"/>
        <w:autoSpaceDN w:val="0"/>
        <w:spacing w:before="180" w:after="0" w:line="336" w:lineRule="auto"/>
        <w:ind w:left="240" w:right="288" w:hanging="240"/>
        <w:rPr>
          <w:lang w:val="ru-RU"/>
        </w:rPr>
      </w:pPr>
      <w:r w:rsidRPr="00C13306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(описывать) число, геометрическую фигуру, последовательность из нескольких чисел, записанных по порядку;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комментировать ход сравнения двух объектов; описывать своими словами сюжетную ситуацию и математическое отношение, представленное в задаче;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положение предмета в пространстве различать и использовать математические знаки;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строить предложения относительно заданного набора объектов.</w:t>
      </w:r>
    </w:p>
    <w:p w14:paraId="3E40D116" w14:textId="77777777" w:rsidR="008A5B0A" w:rsidRPr="00C13306" w:rsidRDefault="007404BA">
      <w:pPr>
        <w:autoSpaceDE w:val="0"/>
        <w:autoSpaceDN w:val="0"/>
        <w:spacing w:before="178" w:after="0" w:line="350" w:lineRule="auto"/>
        <w:ind w:left="240" w:right="576" w:hanging="240"/>
        <w:rPr>
          <w:lang w:val="ru-RU"/>
        </w:rPr>
      </w:pPr>
      <w:r w:rsidRPr="00C13306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принимать учебную задачу, удерживать её в процессе деятельности;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действовать в соответствии с предложенным образцом, инструкцией;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интерес к проверке результатов решения учебной задачи, с помощью учителя устанавливать причину возникшей ошибки и трудности;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проверять правильность вычисления с помощью другого приёма выполнения действия.</w:t>
      </w:r>
    </w:p>
    <w:p w14:paraId="57A1FC5A" w14:textId="77777777" w:rsidR="008A5B0A" w:rsidRPr="00C13306" w:rsidRDefault="007404BA">
      <w:pPr>
        <w:autoSpaceDE w:val="0"/>
        <w:autoSpaceDN w:val="0"/>
        <w:spacing w:before="178" w:after="0" w:line="326" w:lineRule="auto"/>
        <w:ind w:left="240" w:hanging="240"/>
        <w:rPr>
          <w:lang w:val="ru-RU"/>
        </w:rPr>
      </w:pPr>
      <w:r w:rsidRPr="00C13306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парной работе с математическим материалом; </w:t>
      </w:r>
      <w:r w:rsidRPr="00C13306">
        <w:rPr>
          <w:lang w:val="ru-RU"/>
        </w:rPr>
        <w:br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совместной деятельности: договариваться, считаться с мнением партнёра, спокойно и мирно разрешать конфликты.</w:t>
      </w:r>
    </w:p>
    <w:p w14:paraId="7C5AEDD8" w14:textId="77777777" w:rsidR="008A5B0A" w:rsidRPr="00C13306" w:rsidRDefault="008A5B0A">
      <w:pPr>
        <w:rPr>
          <w:lang w:val="ru-RU"/>
        </w:rPr>
        <w:sectPr w:rsidR="008A5B0A" w:rsidRPr="00C13306">
          <w:pgSz w:w="11900" w:h="16840"/>
          <w:pgMar w:top="286" w:right="786" w:bottom="1440" w:left="846" w:header="720" w:footer="720" w:gutter="0"/>
          <w:cols w:space="720" w:equalWidth="0">
            <w:col w:w="10268" w:space="0"/>
          </w:cols>
          <w:docGrid w:linePitch="360"/>
        </w:sectPr>
      </w:pPr>
    </w:p>
    <w:p w14:paraId="47637FEA" w14:textId="77777777" w:rsidR="008A5B0A" w:rsidRPr="00C13306" w:rsidRDefault="008A5B0A">
      <w:pPr>
        <w:autoSpaceDE w:val="0"/>
        <w:autoSpaceDN w:val="0"/>
        <w:spacing w:after="78" w:line="220" w:lineRule="exact"/>
        <w:rPr>
          <w:lang w:val="ru-RU"/>
        </w:rPr>
      </w:pPr>
    </w:p>
    <w:p w14:paraId="4F2F0501" w14:textId="77777777" w:rsidR="008A5B0A" w:rsidRPr="00C13306" w:rsidRDefault="007404BA">
      <w:pPr>
        <w:autoSpaceDE w:val="0"/>
        <w:autoSpaceDN w:val="0"/>
        <w:spacing w:after="0" w:line="230" w:lineRule="auto"/>
        <w:rPr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59DFDEC3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математики в 1 классе направлено на достижение 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личностных, </w:t>
      </w:r>
      <w:proofErr w:type="spell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14:paraId="7C71D227" w14:textId="77777777" w:rsidR="008A5B0A" w:rsidRPr="00C13306" w:rsidRDefault="007404BA">
      <w:pPr>
        <w:autoSpaceDE w:val="0"/>
        <w:autoSpaceDN w:val="0"/>
        <w:spacing w:before="262" w:after="0" w:line="230" w:lineRule="auto"/>
        <w:rPr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359810EA" w14:textId="77777777" w:rsidR="008A5B0A" w:rsidRPr="00C13306" w:rsidRDefault="007404BA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C13306">
        <w:rPr>
          <w:lang w:val="ru-RU"/>
        </w:rPr>
        <w:tab/>
      </w: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«Математика» 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у</w:t>
      </w:r>
      <w:proofErr w:type="gram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обучающегося будут сформированы следующие личностные результаты:</w:t>
      </w:r>
    </w:p>
    <w:p w14:paraId="25CDA678" w14:textId="77777777" w:rsidR="008A5B0A" w:rsidRPr="00C13306" w:rsidRDefault="007404BA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14:paraId="5D780BAE" w14:textId="77777777" w:rsidR="008A5B0A" w:rsidRPr="00C13306" w:rsidRDefault="007404BA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14:paraId="6164F3FE" w14:textId="77777777" w:rsidR="008A5B0A" w:rsidRPr="00C13306" w:rsidRDefault="007404BA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78F132AF" w14:textId="77777777" w:rsidR="008A5B0A" w:rsidRPr="00C13306" w:rsidRDefault="007404B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14:paraId="5832547D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14:paraId="1DE0356D" w14:textId="77777777" w:rsidR="008A5B0A" w:rsidRPr="00C13306" w:rsidRDefault="007404BA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14:paraId="3D6E4D4C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14:paraId="4B982703" w14:textId="77777777" w:rsidR="008A5B0A" w:rsidRPr="00C13306" w:rsidRDefault="007404B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14:paraId="271D8618" w14:textId="77777777" w:rsidR="008A5B0A" w:rsidRPr="00C13306" w:rsidRDefault="007404BA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32ADFEB1" w14:textId="77777777" w:rsidR="008A5B0A" w:rsidRPr="00C13306" w:rsidRDefault="007404BA">
      <w:pPr>
        <w:autoSpaceDE w:val="0"/>
        <w:autoSpaceDN w:val="0"/>
        <w:spacing w:before="324" w:after="0" w:line="230" w:lineRule="auto"/>
        <w:rPr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58109A13" w14:textId="77777777" w:rsidR="008A5B0A" w:rsidRPr="00C13306" w:rsidRDefault="007404BA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14:paraId="0FF3B993" w14:textId="77777777" w:rsidR="008A5B0A" w:rsidRPr="00C13306" w:rsidRDefault="007404BA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 учебные действия:</w:t>
      </w:r>
    </w:p>
    <w:p w14:paraId="1422FABF" w14:textId="77777777" w:rsidR="008A5B0A" w:rsidRPr="00C13306" w:rsidRDefault="007404BA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C13306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1CFA29A9" w14:textId="77777777" w:rsidR="008A5B0A" w:rsidRPr="00C13306" w:rsidRDefault="007404BA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14:paraId="441CFBAE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14:paraId="26F02066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14:paraId="6517A8E4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57B729BD" w14:textId="77777777" w:rsidR="008A5B0A" w:rsidRPr="00C13306" w:rsidRDefault="007404B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C13306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28C91B9E" w14:textId="77777777" w:rsidR="008A5B0A" w:rsidRPr="00C13306" w:rsidRDefault="008A5B0A">
      <w:pPr>
        <w:rPr>
          <w:lang w:val="ru-RU"/>
        </w:rPr>
        <w:sectPr w:rsidR="008A5B0A" w:rsidRPr="00C13306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6353BB6" w14:textId="77777777" w:rsidR="008A5B0A" w:rsidRPr="00C13306" w:rsidRDefault="008A5B0A">
      <w:pPr>
        <w:autoSpaceDE w:val="0"/>
        <w:autoSpaceDN w:val="0"/>
        <w:spacing w:after="132" w:line="220" w:lineRule="exact"/>
        <w:rPr>
          <w:lang w:val="ru-RU"/>
        </w:rPr>
      </w:pPr>
    </w:p>
    <w:p w14:paraId="0340A19E" w14:textId="77777777" w:rsidR="008A5B0A" w:rsidRPr="00C13306" w:rsidRDefault="007404BA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14:paraId="6184DE79" w14:textId="77777777" w:rsidR="008A5B0A" w:rsidRPr="00C13306" w:rsidRDefault="007404BA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14:paraId="4157AB04" w14:textId="77777777" w:rsidR="008A5B0A" w:rsidRPr="00C13306" w:rsidRDefault="007404BA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</w:t>
      </w:r>
    </w:p>
    <w:p w14:paraId="5B4887E0" w14:textId="77777777" w:rsidR="008A5B0A" w:rsidRPr="00C13306" w:rsidRDefault="007404BA">
      <w:pPr>
        <w:autoSpaceDE w:val="0"/>
        <w:autoSpaceDN w:val="0"/>
        <w:spacing w:before="178" w:after="0" w:line="230" w:lineRule="auto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3)  Работа с информацией:</w:t>
      </w:r>
    </w:p>
    <w:p w14:paraId="08918AE6" w14:textId="77777777" w:rsidR="008A5B0A" w:rsidRPr="00C13306" w:rsidRDefault="007404BA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14:paraId="528A49F5" w14:textId="77777777" w:rsidR="008A5B0A" w:rsidRPr="00C13306" w:rsidRDefault="007404BA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14:paraId="1E4422E2" w14:textId="77777777" w:rsidR="008A5B0A" w:rsidRPr="00C13306" w:rsidRDefault="007404BA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14:paraId="36FAFAA4" w14:textId="77777777" w:rsidR="008A5B0A" w:rsidRPr="00C13306" w:rsidRDefault="007404BA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14:paraId="556E2471" w14:textId="77777777" w:rsidR="008A5B0A" w:rsidRPr="00C13306" w:rsidRDefault="007404BA">
      <w:pPr>
        <w:autoSpaceDE w:val="0"/>
        <w:autoSpaceDN w:val="0"/>
        <w:spacing w:before="178" w:after="0" w:line="230" w:lineRule="auto"/>
        <w:rPr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14:paraId="7D78EC19" w14:textId="77777777" w:rsidR="008A5B0A" w:rsidRPr="00C13306" w:rsidRDefault="007404BA">
      <w:pPr>
        <w:autoSpaceDE w:val="0"/>
        <w:autoSpaceDN w:val="0"/>
        <w:spacing w:before="298" w:after="0" w:line="230" w:lineRule="auto"/>
        <w:ind w:left="2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утверждения, проверять их истинность;</w:t>
      </w:r>
    </w:p>
    <w:p w14:paraId="23066E40" w14:textId="77777777" w:rsidR="008A5B0A" w:rsidRPr="00C13306" w:rsidRDefault="007404BA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строить логическое рассуждение;</w:t>
      </w:r>
    </w:p>
    <w:p w14:paraId="48C047C5" w14:textId="77777777" w:rsidR="008A5B0A" w:rsidRPr="00C13306" w:rsidRDefault="007404BA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14:paraId="138E2517" w14:textId="77777777" w:rsidR="008A5B0A" w:rsidRPr="00C13306" w:rsidRDefault="007404BA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ответ;</w:t>
      </w:r>
    </w:p>
    <w:p w14:paraId="4F3192A2" w14:textId="77777777" w:rsidR="008A5B0A" w:rsidRPr="00C13306" w:rsidRDefault="007404BA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14:paraId="3BD3424B" w14:textId="77777777" w:rsidR="008A5B0A" w:rsidRPr="00C13306" w:rsidRDefault="007404BA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32A3113C" w14:textId="77777777" w:rsidR="008A5B0A" w:rsidRPr="00C13306" w:rsidRDefault="007404BA">
      <w:pPr>
        <w:autoSpaceDE w:val="0"/>
        <w:autoSpaceDN w:val="0"/>
        <w:spacing w:before="240" w:after="0" w:line="271" w:lineRule="auto"/>
        <w:ind w:left="2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34D90A68" w14:textId="77777777" w:rsidR="008A5B0A" w:rsidRPr="00C13306" w:rsidRDefault="007404BA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алгоритмах: воспроизводить, дополнять, исправлять 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деформированные</w:t>
      </w:r>
      <w:proofErr w:type="gram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057108EF" w14:textId="77777777" w:rsidR="008A5B0A" w:rsidRPr="00C13306" w:rsidRDefault="007404BA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по аналогии;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самостоятельно составлять тексты заданий, аналогичные типовым изученным.</w:t>
      </w:r>
    </w:p>
    <w:p w14:paraId="5C70616F" w14:textId="77777777" w:rsidR="008A5B0A" w:rsidRPr="00C13306" w:rsidRDefault="007404BA">
      <w:pPr>
        <w:autoSpaceDE w:val="0"/>
        <w:autoSpaceDN w:val="0"/>
        <w:spacing w:before="178" w:after="0" w:line="230" w:lineRule="auto"/>
        <w:rPr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14:paraId="5E56CA65" w14:textId="77777777" w:rsidR="008A5B0A" w:rsidRPr="00C13306" w:rsidRDefault="007404BA">
      <w:pPr>
        <w:autoSpaceDE w:val="0"/>
        <w:autoSpaceDN w:val="0"/>
        <w:spacing w:before="190" w:after="0" w:line="230" w:lineRule="auto"/>
        <w:rPr>
          <w:lang w:val="ru-RU"/>
        </w:rPr>
      </w:pPr>
      <w:r w:rsidRPr="00C13306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429F742F" w14:textId="77777777" w:rsidR="008A5B0A" w:rsidRPr="00C13306" w:rsidRDefault="007404BA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14:paraId="7A3913B3" w14:textId="77777777" w:rsidR="008A5B0A" w:rsidRPr="00C13306" w:rsidRDefault="007404BA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14:paraId="7AB5B80E" w14:textId="77777777" w:rsidR="008A5B0A" w:rsidRPr="00C13306" w:rsidRDefault="007404BA">
      <w:pPr>
        <w:autoSpaceDE w:val="0"/>
        <w:autoSpaceDN w:val="0"/>
        <w:spacing w:before="178" w:after="0" w:line="230" w:lineRule="auto"/>
        <w:rPr>
          <w:lang w:val="ru-RU"/>
        </w:rPr>
      </w:pPr>
      <w:r w:rsidRPr="00C13306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2862DF02" w14:textId="77777777" w:rsidR="008A5B0A" w:rsidRPr="00C13306" w:rsidRDefault="007404BA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14:paraId="7412152F" w14:textId="77777777" w:rsidR="008A5B0A" w:rsidRPr="00C13306" w:rsidRDefault="008A5B0A">
      <w:pPr>
        <w:rPr>
          <w:lang w:val="ru-RU"/>
        </w:rPr>
        <w:sectPr w:rsidR="008A5B0A" w:rsidRPr="00C13306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14:paraId="74C39485" w14:textId="77777777" w:rsidR="008A5B0A" w:rsidRPr="00C13306" w:rsidRDefault="008A5B0A">
      <w:pPr>
        <w:autoSpaceDE w:val="0"/>
        <w:autoSpaceDN w:val="0"/>
        <w:spacing w:after="144" w:line="220" w:lineRule="exact"/>
        <w:rPr>
          <w:lang w:val="ru-RU"/>
        </w:rPr>
      </w:pPr>
    </w:p>
    <w:p w14:paraId="0E25BA9D" w14:textId="77777777" w:rsidR="008A5B0A" w:rsidRPr="00C13306" w:rsidRDefault="007404BA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14:paraId="5874DC18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14:paraId="162C745D" w14:textId="77777777" w:rsidR="008A5B0A" w:rsidRPr="00C13306" w:rsidRDefault="007404B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C13306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14:paraId="4278DFFD" w14:textId="77777777" w:rsidR="008A5B0A" w:rsidRPr="00C13306" w:rsidRDefault="007404BA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14:paraId="3235BC56" w14:textId="77777777" w:rsidR="008A5B0A" w:rsidRPr="00C13306" w:rsidRDefault="007404B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14:paraId="5286F766" w14:textId="77777777" w:rsidR="008A5B0A" w:rsidRPr="00C13306" w:rsidRDefault="007404BA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1ECDDAD3" w14:textId="77777777" w:rsidR="008A5B0A" w:rsidRPr="00C13306" w:rsidRDefault="007404BA">
      <w:pPr>
        <w:autoSpaceDE w:val="0"/>
        <w:autoSpaceDN w:val="0"/>
        <w:spacing w:before="180" w:after="0" w:line="271" w:lineRule="auto"/>
        <w:ind w:left="420" w:right="576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контрпримеров</w:t>
      </w:r>
      <w:proofErr w:type="spell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</w:p>
    <w:p w14:paraId="5A50912A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14:paraId="5FDDE128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5E13A0C2" w14:textId="77777777" w:rsidR="008A5B0A" w:rsidRPr="00C13306" w:rsidRDefault="007404BA">
      <w:pPr>
        <w:autoSpaceDE w:val="0"/>
        <w:autoSpaceDN w:val="0"/>
        <w:spacing w:before="322" w:after="0" w:line="230" w:lineRule="auto"/>
        <w:rPr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320B1B87" w14:textId="77777777" w:rsidR="008A5B0A" w:rsidRPr="00C13306" w:rsidRDefault="007404BA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1 классе 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обучающийся</w:t>
      </w:r>
      <w:proofErr w:type="gram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 научится:</w:t>
      </w:r>
    </w:p>
    <w:p w14:paraId="6F2BD6D8" w14:textId="77777777" w:rsidR="008A5B0A" w:rsidRPr="00C13306" w:rsidRDefault="007404BA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 упорядочивать  числа  от  0 до 20; </w:t>
      </w:r>
    </w:p>
    <w:p w14:paraId="7FDDFD46" w14:textId="77777777" w:rsidR="008A5B0A" w:rsidRPr="00C13306" w:rsidRDefault="007404B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пересчитывать различные объекты, устанавливать порядковый номер объекта; </w:t>
      </w:r>
    </w:p>
    <w:p w14:paraId="024A5A59" w14:textId="77777777" w:rsidR="008A5B0A" w:rsidRPr="00C13306" w:rsidRDefault="007404B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числа, большие/меньшие данного числа на заданное число; </w:t>
      </w:r>
    </w:p>
    <w:p w14:paraId="7978BBCE" w14:textId="77777777" w:rsidR="008A5B0A" w:rsidRPr="00C13306" w:rsidRDefault="007404BA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 сложения и вычитания в пределах 20 (устно и письменно) без перехода через десяток; называть и различать компоненты действий сложения (слагаемые, сумма) и вычитания (уменьшаемое, вычитаемое, разность); </w:t>
      </w:r>
    </w:p>
    <w:p w14:paraId="27C9C5E0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текстовые задачи в одно действие на сложение и вычитание: выделять условие и требование (вопрос); </w:t>
      </w:r>
    </w:p>
    <w:p w14:paraId="02B8EC7C" w14:textId="77777777" w:rsidR="008A5B0A" w:rsidRPr="00C13306" w:rsidRDefault="007404BA">
      <w:pPr>
        <w:autoSpaceDE w:val="0"/>
        <w:autoSpaceDN w:val="0"/>
        <w:spacing w:before="192" w:after="0" w:line="262" w:lineRule="auto"/>
        <w:ind w:left="420" w:right="7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по длине, устанавливая между ними соотношение длиннее/короче (выше/ниже, шире/уже); </w:t>
      </w:r>
    </w:p>
    <w:p w14:paraId="0B54F6D0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и использовать единицу длины — сантиметр; измерять длину отрезка, чертить отрезок заданной длины (в 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см</w:t>
      </w:r>
      <w:proofErr w:type="gram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</w:p>
    <w:p w14:paraId="558D5205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число и цифру; распознавать геометрические фигуры: круг, треугольник, прямоугольник (квадрат), отрезок; </w:t>
      </w:r>
    </w:p>
    <w:p w14:paraId="29906D17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между объектами соотношения: слева/справа, дальше/ближе, </w:t>
      </w:r>
      <w:proofErr w:type="gramStart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между</w:t>
      </w:r>
      <w:proofErr w:type="gramEnd"/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, перед/за, над/под; </w:t>
      </w:r>
    </w:p>
    <w:p w14:paraId="24B5C966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верные (истинные) и неверные (ложные) утверждения относительно заданного набора объектов/предметов; </w:t>
      </w:r>
    </w:p>
    <w:p w14:paraId="6CFC10D0" w14:textId="77777777" w:rsidR="008A5B0A" w:rsidRPr="00C13306" w:rsidRDefault="007404BA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объекты по заданному признаку; находить и называть закономерности в ряду объектов повседневной жизни; </w:t>
      </w:r>
    </w:p>
    <w:p w14:paraId="1D1DF5B3" w14:textId="77777777" w:rsidR="008A5B0A" w:rsidRPr="00C13306" w:rsidRDefault="008A5B0A">
      <w:pPr>
        <w:rPr>
          <w:lang w:val="ru-RU"/>
        </w:rPr>
        <w:sectPr w:rsidR="008A5B0A" w:rsidRPr="00C13306">
          <w:pgSz w:w="11900" w:h="16840"/>
          <w:pgMar w:top="364" w:right="790" w:bottom="422" w:left="666" w:header="720" w:footer="720" w:gutter="0"/>
          <w:cols w:space="720" w:equalWidth="0">
            <w:col w:w="10444" w:space="0"/>
          </w:cols>
          <w:docGrid w:linePitch="360"/>
        </w:sectPr>
      </w:pPr>
    </w:p>
    <w:p w14:paraId="21678A81" w14:textId="77777777" w:rsidR="008A5B0A" w:rsidRPr="00C13306" w:rsidRDefault="008A5B0A">
      <w:pPr>
        <w:autoSpaceDE w:val="0"/>
        <w:autoSpaceDN w:val="0"/>
        <w:spacing w:after="108" w:line="220" w:lineRule="exact"/>
        <w:rPr>
          <w:lang w:val="ru-RU"/>
        </w:rPr>
      </w:pPr>
    </w:p>
    <w:p w14:paraId="1C392C5D" w14:textId="77777777" w:rsidR="008A5B0A" w:rsidRPr="00C13306" w:rsidRDefault="007404BA">
      <w:pPr>
        <w:autoSpaceDE w:val="0"/>
        <w:autoSpaceDN w:val="0"/>
        <w:spacing w:after="0" w:line="262" w:lineRule="auto"/>
        <w:ind w:right="144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строки и столбцы таблицы, вносить данное в таблицу, извлекать данное/данные из таблицы; </w:t>
      </w:r>
    </w:p>
    <w:p w14:paraId="5867B9C9" w14:textId="77777777" w:rsidR="008A5B0A" w:rsidRPr="00C13306" w:rsidRDefault="007404BA">
      <w:pPr>
        <w:autoSpaceDE w:val="0"/>
        <w:autoSpaceDN w:val="0"/>
        <w:spacing w:before="190" w:after="0" w:line="262" w:lineRule="auto"/>
        <w:rPr>
          <w:lang w:val="ru-RU"/>
        </w:rPr>
      </w:pPr>
      <w:r w:rsidRPr="00C13306">
        <w:rPr>
          <w:rFonts w:ascii="Times New Roman" w:eastAsia="Times New Roman" w:hAnsi="Times New Roman"/>
          <w:color w:val="000000"/>
          <w:sz w:val="24"/>
          <w:lang w:val="ru-RU"/>
        </w:rPr>
        <w:t>—  сравнивать два объекта (числа, геометрические фигуры); распределять объекты на две группы по заданному основанию.</w:t>
      </w:r>
    </w:p>
    <w:p w14:paraId="1E4F313C" w14:textId="77777777" w:rsidR="008A5B0A" w:rsidRPr="00C13306" w:rsidRDefault="008A5B0A">
      <w:pPr>
        <w:rPr>
          <w:lang w:val="ru-RU"/>
        </w:rPr>
        <w:sectPr w:rsidR="008A5B0A" w:rsidRPr="00C13306">
          <w:pgSz w:w="11900" w:h="16840"/>
          <w:pgMar w:top="328" w:right="730" w:bottom="1440" w:left="1086" w:header="720" w:footer="720" w:gutter="0"/>
          <w:cols w:space="720" w:equalWidth="0">
            <w:col w:w="10084" w:space="0"/>
          </w:cols>
          <w:docGrid w:linePitch="360"/>
        </w:sectPr>
      </w:pPr>
    </w:p>
    <w:p w14:paraId="5F207CC6" w14:textId="77777777" w:rsidR="008A5B0A" w:rsidRPr="00C13306" w:rsidRDefault="008A5B0A">
      <w:pPr>
        <w:autoSpaceDE w:val="0"/>
        <w:autoSpaceDN w:val="0"/>
        <w:spacing w:after="64" w:line="220" w:lineRule="exact"/>
        <w:rPr>
          <w:lang w:val="ru-RU"/>
        </w:rPr>
      </w:pPr>
    </w:p>
    <w:p w14:paraId="7C5F97AF" w14:textId="77777777" w:rsidR="008A5B0A" w:rsidRDefault="007404BA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8A5B0A" w14:paraId="19C69669" w14:textId="77777777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B1A05" w14:textId="77777777" w:rsidR="008A5B0A" w:rsidRDefault="007404B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321EFD" w14:textId="77777777" w:rsidR="008A5B0A" w:rsidRPr="00C13306" w:rsidRDefault="007404BA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DB9C69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0C5372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4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E9F417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45C842" w14:textId="77777777" w:rsidR="008A5B0A" w:rsidRDefault="007404BA">
            <w:pPr>
              <w:autoSpaceDE w:val="0"/>
              <w:autoSpaceDN w:val="0"/>
              <w:spacing w:before="78" w:after="0" w:line="247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3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2064C4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115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8A5B0A" w14:paraId="4504D3DB" w14:textId="77777777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0080" w14:textId="77777777" w:rsidR="008A5B0A" w:rsidRDefault="008A5B0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1DD7" w14:textId="77777777" w:rsidR="008A5B0A" w:rsidRDefault="008A5B0A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92BE4F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9BCA9E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B8FB25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9C13" w14:textId="77777777" w:rsidR="008A5B0A" w:rsidRDefault="008A5B0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B5261" w14:textId="77777777" w:rsidR="008A5B0A" w:rsidRDefault="008A5B0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42608" w14:textId="77777777" w:rsidR="008A5B0A" w:rsidRDefault="008A5B0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3F618" w14:textId="77777777" w:rsidR="008A5B0A" w:rsidRDefault="008A5B0A"/>
        </w:tc>
      </w:tr>
      <w:tr w:rsidR="008A5B0A" w14:paraId="6E611356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4049EE" w14:textId="77777777" w:rsidR="008A5B0A" w:rsidRDefault="007404BA">
            <w:pPr>
              <w:autoSpaceDE w:val="0"/>
              <w:autoSpaceDN w:val="0"/>
              <w:spacing w:before="8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Числа</w:t>
            </w:r>
            <w:proofErr w:type="spellEnd"/>
          </w:p>
        </w:tc>
      </w:tr>
      <w:tr w:rsidR="008A5B0A" w14:paraId="53DCC93E" w14:textId="77777777">
        <w:trPr>
          <w:trHeight w:hRule="exact" w:val="246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2FCF51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3120AE" w14:textId="77777777" w:rsidR="008A5B0A" w:rsidRPr="00C13306" w:rsidRDefault="007404BA">
            <w:pPr>
              <w:autoSpaceDE w:val="0"/>
              <w:autoSpaceDN w:val="0"/>
              <w:spacing w:before="64" w:after="0" w:line="245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Числа от 1 до 9: различение, чтение, запись.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BF8D46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9B9D02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E322C1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B91576" w14:textId="77777777" w:rsidR="008A5B0A" w:rsidRDefault="007404BA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01.09.2022 15.09.2022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9376C" w14:textId="77777777" w:rsidR="008A5B0A" w:rsidRPr="00C13306" w:rsidRDefault="007404BA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 группах. Формулирование ответов на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вопросы: 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«Сколько?», «Который по счёту?», «На сколько больше?», «На сколько меньше?», «Что получится, если увеличить/уменьшить количество на 1, на 2?» — по образцу и самостоятельно;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Практические работы по определению длин предложенных предметов с помощью заданной мерки, по определению длины в сантиметрах;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Словесное описание группы предметов, ряда чисел;</w:t>
            </w:r>
            <w:proofErr w:type="gram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4FDEC3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219EFA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https://pptcloud.ru/matematika/veselaya-matematika-1-klass</w:t>
            </w:r>
          </w:p>
        </w:tc>
      </w:tr>
      <w:tr w:rsidR="008A5B0A" w14:paraId="1763CD4F" w14:textId="77777777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212311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4B3153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Единица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счёта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Десяток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AFF115" w14:textId="77777777" w:rsidR="008A5B0A" w:rsidRPr="006A024A" w:rsidRDefault="007404B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C06162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64D3A1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17AEF7" w14:textId="3362E1F4" w:rsidR="008A5B0A" w:rsidRDefault="0035230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A00DA6" w14:textId="77777777" w:rsidR="008A5B0A" w:rsidRPr="00C13306" w:rsidRDefault="007404BA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Цифры; знаки сравнения, равенства, арифметических действий;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Устная работа: счёт единицами в разном порядке, чтение, упорядочение однозначных и двузначных чисел; счёт по 2, по 5;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 чисел: наблюдение, установление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закономерностей в расположении чисел;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3883EF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A0737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https://pptcloud.ru/matematika/veselaya-matematika-1-klass</w:t>
            </w:r>
          </w:p>
        </w:tc>
      </w:tr>
      <w:tr w:rsidR="008A5B0A" w14:paraId="5471BDE1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C8062B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A1A1D9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Счёт предметов, запись результата цифрами.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CACFFB" w14:textId="77777777" w:rsidR="008A5B0A" w:rsidRPr="006A024A" w:rsidRDefault="007404B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99BB54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B47BFA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050668" w14:textId="05A8F83C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352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D37C6D" w14:textId="77777777" w:rsidR="008A5B0A" w:rsidRPr="00C13306" w:rsidRDefault="007404BA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Цифры; знаки сравнения, равенства, арифметических действий;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Устная работа: счёт единицами в разном порядке, чтение, упорядочение однозначных и двузначных чисел; счёт по 2, по 5;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5947B9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17427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https://pptcloud.ru/matematika/veselaya-matematika-1-klass</w:t>
            </w:r>
          </w:p>
        </w:tc>
      </w:tr>
      <w:tr w:rsidR="008A5B0A" w14:paraId="3E1203AE" w14:textId="77777777">
        <w:trPr>
          <w:trHeight w:hRule="exact" w:val="22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E460B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21DDA7" w14:textId="77777777" w:rsidR="008A5B0A" w:rsidRPr="00C13306" w:rsidRDefault="007404BA">
            <w:pPr>
              <w:autoSpaceDE w:val="0"/>
              <w:autoSpaceDN w:val="0"/>
              <w:spacing w:before="66" w:after="0" w:line="245" w:lineRule="auto"/>
              <w:ind w:left="72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Порядковый номер объекта при заданном порядке счёта.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11859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FEF83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A464FC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C2DCB4" w14:textId="47883E16" w:rsidR="008A5B0A" w:rsidRDefault="007404B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352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 2</w:t>
            </w:r>
            <w:r w:rsidR="00352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99D854" w14:textId="77777777" w:rsidR="008A5B0A" w:rsidRPr="00C13306" w:rsidRDefault="007404BA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Цифры; знаки сравнения, равенства, арифметических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действий;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Устная работа: счёт единицами в разном порядке, чтение, упорядочение однозначных и двузначных чисел; счёт по 2, по 5;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 чисел: наблюдение, установление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закономерностей в расположении чисел;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парах/группах. Формулирование вопросов,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связанных с порядком чисел, увеличением/уменьшением числа на несколько единиц, установлением закономерности в ряду чисел;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D00C9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E3D293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https://pptcloud.ru/matematika/veselaya-matematika-1-klass</w:t>
            </w:r>
          </w:p>
        </w:tc>
      </w:tr>
    </w:tbl>
    <w:p w14:paraId="5423FF7A" w14:textId="77777777" w:rsidR="008A5B0A" w:rsidRDefault="008A5B0A">
      <w:pPr>
        <w:autoSpaceDE w:val="0"/>
        <w:autoSpaceDN w:val="0"/>
        <w:spacing w:after="0" w:line="14" w:lineRule="exact"/>
      </w:pPr>
    </w:p>
    <w:p w14:paraId="040CE04A" w14:textId="77777777" w:rsidR="008A5B0A" w:rsidRDefault="008A5B0A">
      <w:pPr>
        <w:sectPr w:rsidR="008A5B0A">
          <w:pgSz w:w="16840" w:h="11900"/>
          <w:pgMar w:top="282" w:right="640" w:bottom="92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D0518BF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8A5B0A" w14:paraId="7ADCF683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935B7C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2986E0" w14:textId="77777777" w:rsidR="008A5B0A" w:rsidRPr="00C13306" w:rsidRDefault="007404BA">
            <w:pPr>
              <w:autoSpaceDE w:val="0"/>
              <w:autoSpaceDN w:val="0"/>
              <w:spacing w:before="66" w:after="0" w:line="247" w:lineRule="auto"/>
              <w:ind w:left="72" w:right="476"/>
              <w:jc w:val="both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Сравнение чисел, сравнение групп предметов по количеству: больше, меньше, столько же.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282F9F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79E22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3A611D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AC4916" w14:textId="1F357F90" w:rsidR="008A5B0A" w:rsidRDefault="007404B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352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 2</w:t>
            </w:r>
            <w:r w:rsidR="00352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7CA9A3" w14:textId="77777777" w:rsidR="008A5B0A" w:rsidRPr="00C13306" w:rsidRDefault="007404BA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Цифры; знаки сравнения, равенства, арифметических действий;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Устная работа: счёт единицами в разном порядке, чтение, упорядочение однозначных и двузначных чисел; счёт по 2, по 5;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 чисел: наблюдение, установление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закономерностей в расположении чисел;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84811F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5A50DD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https://pptcloud.ru/matematika/195848</w:t>
            </w:r>
          </w:p>
        </w:tc>
      </w:tr>
      <w:tr w:rsidR="008A5B0A" w14:paraId="5565B1A0" w14:textId="77777777">
        <w:trPr>
          <w:trHeight w:hRule="exact" w:val="17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EA03B1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9C59C4" w14:textId="77777777" w:rsidR="008A5B0A" w:rsidRPr="00C13306" w:rsidRDefault="007404BA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Число и цифра 0 при измерении, вычислении.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2CA473" w14:textId="77777777" w:rsidR="008A5B0A" w:rsidRPr="006A024A" w:rsidRDefault="007404B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D8726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269F90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41A39" w14:textId="695114A4" w:rsidR="008A5B0A" w:rsidRDefault="0035230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29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EDE6A" w14:textId="77777777" w:rsidR="008A5B0A" w:rsidRPr="00C13306" w:rsidRDefault="007404BA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 группах. Формулирование ответов на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вопросы: «Сколько?», «Который по счёту?», «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 сколько</w:t>
            </w:r>
            <w:proofErr w:type="gramEnd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больше?», «На сколько меньше?», «Что получится, если увеличить/уменьшить количество на 1, на 2?» — по образцу и самостоятельно;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75CF5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5CB50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https://pptcloud.ru/matematika/slojenie-i-vychitanie</w:t>
            </w:r>
          </w:p>
        </w:tc>
      </w:tr>
      <w:tr w:rsidR="008A5B0A" w14:paraId="4F9F0238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C20D1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63B5AA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Числа в пределах 20: чтение, запись, сравнение</w:t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3CF606" w14:textId="77777777" w:rsidR="008A5B0A" w:rsidRPr="006A024A" w:rsidRDefault="007404B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73805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ECEAC3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F7179A" w14:textId="5392524F" w:rsidR="008A5B0A" w:rsidRDefault="0035230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30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09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5143D6" w14:textId="77777777" w:rsidR="008A5B0A" w:rsidRPr="00C13306" w:rsidRDefault="007404BA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 чисел: наблюдение, установление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закономерностей в расположении чисел;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парах/группах. Формулирование вопросов,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связанных с порядком чисел, увеличением/уменьшением числа на несколько единиц, установлением закономерности в ряду чисел;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A46139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32CAE7" w14:textId="77777777" w:rsidR="008A5B0A" w:rsidRDefault="007404BA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https://pptcloud.ru/matematika/slojenie-i-vychitanie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https://pptcloud.ru/matematika/slozhenie-i-vychitanie-v-predelah-20</w:t>
            </w:r>
          </w:p>
        </w:tc>
      </w:tr>
      <w:tr w:rsidR="008A5B0A" w14:paraId="5E545055" w14:textId="77777777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24F364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99FD05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Однозначные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двузначные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числа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8CA3C5" w14:textId="77777777" w:rsidR="008A5B0A" w:rsidRPr="006A024A" w:rsidRDefault="007404B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3BF9D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8ADE66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2CC45" w14:textId="34C3F174" w:rsidR="008A5B0A" w:rsidRDefault="0035230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E3250C" w14:textId="77777777" w:rsidR="008A5B0A" w:rsidRPr="00C13306" w:rsidRDefault="007404BA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 группах. Формулирование ответов на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вопросы: «Сколько?», «Который по счёту?», «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 сколько</w:t>
            </w:r>
            <w:proofErr w:type="gramEnd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больше?», «На сколько меньше?», «Что получится, если увеличить/уменьшить количество на 1, на 2?» — по образцу и самостоятельно;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10F6C0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D72932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https://pptcloud.ru/matematika/ustnyy-schet-151790</w:t>
            </w:r>
          </w:p>
        </w:tc>
      </w:tr>
      <w:tr w:rsidR="008A5B0A" w14:paraId="746FF6D4" w14:textId="77777777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9ABFAB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B7E773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Увеличение (уменьшение) числа на несколько единиц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3708EF" w14:textId="77777777" w:rsidR="008A5B0A" w:rsidRPr="006A024A" w:rsidRDefault="007404B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5E90B6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E298CB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0C7531" w14:textId="2CD4FFD9" w:rsidR="008A5B0A" w:rsidRDefault="007404BA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 w:rsidR="00352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.10.2022 </w:t>
            </w:r>
            <w:r w:rsidR="00352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F8C3A6" w14:textId="77777777" w:rsidR="008A5B0A" w:rsidRPr="00C13306" w:rsidRDefault="007404BA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Устная работа: счёт единицами в разном порядке, чтение, упорядочение однозначных и двузначных чисел; счёт по 2, по 5;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 чисел: наблюдение, установление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закономерностей в расположении чисел;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парах/группах. Формулирование вопросов,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связанных с порядком чисел, увеличением/уменьшением числа на несколько единиц, установлением закономерности в ряду чисел;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7691E5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7C8D1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https://pptcloud.ru/matematika/ustnyy-schet-151790</w:t>
            </w:r>
          </w:p>
        </w:tc>
      </w:tr>
      <w:tr w:rsidR="008A5B0A" w14:paraId="77F0807E" w14:textId="77777777">
        <w:trPr>
          <w:trHeight w:hRule="exact" w:val="348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5D1B6E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1FA8A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256716" w14:textId="77777777" w:rsidR="008A5B0A" w:rsidRDefault="008A5B0A"/>
        </w:tc>
      </w:tr>
      <w:tr w:rsidR="008A5B0A" w14:paraId="6C9858F2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E693E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Величины</w:t>
            </w:r>
            <w:proofErr w:type="spellEnd"/>
          </w:p>
        </w:tc>
      </w:tr>
      <w:tr w:rsidR="008A5B0A" w14:paraId="51CD08C3" w14:textId="77777777">
        <w:trPr>
          <w:trHeight w:hRule="exact" w:val="12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92B8F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8D94D" w14:textId="77777777" w:rsidR="008A5B0A" w:rsidRPr="00C13306" w:rsidRDefault="007404BA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Длина и её измерение с помощью заданной мерки</w:t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53C55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886F28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D2920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BF7110" w14:textId="127E9497" w:rsidR="008A5B0A" w:rsidRDefault="0035230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07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 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6154BE" w14:textId="77777777" w:rsidR="008A5B0A" w:rsidRPr="00C13306" w:rsidRDefault="007404BA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приборами для измерения величин;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Линейка как простейший инструмент измерения длины; Наблюдение действия измерительных приборов;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Понимание назначения и необходимости использования величин в жизни;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линейки для измерения длины отрезка;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FCE65F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1EB330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https://pptcloud.ru/matematika/lineyka</w:t>
            </w:r>
          </w:p>
        </w:tc>
      </w:tr>
    </w:tbl>
    <w:p w14:paraId="41D5EFE4" w14:textId="77777777" w:rsidR="008A5B0A" w:rsidRDefault="008A5B0A">
      <w:pPr>
        <w:autoSpaceDE w:val="0"/>
        <w:autoSpaceDN w:val="0"/>
        <w:spacing w:after="0" w:line="14" w:lineRule="exact"/>
      </w:pPr>
    </w:p>
    <w:p w14:paraId="4760C981" w14:textId="77777777" w:rsidR="008A5B0A" w:rsidRDefault="008A5B0A">
      <w:pPr>
        <w:sectPr w:rsidR="008A5B0A">
          <w:pgSz w:w="16840" w:h="11900"/>
          <w:pgMar w:top="284" w:right="640" w:bottom="58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71F453C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8A5B0A" w14:paraId="7A52B719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AFF3CD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28D39E" w14:textId="77777777" w:rsidR="008A5B0A" w:rsidRPr="00C13306" w:rsidRDefault="007404BA">
            <w:pPr>
              <w:autoSpaceDE w:val="0"/>
              <w:autoSpaceDN w:val="0"/>
              <w:spacing w:before="66" w:after="0" w:line="247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Сравнение без измерения: выше </w:t>
            </w:r>
            <w:proofErr w:type="gramStart"/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—н</w:t>
            </w:r>
            <w:proofErr w:type="gramEnd"/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иже, шире — уже, длиннее — короче, старше — моложе, тяжелее — легче.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B2D90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1FCD00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82AC1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5CF8F7" w14:textId="772EB401" w:rsidR="008A5B0A" w:rsidRDefault="007404B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352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 1</w:t>
            </w:r>
            <w:r w:rsidR="00352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C8072E" w14:textId="77777777" w:rsidR="008A5B0A" w:rsidRPr="00C13306" w:rsidRDefault="007404BA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Линейка как простейший инструмент измерения длины; Наблюдение действия измерительных приборов;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Понимание назначения и необходимости использования величин в жизни;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линейки для измерения длины отрезка; Коллективная работа по различению и сравнению величин;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83552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B25ACF" w14:textId="77777777" w:rsidR="008A5B0A" w:rsidRDefault="007404BA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https://pptcloud.ru/matematika/lineyka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https://pptcloud.ru/matematika/matematika-1-klass-dlinnee-koroche-odinakovye-po-dline</w:t>
            </w:r>
          </w:p>
        </w:tc>
      </w:tr>
      <w:tr w:rsidR="008A5B0A" w14:paraId="26BBBF0B" w14:textId="77777777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473C9B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ECF056" w14:textId="77777777" w:rsidR="008A5B0A" w:rsidRPr="00C13306" w:rsidRDefault="007404BA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Единицы длины: сантиметр, дециметр; установление соотношения между ними.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CCC78B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FF118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A0F825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5C4F6C" w14:textId="5EED4C7D" w:rsidR="008A5B0A" w:rsidRDefault="007404BA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352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.10.2022 </w:t>
            </w:r>
            <w:r w:rsidR="00352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 w:rsidR="00EC29B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.10.2022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5FD3FB" w14:textId="77777777" w:rsidR="008A5B0A" w:rsidRPr="00C13306" w:rsidRDefault="007404BA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действия измерительных приборов;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Понимание назначения и необходимости использования величин в жизни;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линейки для измерения длины отрезка;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53ED51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C431EA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https://pptcloud.ru/matematika/lineyka</w:t>
            </w:r>
          </w:p>
        </w:tc>
      </w:tr>
      <w:tr w:rsidR="008A5B0A" w14:paraId="027E7949" w14:textId="77777777">
        <w:trPr>
          <w:trHeight w:hRule="exact" w:val="348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9CC518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1D0C2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F26E4E" w14:textId="77777777" w:rsidR="008A5B0A" w:rsidRDefault="008A5B0A"/>
        </w:tc>
      </w:tr>
      <w:tr w:rsidR="008A5B0A" w14:paraId="110D5B45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FF9BEB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Арифметические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действия</w:t>
            </w:r>
            <w:proofErr w:type="spellEnd"/>
          </w:p>
        </w:tc>
      </w:tr>
      <w:tr w:rsidR="008A5B0A" w14:paraId="2CDC4688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7328D4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220CA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Сложение и вычитание чисел в пределах 20.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E09BB4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C23CAE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9EB574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A3FF9A" w14:textId="188E6FBE" w:rsidR="008A5B0A" w:rsidRDefault="00EC29B3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.2022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06.12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19654" w14:textId="77777777" w:rsidR="008A5B0A" w:rsidRPr="00C13306" w:rsidRDefault="007404BA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приёмов сложения, вычитания: нахождение значения суммы и разности на основе состава числа, с использованием числовой ленты, по частям и др.;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разных способов подсчёта суммы и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разности, использование переместительного свойства при нахождении суммы;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40F71F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553B9A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https://pptcloud.ru/matematika/slozhenie-i-vychitanie-dvuznachnyh-chisel-208236</w:t>
            </w:r>
          </w:p>
        </w:tc>
      </w:tr>
      <w:tr w:rsidR="008A5B0A" w14:paraId="33464D32" w14:textId="77777777">
        <w:trPr>
          <w:trHeight w:hRule="exact" w:val="26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8AA31B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9FF229" w14:textId="77777777" w:rsidR="008A5B0A" w:rsidRPr="00C13306" w:rsidRDefault="007404BA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Названия компонентов действий, результатов действий сложения, вычитания. Знаки сложения и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вычитания, названия компонентов действия. Таблица сложения.</w:t>
            </w:r>
          </w:p>
          <w:p w14:paraId="711A074D" w14:textId="77777777" w:rsidR="008A5B0A" w:rsidRPr="00C13306" w:rsidRDefault="007404BA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Переместительное свойство сложения.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971148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EB7D2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5EC3C4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88ECD3" w14:textId="6B1ECCAB" w:rsidR="008A5B0A" w:rsidRDefault="00EC29B3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07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.12.2022 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.12.2022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F24473" w14:textId="77777777" w:rsidR="008A5B0A" w:rsidRPr="00C13306" w:rsidRDefault="007404BA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 с числовым выражением: запись, чтение, приведение примера (с помощью учителя или по образцу), иллюстрирующего смысл арифметического действия;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приёмов сложения, вычитания: нахождение значения суммы и разности на основе состава числа, с использованием числовой ленты, по частям и др.;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разных способов подсчёта суммы и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разности, использование переместительного свойства при нахождении суммы;</w:t>
            </w:r>
            <w:proofErr w:type="gramEnd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Пропедевтика исследовательской работы: перестановка слагаемых при сложении (обсуждение практических и учебных ситуаций);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38DBE5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58E496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https://pptcloud.ru/matematika/vesyolyy-schyot</w:t>
            </w:r>
          </w:p>
        </w:tc>
      </w:tr>
      <w:tr w:rsidR="008A5B0A" w14:paraId="2CB56033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0C5700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725AB1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Вычитание как действие, обратное сложению.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0DFAEA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5FA8D8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DD250A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29772" w14:textId="587FB683" w:rsidR="008A5B0A" w:rsidRDefault="00EC29B3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15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.12.2022 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.12.2022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8CDB3" w14:textId="77777777" w:rsidR="008A5B0A" w:rsidRPr="00C13306" w:rsidRDefault="007404BA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приёмов сложения, вычитания: нахождение значения суммы и разности на основе состава числа, с использованием числовой ленты, по частям и др.;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разных способов подсчёта суммы и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разности, использование переместительного свойства при нахождении суммы;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582B56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835DE1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https://pptcloud.ru/matematika/slagaemye-summa</w:t>
            </w:r>
          </w:p>
        </w:tc>
      </w:tr>
      <w:tr w:rsidR="008A5B0A" w14:paraId="66FDF0B4" w14:textId="77777777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3847BD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4F4E1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Неизвестное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слагаемое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D31FB2" w14:textId="2F1E96CF" w:rsidR="008A5B0A" w:rsidRPr="00001E0A" w:rsidRDefault="00001E0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3E634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531A27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A219B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EC29B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.12.202</w:t>
            </w:r>
            <w:r w:rsidR="00001E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  <w:p w14:paraId="711F2C06" w14:textId="44B02565" w:rsidR="00001E0A" w:rsidRPr="00001E0A" w:rsidRDefault="00001E0A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22.12.2022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8C48F" w14:textId="77777777" w:rsidR="008A5B0A" w:rsidRPr="00C13306" w:rsidRDefault="007404BA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Дидактические игры и упражнения, связанные с выбором, составлением сумм, разностей с заданным результатом действия; сравнением значений числовых выражений (без вычислений), по результату действия;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C98ED2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78E536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https://pptcloud.ru/matematika/slagaemye-summa</w:t>
            </w:r>
          </w:p>
        </w:tc>
      </w:tr>
      <w:tr w:rsidR="008A5B0A" w14:paraId="40DDAE1D" w14:textId="77777777">
        <w:trPr>
          <w:trHeight w:hRule="exact" w:val="71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80A0D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765456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Сложение одинаковых слагаемых. Счёт по 2, по  3, по 5.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8E4940" w14:textId="738B174E" w:rsidR="008A5B0A" w:rsidRPr="00001E0A" w:rsidRDefault="00001E0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9CE634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383D72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B1F972" w14:textId="77777777" w:rsidR="008A5B0A" w:rsidRDefault="00001E0A" w:rsidP="00001E0A">
            <w:pPr>
              <w:autoSpaceDE w:val="0"/>
              <w:autoSpaceDN w:val="0"/>
              <w:spacing w:before="76" w:after="0" w:line="245" w:lineRule="auto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="0057487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.12.2022 </w:t>
            </w:r>
          </w:p>
          <w:p w14:paraId="1B9A0F1D" w14:textId="001CC04C" w:rsidR="00001E0A" w:rsidRPr="00001E0A" w:rsidRDefault="00001E0A" w:rsidP="00001E0A">
            <w:pPr>
              <w:autoSpaceDE w:val="0"/>
              <w:autoSpaceDN w:val="0"/>
              <w:spacing w:before="76" w:after="0" w:line="245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27.12.2022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429711" w14:textId="77777777" w:rsidR="008A5B0A" w:rsidRPr="00C13306" w:rsidRDefault="007404BA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приёмов сложения, вычитания: нахождение значения суммы и разности на основе состава числа, с использованием числовой ленты, по частям и др.;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A1E40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574422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https://pptcloud.ru/matematika/slagaemye-summa</w:t>
            </w:r>
          </w:p>
        </w:tc>
      </w:tr>
    </w:tbl>
    <w:p w14:paraId="136D71D1" w14:textId="77777777" w:rsidR="008A5B0A" w:rsidRDefault="008A5B0A">
      <w:pPr>
        <w:autoSpaceDE w:val="0"/>
        <w:autoSpaceDN w:val="0"/>
        <w:spacing w:after="0" w:line="14" w:lineRule="exact"/>
      </w:pPr>
    </w:p>
    <w:p w14:paraId="68B42C40" w14:textId="77777777" w:rsidR="008A5B0A" w:rsidRDefault="008A5B0A">
      <w:pPr>
        <w:sectPr w:rsidR="008A5B0A">
          <w:pgSz w:w="16840" w:h="11900"/>
          <w:pgMar w:top="284" w:right="640" w:bottom="73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3127E78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8A5B0A" w14:paraId="1FF03A27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8ABF06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CF2592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Прибавление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нуля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E10418" w14:textId="6FF23926" w:rsidR="008A5B0A" w:rsidRPr="00001E0A" w:rsidRDefault="00001E0A" w:rsidP="00001E0A">
            <w:pPr>
              <w:autoSpaceDE w:val="0"/>
              <w:autoSpaceDN w:val="0"/>
              <w:spacing w:before="7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 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66CD15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D68518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5FAD59" w14:textId="77777777" w:rsidR="008A5B0A" w:rsidRDefault="003B255B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28.12.2022</w:t>
            </w:r>
          </w:p>
          <w:p w14:paraId="5EBCBF6F" w14:textId="227B1008" w:rsidR="003B255B" w:rsidRPr="0057487D" w:rsidRDefault="003B255B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29.12.2022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08FDBD" w14:textId="77777777" w:rsidR="008A5B0A" w:rsidRPr="00C13306" w:rsidRDefault="007404BA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«Сравнение практических (житейских) ситуаций, требующих записи одного и того же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арифметического действия, разных арифметических действий»;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FAEB2B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1C8A3D" w14:textId="77777777" w:rsidR="008A5B0A" w:rsidRDefault="007404BA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https://pptcloud.ru/matematika/chislo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-i-tsifra-0-svoystva-slozheniya-i-vychitaniya-s-nulem</w:t>
            </w:r>
          </w:p>
        </w:tc>
      </w:tr>
      <w:tr w:rsidR="008A5B0A" w14:paraId="5580C20E" w14:textId="77777777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F3A489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FC08B7" w14:textId="77777777" w:rsidR="008A5B0A" w:rsidRPr="00C13306" w:rsidRDefault="007404BA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Сложение и вычитание чисел без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перехода и с  переходом через десяток.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7325D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840A7A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92CB5A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901E27" w14:textId="3E21DCE0" w:rsidR="008A5B0A" w:rsidRDefault="003B255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11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01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23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18.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E18B91" w14:textId="77777777" w:rsidR="008A5B0A" w:rsidRPr="00C13306" w:rsidRDefault="007404BA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Моделирование. Иллюстрация с помощью предметной модели переместительного свойства сложения, способа нахождения неизвестного слагаемого. Под руководством педагога выполнение счёта с использованием заданной единицы счёта;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B42BDD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3B699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https://pptcloud.ru/matematika/nazvaniya-i-posledovatelnost-chisel-ot-11-do-20</w:t>
            </w:r>
          </w:p>
        </w:tc>
      </w:tr>
      <w:tr w:rsidR="008A5B0A" w14:paraId="6DBACD3B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A16EF3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2A2E48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Вычисление суммы, разности трёх чисел.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3E3701" w14:textId="2EA93568" w:rsidR="008A5B0A" w:rsidRPr="00001E0A" w:rsidRDefault="00001E0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D0F9B5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084E27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412E68" w14:textId="77777777" w:rsidR="008A5B0A" w:rsidRDefault="003B255B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19.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.01.2023</w:t>
            </w:r>
          </w:p>
          <w:p w14:paraId="12AAE6E4" w14:textId="4B7A795F" w:rsidR="003B255B" w:rsidRPr="003B255B" w:rsidRDefault="003B255B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20.01.2023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687F90" w14:textId="77777777" w:rsidR="008A5B0A" w:rsidRPr="00C13306" w:rsidRDefault="007404BA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парах/группах: проверка правильности вычисления с использованием раздаточного материала, линейки, модели действия, по образцу; обнаружение общего и различного в записи арифметических действий, одного и того же действия с разными числами;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F27CC5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97A04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 geometricheskie-figury-155328</w:t>
            </w:r>
          </w:p>
        </w:tc>
      </w:tr>
      <w:tr w:rsidR="008A5B0A" w14:paraId="70A9BB0A" w14:textId="77777777">
        <w:trPr>
          <w:trHeight w:hRule="exact" w:val="348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605236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3EAC2C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40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5FE38E" w14:textId="77777777" w:rsidR="008A5B0A" w:rsidRDefault="008A5B0A"/>
        </w:tc>
      </w:tr>
      <w:tr w:rsidR="008A5B0A" w14:paraId="5DEBCCF1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96386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4.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Текстовые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задачи</w:t>
            </w:r>
            <w:proofErr w:type="spellEnd"/>
          </w:p>
        </w:tc>
      </w:tr>
      <w:tr w:rsidR="008A5B0A" w14:paraId="6EDB5E82" w14:textId="77777777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221B68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824729" w14:textId="77777777" w:rsidR="008A5B0A" w:rsidRPr="00C13306" w:rsidRDefault="007404BA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Текстовая задача: структурные элементы, составление текстовой задачи по  образцу.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F0DCB1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4F4240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AD63D3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DB4F93" w14:textId="4AABDB7D" w:rsidR="008A5B0A" w:rsidRDefault="003B255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24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.01.2023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25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.01.2023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887D8A" w14:textId="77777777" w:rsidR="008A5B0A" w:rsidRPr="00C13306" w:rsidRDefault="007404BA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Коллективное обсуждение: анализ реальной ситуации,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представленной с помощью рисунка, иллюстрации, текста, таблицы, схемы (описание ситуации, что известно, что не известно; условие задачи, вопрос задачи);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Обобщение представлений о текстовых задачах, решаемых с помощью действий сложения и вычитания («на сколько больше/меньше», «сколько всего», «сколь-ко осталось»).</w:t>
            </w:r>
            <w:proofErr w:type="gramEnd"/>
          </w:p>
          <w:p w14:paraId="3844E762" w14:textId="77777777" w:rsidR="008A5B0A" w:rsidRPr="00C13306" w:rsidRDefault="007404BA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Различение текста и текстовой задачи, представленного в текстовой задаче;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6D62AF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6FA35F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https://pptcloud.ru/matematika/reshenie-zadach-1-klass-140796</w:t>
            </w:r>
          </w:p>
        </w:tc>
      </w:tr>
      <w:tr w:rsidR="008A5B0A" w14:paraId="7CF705A4" w14:textId="77777777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C589C0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427393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Зависимость между данными и искомой величиной в текстовой задаче.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58ACBD" w14:textId="36071804" w:rsidR="008A5B0A" w:rsidRPr="007B4157" w:rsidRDefault="007B415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E79C71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93CFF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20A60" w14:textId="77777777" w:rsidR="008A5B0A" w:rsidRDefault="003B255B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26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.01.2023</w:t>
            </w:r>
          </w:p>
          <w:p w14:paraId="3955C0FB" w14:textId="6773A070" w:rsidR="003B255B" w:rsidRPr="003B255B" w:rsidRDefault="003B255B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27.01.2023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D92C76" w14:textId="77777777" w:rsidR="008A5B0A" w:rsidRPr="00C13306" w:rsidRDefault="007404BA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Соотнесение текста задачи и её модели;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Моделирование: описание словами и с помощью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предметной модели сюжетной ситуации и </w:t>
            </w:r>
            <w:r w:rsidRPr="00C13306">
              <w:rPr>
                <w:lang w:val="ru-RU"/>
              </w:rPr>
              <w:br/>
            </w:r>
            <w:proofErr w:type="spell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математическогоотношения</w:t>
            </w:r>
            <w:proofErr w:type="spellEnd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Иллюстрация практической ситуации с использованием счётного материала. Решение текстовой задачи с помощью раздаточного материала.</w:t>
            </w:r>
          </w:p>
          <w:p w14:paraId="0B8B6517" w14:textId="77777777" w:rsidR="008A5B0A" w:rsidRPr="00C13306" w:rsidRDefault="007404BA">
            <w:pPr>
              <w:autoSpaceDE w:val="0"/>
              <w:autoSpaceDN w:val="0"/>
              <w:spacing w:before="18" w:after="0" w:line="250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Объяснение выбора арифметического действия для решения, иллюстрация хода решения, выполнения действия на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B1DBFF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51D221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https://pptcloud.ru/matematika/reshenie-zadach-1-klass-140796</w:t>
            </w:r>
          </w:p>
        </w:tc>
      </w:tr>
      <w:tr w:rsidR="008A5B0A" w14:paraId="0F606FF8" w14:textId="77777777">
        <w:trPr>
          <w:trHeight w:hRule="exact" w:val="71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A053A0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B4DC18" w14:textId="77777777" w:rsidR="008A5B0A" w:rsidRPr="00C13306" w:rsidRDefault="007404BA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Выбор и запись арифметического действия для получения ответа на вопрос.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C5CAE" w14:textId="2130A4BF" w:rsidR="008A5B0A" w:rsidRPr="007B4157" w:rsidRDefault="007B415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2C88DA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8B06F6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C869BD" w14:textId="1D8D401E" w:rsidR="003B255B" w:rsidRDefault="003B255B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30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.01.202</w:t>
            </w:r>
          </w:p>
          <w:p w14:paraId="1C96D732" w14:textId="5BB1F311" w:rsidR="008A5B0A" w:rsidRPr="003B255B" w:rsidRDefault="003B255B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01.02.2023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A6C1C" w14:textId="77777777" w:rsidR="008A5B0A" w:rsidRPr="00C13306" w:rsidRDefault="007404B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Соотнесение текста задачи и её модели;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A24AEF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2187B8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https://pptcloud.ru/matematika/reshenie-zadach-1-klass-140796</w:t>
            </w:r>
          </w:p>
        </w:tc>
      </w:tr>
    </w:tbl>
    <w:p w14:paraId="01B43392" w14:textId="77777777" w:rsidR="008A5B0A" w:rsidRDefault="008A5B0A">
      <w:pPr>
        <w:autoSpaceDE w:val="0"/>
        <w:autoSpaceDN w:val="0"/>
        <w:spacing w:after="0" w:line="14" w:lineRule="exact"/>
      </w:pPr>
    </w:p>
    <w:p w14:paraId="792B1D89" w14:textId="77777777" w:rsidR="008A5B0A" w:rsidRDefault="008A5B0A">
      <w:pPr>
        <w:sectPr w:rsidR="008A5B0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6190524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8A5B0A" w14:paraId="67A31597" w14:textId="77777777">
        <w:trPr>
          <w:trHeight w:hRule="exact" w:val="36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E6DD92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CED2F4" w14:textId="77777777" w:rsidR="008A5B0A" w:rsidRPr="00C13306" w:rsidRDefault="007404BA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Текстовая сюжетная задача в одно действие: запись решения, ответа задачи.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7F94DC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7E9AEF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0A8296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40A470" w14:textId="71296F42" w:rsidR="008A5B0A" w:rsidRDefault="003B255B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02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28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.02.2023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F129F0" w14:textId="77777777" w:rsidR="008A5B0A" w:rsidRPr="00C13306" w:rsidRDefault="007404BA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Коллективное обсуждение: анализ реальной ситуации,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представленной с помощью рисунка, иллюстрации, текста, таблицы, схемы (описание ситуации, что известно, что не известно; условие задачи, вопрос задачи);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Обобщение представлений о текстовых задачах, решаемых с помощью действий сложения и вычитания («на сколько больше/меньше», «сколько всего», «сколь-ко осталось»).</w:t>
            </w:r>
            <w:proofErr w:type="gramEnd"/>
          </w:p>
          <w:p w14:paraId="73E2C070" w14:textId="77777777" w:rsidR="008A5B0A" w:rsidRPr="00C13306" w:rsidRDefault="007404BA">
            <w:pPr>
              <w:autoSpaceDE w:val="0"/>
              <w:autoSpaceDN w:val="0"/>
              <w:spacing w:before="20" w:after="0" w:line="254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Различение текста и текстовой задачи, представленного в текстовой задаче;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Соотнесение текста задачи и её модели;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Моделирование: описание словами и с помощью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предметной модели сюжетной ситуации и </w:t>
            </w:r>
            <w:r w:rsidRPr="00C13306">
              <w:rPr>
                <w:lang w:val="ru-RU"/>
              </w:rPr>
              <w:br/>
            </w:r>
            <w:proofErr w:type="spell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математическогоотношения</w:t>
            </w:r>
            <w:proofErr w:type="spellEnd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Иллюстрация практической ситуации с использованием счётного материала. Решение текстовой задачи с помощью раздаточного материала.</w:t>
            </w:r>
          </w:p>
          <w:p w14:paraId="5CFD8A3D" w14:textId="77777777" w:rsidR="008A5B0A" w:rsidRPr="00C13306" w:rsidRDefault="007404BA">
            <w:pPr>
              <w:autoSpaceDE w:val="0"/>
              <w:autoSpaceDN w:val="0"/>
              <w:spacing w:before="18" w:after="0" w:line="250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Объяснение выбора арифметического действия для решения, иллюстрация хода решения, выполнения действия на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AD2240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7ADCA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https://pptcloud.ru/matematika/reshenie-zadach-1-klass-140796</w:t>
            </w:r>
          </w:p>
        </w:tc>
      </w:tr>
      <w:tr w:rsidR="008A5B0A" w14:paraId="4B3DE308" w14:textId="77777777">
        <w:trPr>
          <w:trHeight w:hRule="exact" w:val="16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8041AE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4ABC5" w14:textId="77777777" w:rsidR="008A5B0A" w:rsidRPr="00C13306" w:rsidRDefault="007404BA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Обнаружение недостающего элемента задачи, дополнение текста задачи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числовыми данными (по  иллюстрации, смыслу задачи, её решению).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E6C45" w14:textId="4E687367" w:rsidR="008A5B0A" w:rsidRPr="007B4157" w:rsidRDefault="007B415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C8CBF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207AFD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472DE8" w14:textId="77777777" w:rsidR="008A5B0A" w:rsidRDefault="003B255B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01</w:t>
            </w:r>
            <w:r w:rsidR="008238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  <w:p w14:paraId="111B22A4" w14:textId="5B937979" w:rsidR="003B255B" w:rsidRPr="00421EB1" w:rsidRDefault="00421EB1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02.03.2023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0CA240" w14:textId="77777777" w:rsidR="008A5B0A" w:rsidRPr="00C13306" w:rsidRDefault="007404BA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Моделирование: описание словами и с помощью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предметной модели сюжетной ситуации и </w:t>
            </w:r>
            <w:r w:rsidRPr="00C13306">
              <w:rPr>
                <w:lang w:val="ru-RU"/>
              </w:rPr>
              <w:br/>
            </w:r>
            <w:proofErr w:type="spell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математическогоотношения</w:t>
            </w:r>
            <w:proofErr w:type="spellEnd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Иллюстрация практической ситуации с использованием счётного материала. Решение текстовой задачи с помощью раздаточного материала.</w:t>
            </w:r>
          </w:p>
          <w:p w14:paraId="54B965B0" w14:textId="77777777" w:rsidR="008A5B0A" w:rsidRPr="00C13306" w:rsidRDefault="007404BA">
            <w:pPr>
              <w:autoSpaceDE w:val="0"/>
              <w:autoSpaceDN w:val="0"/>
              <w:spacing w:before="20" w:after="0" w:line="247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Объяснение выбора арифметического действия для решения, иллюстрация хода решения, выполнения действия на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модели;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7EF51D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8E541F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https://pptcloud.ru/matematika/reshenie-zadach-1-klass-140796</w:t>
            </w:r>
          </w:p>
        </w:tc>
      </w:tr>
      <w:tr w:rsidR="008A5B0A" w14:paraId="4C8C3AFE" w14:textId="77777777">
        <w:trPr>
          <w:trHeight w:hRule="exact" w:val="350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B8579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7C2516" w14:textId="08A34E9B" w:rsidR="008A5B0A" w:rsidRPr="007B4157" w:rsidRDefault="007B415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A78454" w14:textId="77777777" w:rsidR="008A5B0A" w:rsidRDefault="008A5B0A"/>
        </w:tc>
      </w:tr>
      <w:tr w:rsidR="008A5B0A" w:rsidRPr="00E9744A" w14:paraId="753733AD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C0101E" w14:textId="77777777" w:rsidR="008A5B0A" w:rsidRPr="00C13306" w:rsidRDefault="007404B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5.</w:t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Пространственные отношения и  геометрические фигуры</w:t>
            </w:r>
          </w:p>
        </w:tc>
      </w:tr>
      <w:tr w:rsidR="008A5B0A" w14:paraId="72720A1F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65973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62764F" w14:textId="77777777" w:rsidR="008A5B0A" w:rsidRPr="00C13306" w:rsidRDefault="007404BA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Расположение предметов и  объектов на плоскости, в  пространстве: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слева/справа, сверху/снизу, </w:t>
            </w:r>
            <w:proofErr w:type="gramStart"/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между</w:t>
            </w:r>
            <w:proofErr w:type="gramEnd"/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; </w:t>
            </w:r>
            <w:r w:rsidRPr="00C13306">
              <w:rPr>
                <w:lang w:val="ru-RU"/>
              </w:rPr>
              <w:br/>
            </w:r>
            <w:proofErr w:type="gramStart"/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установление</w:t>
            </w:r>
            <w:proofErr w:type="gramEnd"/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пространственных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отношений.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616CE6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9B6FDE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1FA051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62940" w14:textId="49673D70" w:rsidR="008A5B0A" w:rsidRDefault="00421EB1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03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09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976AE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right="432"/>
              <w:jc w:val="center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Распознавание и называние известных геометрических фигур, обнаружение в окружающем мире их моделей;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CAE9C6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770E73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https://pptcloud.ru/matematika/davay-poschitaem-2</w:t>
            </w:r>
          </w:p>
        </w:tc>
      </w:tr>
      <w:tr w:rsidR="008A5B0A" w14:paraId="3A5A2AD5" w14:textId="7777777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FB37E2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9B986B" w14:textId="77777777" w:rsidR="008A5B0A" w:rsidRPr="00C13306" w:rsidRDefault="007404BA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Распознавание объекта и его отражения.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330701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A08BCD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01A88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A68BD4" w14:textId="183485F5" w:rsidR="008A5B0A" w:rsidRDefault="00421EB1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10</w:t>
            </w:r>
            <w:r w:rsidR="008238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  <w:r w:rsidR="008238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15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 w:rsidR="007B09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 w:rsidR="008238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4F153D" w14:textId="77777777" w:rsidR="008A5B0A" w:rsidRPr="00C13306" w:rsidRDefault="007404B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пар: объект и его отражение;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EEA692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78E79B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https://pptcloud.ru/matematika/davay-poschitaem-2</w:t>
            </w:r>
          </w:p>
        </w:tc>
      </w:tr>
      <w:tr w:rsidR="008A5B0A" w14:paraId="7593AF2C" w14:textId="77777777">
        <w:trPr>
          <w:trHeight w:hRule="exact" w:val="14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9FB3B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97D5B5" w14:textId="77777777" w:rsidR="008A5B0A" w:rsidRPr="00C13306" w:rsidRDefault="007404BA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Геометрические фигуры: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распознавание круга, треугольника, прямоугольника, отрезка.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EE6156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18FF41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052060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B7F2D2" w14:textId="45A19E9F" w:rsidR="008A5B0A" w:rsidRDefault="00421EB1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16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8238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21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8238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EB2426" w14:textId="77777777" w:rsidR="008A5B0A" w:rsidRDefault="007404BA">
            <w:pPr>
              <w:autoSpaceDE w:val="0"/>
              <w:autoSpaceDN w:val="0"/>
              <w:spacing w:before="78" w:after="0" w:line="252" w:lineRule="auto"/>
              <w:ind w:left="72" w:right="144"/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деятельность: графические и измерительные действия в работе с карандашом и линейкой: копирование, рисование фигур по инструкции;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изображения (узора, геометрической фигуры), называние элементов узора, геометрической фигуры; Творческие задания: узоры и орнаменты.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Составление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инструкции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изображения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узора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линии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клеткам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D6B90B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85C2ED" w14:textId="77777777" w:rsidR="008A5B0A" w:rsidRDefault="007404BA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https://pptcloud.ru/matematika/matematika-1-klass-linii-krivaya-pryamaya-luch-otrezok-tochka</w:t>
            </w:r>
          </w:p>
        </w:tc>
      </w:tr>
    </w:tbl>
    <w:p w14:paraId="3DB42A37" w14:textId="77777777" w:rsidR="008A5B0A" w:rsidRDefault="008A5B0A">
      <w:pPr>
        <w:autoSpaceDE w:val="0"/>
        <w:autoSpaceDN w:val="0"/>
        <w:spacing w:after="0" w:line="14" w:lineRule="exact"/>
      </w:pPr>
    </w:p>
    <w:p w14:paraId="318BF5E8" w14:textId="77777777" w:rsidR="008A5B0A" w:rsidRDefault="008A5B0A"/>
    <w:p w14:paraId="30B9697E" w14:textId="77777777" w:rsidR="00E84A1A" w:rsidRDefault="00E84A1A"/>
    <w:p w14:paraId="24B12DCA" w14:textId="77777777" w:rsidR="0088687C" w:rsidRDefault="0088687C"/>
    <w:p w14:paraId="43C443F1" w14:textId="5410D466" w:rsidR="0088687C" w:rsidRDefault="0088687C">
      <w:pPr>
        <w:sectPr w:rsidR="0088687C">
          <w:pgSz w:w="16840" w:h="11900"/>
          <w:pgMar w:top="284" w:right="640" w:bottom="106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B6F44B9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8A5B0A" w14:paraId="224136FB" w14:textId="77777777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AC54AF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39917F" w14:textId="77777777" w:rsidR="008A5B0A" w:rsidRPr="00C13306" w:rsidRDefault="007404BA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Построение отрезка, квадрата,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треугольника с помощью линейки; измерение длины отрезка в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сантиметрах.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8F7966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103BE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6940A6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21C15" w14:textId="047BFAAB" w:rsidR="008A5B0A" w:rsidRDefault="00421EB1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22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.03.2023 </w:t>
            </w:r>
            <w:r w:rsidR="0030048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06.</w:t>
            </w:r>
            <w:r w:rsidR="007B09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.0</w:t>
            </w:r>
            <w:r w:rsidR="0030048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5C5488" w14:textId="77777777" w:rsidR="008A5B0A" w:rsidRPr="00C13306" w:rsidRDefault="007404BA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Практические работы: измерение длины отрезка, ломаной, длины стороны квадрата, сторон прямоугольника.</w:t>
            </w:r>
          </w:p>
          <w:p w14:paraId="6F23A578" w14:textId="77777777" w:rsidR="008A5B0A" w:rsidRPr="00C13306" w:rsidRDefault="007404BA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Комментирование хода и результата работы; установление соответствия результата и поставленного вопроса;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Ориентировка в пространстве и на плоскости (классной доски, листа бумаги, страницы учебника и т. д.).</w:t>
            </w:r>
          </w:p>
          <w:p w14:paraId="458FD20C" w14:textId="77777777" w:rsidR="008A5B0A" w:rsidRPr="00C13306" w:rsidRDefault="007404BA">
            <w:pPr>
              <w:autoSpaceDE w:val="0"/>
              <w:autoSpaceDN w:val="0"/>
              <w:spacing w:before="20" w:after="0" w:line="250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Установление направления, прокладывание маршрута; Учебный диалог: обсуждение свойств геометрических фигур (прямоугольника и др.); сравнение геометрических фигур (по форме, размеру); сравнение отрезков по длине;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79EE1A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B029D3" w14:textId="77777777" w:rsidR="008A5B0A" w:rsidRDefault="007404BA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https://pptcloud.ru/matematika/matematika-1-klass-linii-krivaya-pryamaya-luch-otrezok-tochka</w:t>
            </w:r>
          </w:p>
        </w:tc>
      </w:tr>
      <w:tr w:rsidR="008A5B0A" w14:paraId="7E626BA1" w14:textId="77777777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E6FEEB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E5F01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Длина стороны прямоугольника, квадрата, треугольника.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1F76D6" w14:textId="79B6BC9E" w:rsidR="008A5B0A" w:rsidRPr="00001E0A" w:rsidRDefault="00001E0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1EE8E6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D9B4BE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26FD1" w14:textId="4699517C" w:rsidR="008A5B0A" w:rsidRDefault="00300488" w:rsidP="00300488">
            <w:pPr>
              <w:autoSpaceDE w:val="0"/>
              <w:autoSpaceDN w:val="0"/>
              <w:spacing w:before="76" w:after="0" w:line="233" w:lineRule="auto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      7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  <w:p w14:paraId="7AF7BA28" w14:textId="64FF4E30" w:rsidR="00300488" w:rsidRPr="00300488" w:rsidRDefault="00300488" w:rsidP="00300488">
            <w:pPr>
              <w:autoSpaceDE w:val="0"/>
              <w:autoSpaceDN w:val="0"/>
              <w:spacing w:before="76" w:after="0" w:line="233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   11.04.2023  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AD8845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Ориентировка в пространстве и на плоскости (классной доски, листа бумаги, страницы учебника и т. д.).</w:t>
            </w:r>
          </w:p>
          <w:p w14:paraId="78517CBB" w14:textId="77777777" w:rsidR="008A5B0A" w:rsidRPr="00C13306" w:rsidRDefault="007404BA">
            <w:pPr>
              <w:autoSpaceDE w:val="0"/>
              <w:autoSpaceDN w:val="0"/>
              <w:spacing w:before="18" w:after="0" w:line="254" w:lineRule="auto"/>
              <w:ind w:left="72" w:right="144"/>
              <w:rPr>
                <w:lang w:val="ru-RU"/>
              </w:rPr>
            </w:pP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Установление направления, прокладывание маршрута; Учебный диалог: обсуждение свойств геометрических фигур (прямоугольника и др.); сравнение геометрических фигур (по форме, размеру); сравнение отрезков по длине; Предметное моделирование заданной фигуры из различных материалов (бумаги, палочек, трубочек, проволоки и пр.), составление из других геометрических фигур;</w:t>
            </w:r>
            <w:proofErr w:type="gram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2AFE94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55C4B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https://pptcloud.ru/matematika/mnogougolniki-1-klass-138706</w:t>
            </w:r>
          </w:p>
        </w:tc>
      </w:tr>
      <w:tr w:rsidR="008A5B0A" w14:paraId="6F1E03E2" w14:textId="77777777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C7FD25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473F72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Изображение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прямоугольника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квадрата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треугольника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59CB6F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E450E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0BFADB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A39C6B" w14:textId="3796BAB4" w:rsidR="008A5B0A" w:rsidRDefault="0030048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12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 w:rsidR="008238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B48E30" w14:textId="77777777" w:rsidR="008A5B0A" w:rsidRPr="00C13306" w:rsidRDefault="007404BA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Предметное моделирование заданной фигуры из различных материалов (бумаги, палочек, трубочек, проволоки и пр.), составление из других геометрических фигур;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BF8EB1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D2128A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https://pptcloud.ru/matematika/zanimatelnyy-ustnyy-schyot</w:t>
            </w:r>
          </w:p>
        </w:tc>
      </w:tr>
      <w:tr w:rsidR="008A5B0A" w14:paraId="032DB445" w14:textId="77777777">
        <w:trPr>
          <w:trHeight w:hRule="exact" w:val="348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87E771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C6BB16" w14:textId="28308643" w:rsidR="008A5B0A" w:rsidRPr="00001E0A" w:rsidRDefault="007404B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001E0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03F72A" w14:textId="77777777" w:rsidR="008A5B0A" w:rsidRDefault="008A5B0A"/>
        </w:tc>
      </w:tr>
      <w:tr w:rsidR="008A5B0A" w14:paraId="640AFB77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695C6A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6.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Математическая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информация</w:t>
            </w:r>
            <w:proofErr w:type="spellEnd"/>
          </w:p>
        </w:tc>
      </w:tr>
      <w:tr w:rsidR="008A5B0A" w14:paraId="5A2BBAD2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5DF477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784787" w14:textId="77777777" w:rsidR="008A5B0A" w:rsidRPr="00C13306" w:rsidRDefault="007404B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Сбор данных об объекте по  образцу.</w:t>
            </w:r>
          </w:p>
          <w:p w14:paraId="685CFF20" w14:textId="77777777" w:rsidR="008A5B0A" w:rsidRPr="00C13306" w:rsidRDefault="007404BA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Характеристики объекта, группы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объектов (количество, форма, размер); выбор предметов по образцу (по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заданным признакам).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B45CD8" w14:textId="2155414D" w:rsidR="008A5B0A" w:rsidRPr="006A024A" w:rsidRDefault="006A024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5AABB9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7ACF91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7C667" w14:textId="77777777" w:rsidR="008A5B0A" w:rsidRDefault="0030048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18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  <w:p w14:paraId="1B79D528" w14:textId="6EF3B168" w:rsidR="00300488" w:rsidRPr="00300488" w:rsidRDefault="00300488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19.04.2023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30D2A" w14:textId="77777777" w:rsidR="008A5B0A" w:rsidRPr="00C13306" w:rsidRDefault="007404BA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наблюдение: распознавание в окружающем мире ситуаций, которые целесообразно сформулировать на языке математики и решить математическими средствами; Наблюдение за числами в окружающем мире, описание словами наблюдаемых фактов, закономерностей;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4CCF7D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0AFF8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 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zanimatelnyy-ustnyy-schyot</w:t>
            </w:r>
            <w:proofErr w:type="spellEnd"/>
          </w:p>
        </w:tc>
      </w:tr>
      <w:tr w:rsidR="008A5B0A" w14:paraId="4B90F2E9" w14:textId="77777777">
        <w:trPr>
          <w:trHeight w:hRule="exact" w:val="7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AB02B3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362E5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Группировка объектов по  заданному признаку.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45CB2D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904B0C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9BF310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C86F47" w14:textId="78DBDD1D" w:rsidR="008A5B0A" w:rsidRDefault="00300488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8238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27</w:t>
            </w:r>
            <w:r w:rsidR="00C5556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61AEB0" w14:textId="77777777" w:rsidR="008A5B0A" w:rsidRPr="00C13306" w:rsidRDefault="007404BA">
            <w:pPr>
              <w:autoSpaceDE w:val="0"/>
              <w:autoSpaceDN w:val="0"/>
              <w:spacing w:before="76" w:after="0" w:line="250" w:lineRule="auto"/>
              <w:ind w:right="144"/>
              <w:jc w:val="center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наблюдение: распознавание в окружающем мире ситуаций, которые целесообразно сформулировать на языке математики и решить математическими средствами;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77831D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ED959A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https://pptcloud.ru/matematika/zadachi-po-geometrii-11-klass</w:t>
            </w:r>
          </w:p>
        </w:tc>
      </w:tr>
      <w:tr w:rsidR="008A5B0A" w14:paraId="544C12F9" w14:textId="77777777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C3B6CE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8AE5C" w14:textId="77777777" w:rsidR="008A5B0A" w:rsidRPr="00C13306" w:rsidRDefault="007404BA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Закономерность в ряду заданных объектов: её  обнаружение,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продолжение ряда.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560218" w14:textId="284BDAED" w:rsidR="008A5B0A" w:rsidRPr="006A024A" w:rsidRDefault="006A024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9B4A88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707F7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7FA2E8" w14:textId="77777777" w:rsidR="008A5B0A" w:rsidRDefault="0030048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28.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04.2023</w:t>
            </w:r>
          </w:p>
          <w:p w14:paraId="69497049" w14:textId="177413BE" w:rsidR="00300488" w:rsidRPr="00300488" w:rsidRDefault="00300488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21.05.2023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658D64" w14:textId="77777777" w:rsidR="008A5B0A" w:rsidRPr="00C13306" w:rsidRDefault="007404BA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числами в окружающем мире, описание словами наблюдаемых фактов, закономерностей;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E0C3E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89B57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https://pptcloud.ru/matematika/zadachi-po-geometrii-11-klass</w:t>
            </w:r>
          </w:p>
        </w:tc>
      </w:tr>
      <w:tr w:rsidR="008A5B0A" w14:paraId="4F06ADAF" w14:textId="77777777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80C768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6E984E" w14:textId="77777777" w:rsidR="008A5B0A" w:rsidRPr="00C13306" w:rsidRDefault="007404BA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Верные (истинные) и  неверные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(ложные) предложения, составленные относительно заданного набора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математических объектов.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D5B2AB" w14:textId="6EA14EF1" w:rsidR="008A5B0A" w:rsidRPr="006A024A" w:rsidRDefault="006A024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3404CA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89BD7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252E1E" w14:textId="77777777" w:rsidR="008A5B0A" w:rsidRDefault="0030048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03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  <w:p w14:paraId="6F6F54A7" w14:textId="372F66E1" w:rsidR="00300488" w:rsidRPr="00300488" w:rsidRDefault="00300488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04.05.2023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0F8ACC" w14:textId="77777777" w:rsidR="008A5B0A" w:rsidRPr="00C13306" w:rsidRDefault="007404BA">
            <w:pPr>
              <w:autoSpaceDE w:val="0"/>
              <w:autoSpaceDN w:val="0"/>
              <w:spacing w:before="78" w:after="0" w:line="247" w:lineRule="auto"/>
              <w:ind w:left="72" w:right="610"/>
              <w:jc w:val="both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логической конструкцией «Если …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,</w:t>
            </w:r>
            <w:proofErr w:type="gramEnd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то…».Верно или неверно: формулирование и проверка предложения;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4C7EF6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AF8ED1" w14:textId="77777777" w:rsidR="008A5B0A" w:rsidRDefault="007404BA">
            <w:pPr>
              <w:autoSpaceDE w:val="0"/>
              <w:autoSpaceDN w:val="0"/>
              <w:spacing w:before="78" w:after="0" w:line="245" w:lineRule="auto"/>
              <w:ind w:right="1008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 zadachi-po-geometrii-11-klass</w:t>
            </w:r>
          </w:p>
        </w:tc>
      </w:tr>
      <w:tr w:rsidR="008A5B0A" w14:paraId="4EF4A2BB" w14:textId="77777777">
        <w:trPr>
          <w:trHeight w:hRule="exact" w:val="10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41F089" w14:textId="77777777" w:rsidR="008A5B0A" w:rsidRDefault="007404BA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B58911" w14:textId="77777777" w:rsidR="008A5B0A" w:rsidRPr="00C13306" w:rsidRDefault="007404BA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Чтение таблицы (содержащей не более четырёх данных); извлечение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данного из  строки, столбца; внесение одного-двух данных в таблицу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582E17" w14:textId="6835D6BB" w:rsidR="008A5B0A" w:rsidRPr="006A024A" w:rsidRDefault="006A024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ECE4D2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133C89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8AD58E" w14:textId="77777777" w:rsidR="008A5B0A" w:rsidRDefault="00300488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05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570C2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  <w:p w14:paraId="1EF954CD" w14:textId="77777777" w:rsidR="00300488" w:rsidRDefault="00300488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</w:pPr>
          </w:p>
          <w:p w14:paraId="62060AFD" w14:textId="4770470E" w:rsidR="00300488" w:rsidRPr="00300488" w:rsidRDefault="00300488" w:rsidP="00300488">
            <w:pPr>
              <w:autoSpaceDE w:val="0"/>
              <w:autoSpaceDN w:val="0"/>
              <w:spacing w:before="76" w:after="0" w:line="233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09.05.2023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E08718" w14:textId="77777777" w:rsidR="008A5B0A" w:rsidRPr="00C13306" w:rsidRDefault="007404BA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наглядностью — рисунками, содержащими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AB6EDF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C941F9" w14:textId="77777777" w:rsidR="008A5B0A" w:rsidRDefault="007404BA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https://pptcloud.ru/matematika/zadacha-154492</w:t>
            </w:r>
          </w:p>
        </w:tc>
      </w:tr>
    </w:tbl>
    <w:p w14:paraId="1A13BF65" w14:textId="77777777" w:rsidR="008A5B0A" w:rsidRDefault="008A5B0A">
      <w:pPr>
        <w:autoSpaceDE w:val="0"/>
        <w:autoSpaceDN w:val="0"/>
        <w:spacing w:after="0" w:line="14" w:lineRule="exact"/>
      </w:pPr>
    </w:p>
    <w:p w14:paraId="02A248E8" w14:textId="77777777" w:rsidR="008A5B0A" w:rsidRDefault="008A5B0A">
      <w:pPr>
        <w:sectPr w:rsidR="008A5B0A">
          <w:pgSz w:w="16840" w:h="11900"/>
          <w:pgMar w:top="284" w:right="640" w:bottom="62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6D39D23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026"/>
        <w:gridCol w:w="528"/>
        <w:gridCol w:w="1106"/>
        <w:gridCol w:w="1140"/>
        <w:gridCol w:w="864"/>
        <w:gridCol w:w="4238"/>
        <w:gridCol w:w="1082"/>
        <w:gridCol w:w="3122"/>
      </w:tblGrid>
      <w:tr w:rsidR="008A5B0A" w14:paraId="0EA76021" w14:textId="77777777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400BAE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0CD305" w14:textId="77777777" w:rsidR="008A5B0A" w:rsidRPr="00C13306" w:rsidRDefault="007404BA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Чтение рисунка, схемы 1—2 числовыми данными (значениями данных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величин).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086B97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145499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FE5C22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214312" w14:textId="5210BAC6" w:rsidR="008A5B0A" w:rsidRDefault="0030048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10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12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16BE4A" w14:textId="77777777" w:rsidR="008A5B0A" w:rsidRPr="00C13306" w:rsidRDefault="007404BA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Ориентировка в книге, на странице учебника, использование изученных терминов для описания </w:t>
            </w:r>
            <w:proofErr w:type="spellStart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положениярисунка</w:t>
            </w:r>
            <w:proofErr w:type="spellEnd"/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числа, задания и пр. на странице, на листе бумаги;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8EF1ED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E3F128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https://pptcloud.ru/matematika/zadacha-154492</w:t>
            </w:r>
          </w:p>
        </w:tc>
      </w:tr>
      <w:tr w:rsidR="008A5B0A" w14:paraId="1C036CD5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1F883C" w14:textId="77777777" w:rsidR="008A5B0A" w:rsidRDefault="007404BA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6.7.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BA531E" w14:textId="77777777" w:rsidR="008A5B0A" w:rsidRPr="00C13306" w:rsidRDefault="007404BA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Выполнение 1—3-шаговых инструкций, связанных с вычислениями,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измерением длины, построением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геометрических фигур.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138044" w14:textId="1E5BED3A" w:rsidR="008A5B0A" w:rsidRPr="00346A02" w:rsidRDefault="0066318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C666D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624682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379F2D" w14:textId="4CE14180" w:rsidR="008A5B0A" w:rsidRDefault="0030048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16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19 .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7404B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.2023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E252CC" w14:textId="77777777" w:rsidR="008A5B0A" w:rsidRPr="00C13306" w:rsidRDefault="007404BA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наглядностью — рисунками, содержащими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8F2098" w14:textId="77777777" w:rsidR="008A5B0A" w:rsidRDefault="007404BA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241CE" w14:textId="77777777" w:rsidR="008A5B0A" w:rsidRDefault="007404BA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https://pptcloud.ru/matematika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/chetyrehugolniki-pryamougolnik-kvadrat-prezentatsiya-1-klass</w:t>
            </w:r>
          </w:p>
        </w:tc>
      </w:tr>
      <w:tr w:rsidR="008A5B0A" w14:paraId="1AC9D0F5" w14:textId="77777777">
        <w:trPr>
          <w:trHeight w:hRule="exact" w:val="350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72D78F" w14:textId="77777777" w:rsidR="008A5B0A" w:rsidRDefault="007404BA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45AEC" w14:textId="4E95316E" w:rsidR="008A5B0A" w:rsidRPr="007B4157" w:rsidRDefault="007B415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E0DEA3" w14:textId="00D94992" w:rsidR="008A5B0A" w:rsidRPr="00663181" w:rsidRDefault="00663181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</w:p>
        </w:tc>
      </w:tr>
      <w:tr w:rsidR="008A5B0A" w14:paraId="00B3FDC2" w14:textId="77777777">
        <w:trPr>
          <w:trHeight w:hRule="exact" w:val="348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21441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время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AFE5DF" w14:textId="6BDEE605" w:rsidR="008A5B0A" w:rsidRPr="00300488" w:rsidRDefault="00300488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300488">
              <w:rPr>
                <w:rFonts w:ascii="Times New Roman" w:eastAsia="Times New Roman" w:hAnsi="Times New Roman"/>
                <w:w w:val="97"/>
                <w:sz w:val="16"/>
                <w:lang w:val="ru-RU"/>
              </w:rPr>
              <w:t>0</w:t>
            </w:r>
          </w:p>
        </w:tc>
        <w:tc>
          <w:tcPr>
            <w:tcW w:w="11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1250D6" w14:textId="70AFF2EE" w:rsidR="008A5B0A" w:rsidRPr="00C55563" w:rsidRDefault="008A5B0A">
            <w:pPr>
              <w:rPr>
                <w:lang w:val="ru-RU"/>
              </w:rPr>
            </w:pPr>
          </w:p>
        </w:tc>
      </w:tr>
      <w:tr w:rsidR="008A5B0A" w14:paraId="4CF7BA58" w14:textId="77777777">
        <w:trPr>
          <w:trHeight w:hRule="exact" w:val="520"/>
        </w:trPr>
        <w:tc>
          <w:tcPr>
            <w:tcW w:w="3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1AB10E" w14:textId="77777777" w:rsidR="008A5B0A" w:rsidRPr="00C13306" w:rsidRDefault="007404BA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0714B1" w14:textId="7C2D73E7" w:rsidR="008A5B0A" w:rsidRPr="00300488" w:rsidRDefault="007404B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</w:t>
            </w:r>
            <w:r w:rsidR="004F2C6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1AEE5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F483B" w14:textId="77777777" w:rsidR="008A5B0A" w:rsidRDefault="007404B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93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D2CC62" w14:textId="77777777" w:rsidR="008A5B0A" w:rsidRDefault="008A5B0A"/>
        </w:tc>
      </w:tr>
    </w:tbl>
    <w:p w14:paraId="56B4ADA4" w14:textId="77777777" w:rsidR="008A5B0A" w:rsidRDefault="008A5B0A">
      <w:pPr>
        <w:autoSpaceDE w:val="0"/>
        <w:autoSpaceDN w:val="0"/>
        <w:spacing w:after="0" w:line="14" w:lineRule="exact"/>
      </w:pPr>
    </w:p>
    <w:p w14:paraId="6C764717" w14:textId="77777777" w:rsidR="008A5B0A" w:rsidRDefault="008A5B0A">
      <w:pPr>
        <w:sectPr w:rsidR="008A5B0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0922762" w14:textId="77777777" w:rsidR="008A5B0A" w:rsidRDefault="008A5B0A">
      <w:pPr>
        <w:autoSpaceDE w:val="0"/>
        <w:autoSpaceDN w:val="0"/>
        <w:spacing w:after="78" w:line="220" w:lineRule="exact"/>
      </w:pPr>
    </w:p>
    <w:p w14:paraId="51FD8EFA" w14:textId="77777777" w:rsidR="008A5B0A" w:rsidRDefault="007404BA">
      <w:pPr>
        <w:autoSpaceDE w:val="0"/>
        <w:autoSpaceDN w:val="0"/>
        <w:spacing w:after="312" w:line="230" w:lineRule="auto"/>
      </w:pPr>
      <w:r>
        <w:rPr>
          <w:rFonts w:ascii="Times New Roman" w:eastAsia="Times New Roman" w:hAnsi="Times New Roman"/>
          <w:b/>
          <w:color w:val="000000"/>
          <w:w w:val="101"/>
          <w:sz w:val="23"/>
        </w:rPr>
        <w:t>ПОУРОЧНОЕ ПЛАНИРОВАНИЕ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8A5B0A" w14:paraId="36632A0E" w14:textId="77777777">
        <w:trPr>
          <w:trHeight w:hRule="exact" w:val="478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62E564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п/п</w:t>
            </w:r>
          </w:p>
        </w:tc>
        <w:tc>
          <w:tcPr>
            <w:tcW w:w="3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06D543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урока</w:t>
            </w:r>
            <w:proofErr w:type="spellEnd"/>
          </w:p>
        </w:tc>
        <w:tc>
          <w:tcPr>
            <w:tcW w:w="39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30646D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часов</w:t>
            </w:r>
            <w:proofErr w:type="spellEnd"/>
          </w:p>
        </w:tc>
        <w:tc>
          <w:tcPr>
            <w:tcW w:w="1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897175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изучения</w:t>
            </w:r>
            <w:proofErr w:type="spellEnd"/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D25067" w14:textId="77777777" w:rsidR="008A5B0A" w:rsidRDefault="007404BA">
            <w:pPr>
              <w:autoSpaceDE w:val="0"/>
              <w:autoSpaceDN w:val="0"/>
              <w:spacing w:before="94" w:after="0" w:line="271" w:lineRule="auto"/>
              <w:ind w:left="70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контроля</w:t>
            </w:r>
            <w:proofErr w:type="spellEnd"/>
          </w:p>
        </w:tc>
      </w:tr>
      <w:tr w:rsidR="008A5B0A" w14:paraId="072CF22D" w14:textId="77777777">
        <w:trPr>
          <w:trHeight w:hRule="exact" w:val="80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1C20" w14:textId="77777777" w:rsidR="008A5B0A" w:rsidRDefault="008A5B0A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C493" w14:textId="77777777" w:rsidR="008A5B0A" w:rsidRDefault="008A5B0A"/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22A26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 xml:space="preserve">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C7B91D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работы</w:t>
            </w:r>
            <w:proofErr w:type="spellEnd"/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15680C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23"/>
              </w:rPr>
              <w:t>работы</w:t>
            </w:r>
            <w:proofErr w:type="spellEnd"/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7E62" w14:textId="77777777" w:rsidR="008A5B0A" w:rsidRDefault="008A5B0A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E5056" w14:textId="77777777" w:rsidR="008A5B0A" w:rsidRDefault="008A5B0A"/>
        </w:tc>
      </w:tr>
      <w:tr w:rsidR="008A5B0A" w14:paraId="1F706B0F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53506F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4192FC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Числа. Числа от 1 до 9: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различение, чтение, запись.</w:t>
            </w:r>
          </w:p>
          <w:p w14:paraId="3BB08D29" w14:textId="77777777" w:rsidR="008A5B0A" w:rsidRDefault="007404BA">
            <w:pPr>
              <w:autoSpaceDE w:val="0"/>
              <w:autoSpaceDN w:val="0"/>
              <w:spacing w:before="70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Число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цифра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243FE6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B44AE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931A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E2383F" w14:textId="234C18FF" w:rsidR="008A5B0A" w:rsidRPr="00F513C4" w:rsidRDefault="00F513C4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1.09.22.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94904B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6290F9D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C7E1D0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2EA75B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Числа. Числа от 1 до 9: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различение, чтение, запись.</w:t>
            </w:r>
          </w:p>
          <w:p w14:paraId="71D709C6" w14:textId="77777777" w:rsidR="008A5B0A" w:rsidRDefault="007404BA">
            <w:pPr>
              <w:autoSpaceDE w:val="0"/>
              <w:autoSpaceDN w:val="0"/>
              <w:spacing w:before="68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Число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цифра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EE83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3F666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48C19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373923" w14:textId="6B29BAF6" w:rsidR="008A5B0A" w:rsidRPr="00352306" w:rsidRDefault="00352306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97BC8C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AEC2088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48E231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1A1159" w14:textId="77777777" w:rsidR="008A5B0A" w:rsidRPr="00C13306" w:rsidRDefault="007404BA">
            <w:pPr>
              <w:autoSpaceDE w:val="0"/>
              <w:autoSpaceDN w:val="0"/>
              <w:spacing w:before="94" w:after="0" w:line="262" w:lineRule="auto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Числа. Числа от 1 до 9: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различение, чтение, запись.</w:t>
            </w:r>
          </w:p>
          <w:p w14:paraId="0E1848DF" w14:textId="77777777" w:rsidR="008A5B0A" w:rsidRDefault="007404BA">
            <w:pPr>
              <w:autoSpaceDE w:val="0"/>
              <w:autoSpaceDN w:val="0"/>
              <w:spacing w:before="68" w:after="0" w:line="233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Число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цифра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B04414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30A340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F3804E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8DF0B2" w14:textId="70A8C2D1" w:rsidR="008A5B0A" w:rsidRPr="00352306" w:rsidRDefault="00352306">
            <w:pPr>
              <w:autoSpaceDE w:val="0"/>
              <w:autoSpaceDN w:val="0"/>
              <w:spacing w:before="94" w:after="0" w:line="233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57DDFD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1DD6BEF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8D147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7182C2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Числа. Числа от 1 до 9: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различение, чтение, запись.</w:t>
            </w:r>
          </w:p>
          <w:p w14:paraId="1FB230E2" w14:textId="77777777" w:rsidR="008A5B0A" w:rsidRDefault="007404BA">
            <w:pPr>
              <w:autoSpaceDE w:val="0"/>
              <w:autoSpaceDN w:val="0"/>
              <w:spacing w:before="68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Число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цифра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0A10D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5C20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626FC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66CCDB" w14:textId="02F3C380" w:rsidR="008A5B0A" w:rsidRPr="00346A02" w:rsidRDefault="00346A0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7.09.22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CDC3CE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073F3562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828F35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BCC6DC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Числа. Числа от 1 до 9: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различение, чтение, запись.</w:t>
            </w:r>
          </w:p>
          <w:p w14:paraId="1A25C143" w14:textId="77777777" w:rsidR="008A5B0A" w:rsidRDefault="007404BA">
            <w:pPr>
              <w:autoSpaceDE w:val="0"/>
              <w:autoSpaceDN w:val="0"/>
              <w:spacing w:before="68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Число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цифра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73EAE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0859C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9967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E2547" w14:textId="551322C2" w:rsidR="008A5B0A" w:rsidRPr="00346A02" w:rsidRDefault="00346A0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A8EAA9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0ABA300B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EF97DE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A1DA04" w14:textId="77777777" w:rsidR="008A5B0A" w:rsidRPr="00C13306" w:rsidRDefault="007404BA">
            <w:pPr>
              <w:autoSpaceDE w:val="0"/>
              <w:autoSpaceDN w:val="0"/>
              <w:spacing w:before="94" w:after="0" w:line="262" w:lineRule="auto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Числа. Числа от 1 до 9: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различение, чтение, запись.</w:t>
            </w:r>
          </w:p>
          <w:p w14:paraId="2435B867" w14:textId="77777777" w:rsidR="008A5B0A" w:rsidRDefault="007404BA">
            <w:pPr>
              <w:autoSpaceDE w:val="0"/>
              <w:autoSpaceDN w:val="0"/>
              <w:spacing w:before="68" w:after="0" w:line="233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Число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цифра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EFFEF1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142DE2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30F1C4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B7F506" w14:textId="48F24FE1" w:rsidR="008A5B0A" w:rsidRPr="00346A02" w:rsidRDefault="00346A02">
            <w:pPr>
              <w:autoSpaceDE w:val="0"/>
              <w:autoSpaceDN w:val="0"/>
              <w:spacing w:before="94" w:after="0" w:line="233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9.09.22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3FC01F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FDD5918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D1D41D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C32644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Числа. Числа от 1 до 9: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различение, чтение, запись.</w:t>
            </w:r>
          </w:p>
          <w:p w14:paraId="309FCE5A" w14:textId="77777777" w:rsidR="008A5B0A" w:rsidRDefault="007404BA">
            <w:pPr>
              <w:autoSpaceDE w:val="0"/>
              <w:autoSpaceDN w:val="0"/>
              <w:spacing w:before="68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Число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цифра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BC2FC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80EFE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7F72D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647ADD" w14:textId="4B4D8E03" w:rsidR="008A5B0A" w:rsidRPr="00346A02" w:rsidRDefault="00346A0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13.09.22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CA604E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51FEFE7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AFAF81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ECD422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Числа. Числа от 1 до 9: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различение, чтение, запись.</w:t>
            </w:r>
          </w:p>
          <w:p w14:paraId="6F93083F" w14:textId="77777777" w:rsidR="008A5B0A" w:rsidRDefault="007404BA">
            <w:pPr>
              <w:autoSpaceDE w:val="0"/>
              <w:autoSpaceDN w:val="0"/>
              <w:spacing w:before="68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Число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цифра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8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B0484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D2B61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9FB35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B10D63" w14:textId="55C1669A" w:rsidR="008A5B0A" w:rsidRPr="00346A02" w:rsidRDefault="00346A0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14.09.22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5B92E9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0ADEE90F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43431D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729357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Числа. Числа от 1 до 9: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различение, чтение, запись.</w:t>
            </w:r>
          </w:p>
          <w:p w14:paraId="068B485A" w14:textId="77777777" w:rsidR="008A5B0A" w:rsidRDefault="007404BA">
            <w:pPr>
              <w:autoSpaceDE w:val="0"/>
              <w:autoSpaceDN w:val="0"/>
              <w:spacing w:before="68" w:after="0" w:line="233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Число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цифра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634CB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82957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ABFA2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A86571" w14:textId="625A195F" w:rsidR="008A5B0A" w:rsidRPr="00346A02" w:rsidRDefault="00346A0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15.09.22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48472A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26D5A00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9F9860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A56FFF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Числа. Числа от 1 до 9: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различение, чтение, запись.</w:t>
            </w:r>
          </w:p>
          <w:p w14:paraId="7AC64A4C" w14:textId="7C0C90B1" w:rsidR="008A5B0A" w:rsidRPr="00F513C4" w:rsidRDefault="00F513C4" w:rsidP="00314999">
            <w:pPr>
              <w:autoSpaceDE w:val="0"/>
              <w:autoSpaceDN w:val="0"/>
              <w:spacing w:before="6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Входная </w:t>
            </w:r>
            <w:r w:rsidR="00314999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проверочная работа.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D3C7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A4BE8E" w14:textId="520E9B61" w:rsidR="008A5B0A" w:rsidRPr="00314999" w:rsidRDefault="00314999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EF89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03C318" w14:textId="537105FA" w:rsidR="008A5B0A" w:rsidRPr="00346A02" w:rsidRDefault="00346A0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16.09.22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6074CA" w14:textId="02A5F562" w:rsidR="008A5B0A" w:rsidRPr="00314999" w:rsidRDefault="00314999" w:rsidP="00314999">
            <w:pPr>
              <w:autoSpaceDE w:val="0"/>
              <w:autoSpaceDN w:val="0"/>
              <w:spacing w:before="96" w:after="0" w:line="262" w:lineRule="auto"/>
              <w:ind w:right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Тестирование</w:t>
            </w:r>
          </w:p>
        </w:tc>
      </w:tr>
      <w:tr w:rsidR="008A5B0A" w14:paraId="620248CB" w14:textId="77777777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228C10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642863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Числа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Единица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счёта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Десяток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6E516D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36BF48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54EA39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AA67F8" w14:textId="10BBBF08" w:rsidR="008A5B0A" w:rsidRPr="00346A02" w:rsidRDefault="00346A02">
            <w:pPr>
              <w:autoSpaceDE w:val="0"/>
              <w:autoSpaceDN w:val="0"/>
              <w:spacing w:before="94" w:after="0" w:line="233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20.09.22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637812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E83B5DC" w14:textId="77777777">
        <w:trPr>
          <w:trHeight w:hRule="exact" w:val="7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AF7023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6DA0C4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100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Счёт предметов, запись результата цифрами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BD65E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FC366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C0BAB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C773C5" w14:textId="3CEFC8CD" w:rsidR="008A5B0A" w:rsidRPr="00346A02" w:rsidRDefault="00346A0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B10117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</w:tbl>
    <w:p w14:paraId="5DE47EFA" w14:textId="77777777" w:rsidR="008A5B0A" w:rsidRDefault="008A5B0A">
      <w:pPr>
        <w:autoSpaceDE w:val="0"/>
        <w:autoSpaceDN w:val="0"/>
        <w:spacing w:after="0" w:line="14" w:lineRule="exact"/>
      </w:pPr>
    </w:p>
    <w:p w14:paraId="21E836A8" w14:textId="77777777" w:rsidR="008A5B0A" w:rsidRDefault="008A5B0A">
      <w:pPr>
        <w:sectPr w:rsidR="008A5B0A">
          <w:pgSz w:w="11900" w:h="16840"/>
          <w:pgMar w:top="298" w:right="556" w:bottom="720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64858BD8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8A5B0A" w14:paraId="418DE679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52BBE0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FE7B7B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Числа. Порядковый номер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объекта при заданном порядке счёта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D4084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4F847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995A7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05887" w14:textId="353C09AA" w:rsidR="008A5B0A" w:rsidRPr="00346A02" w:rsidRDefault="00346A0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10FF5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3D7D16C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CF79D5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81E453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Сравнение чисел по количеству: больше, меньше, столько же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213F6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8A714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281A8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8EFBFF" w14:textId="2FC152D2" w:rsidR="008A5B0A" w:rsidRPr="00346A02" w:rsidRDefault="00346A0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23.09.22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6633A4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B703E46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8A1AF0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384906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Сравнение </w:t>
            </w:r>
            <w:proofErr w:type="spell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сравнение</w:t>
            </w:r>
            <w:proofErr w:type="spellEnd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групп предметов по количеству: больше, меньше, столько же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562AD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B76FA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4229F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509E3B" w14:textId="609C9BB7" w:rsidR="008A5B0A" w:rsidRPr="00346A02" w:rsidRDefault="00346A0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27.09.22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D30B95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CC7C1D7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1FA0A" w14:textId="77777777" w:rsidR="008A5B0A" w:rsidRDefault="007404BA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B24026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Число и цифра 0 при измерении, вычислении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53EEF0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022DB3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A014EE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FAD53" w14:textId="6483B882" w:rsidR="008A5B0A" w:rsidRPr="00346A02" w:rsidRDefault="00346A02">
            <w:pPr>
              <w:autoSpaceDE w:val="0"/>
              <w:autoSpaceDN w:val="0"/>
              <w:spacing w:before="96" w:after="0" w:line="233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28.09.22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B93233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63734E8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6443EC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8EA75F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Числа в пределах 20: чтение, запись, сравнение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7E46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C2AEE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BD433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C95B26" w14:textId="374FC147" w:rsidR="008A5B0A" w:rsidRPr="00346A02" w:rsidRDefault="00346A0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29.09.22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BA6812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ABEED3F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F59539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AAFF4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Однозначные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двузначные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числа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ED146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4C1C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FAF3F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6F250C" w14:textId="3E0FE488" w:rsidR="008A5B0A" w:rsidRPr="00346A02" w:rsidRDefault="00346A02">
            <w:pPr>
              <w:rPr>
                <w:lang w:val="ru-RU"/>
              </w:rPr>
            </w:pPr>
            <w:r>
              <w:rPr>
                <w:lang w:val="ru-RU"/>
              </w:rPr>
              <w:t>30.09.22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ED2C07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DCA085B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A06886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69FF7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Увеличение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C3A4E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A8B3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DB672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119A35" w14:textId="3286B71B" w:rsidR="008A5B0A" w:rsidRPr="00346A02" w:rsidRDefault="00346A02">
            <w:pPr>
              <w:rPr>
                <w:lang w:val="ru-RU"/>
              </w:rPr>
            </w:pPr>
            <w:r>
              <w:rPr>
                <w:lang w:val="ru-RU"/>
              </w:rPr>
              <w:t>4.10.22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55EF4C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5CD1274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F6B6B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20.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B8B1FA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Уменьшение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908FF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EF25B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87699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EA02CB" w14:textId="7E9810A5" w:rsidR="008A5B0A" w:rsidRPr="00346A02" w:rsidRDefault="00346A02">
            <w:pPr>
              <w:rPr>
                <w:lang w:val="ru-RU"/>
              </w:rPr>
            </w:pPr>
            <w:r>
              <w:rPr>
                <w:lang w:val="ru-RU"/>
              </w:rPr>
              <w:t>5.10.22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A1038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5DFB0B9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49CB5F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21.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0BF68C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Величины. Длина и её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измерение с помощью заданной мерки. Длиннее. Короче.</w:t>
            </w:r>
          </w:p>
          <w:p w14:paraId="06FE1614" w14:textId="77777777" w:rsidR="008A5B0A" w:rsidRPr="00C13306" w:rsidRDefault="007404BA">
            <w:pPr>
              <w:autoSpaceDE w:val="0"/>
              <w:autoSpaceDN w:val="0"/>
              <w:spacing w:before="68" w:after="0" w:line="230" w:lineRule="auto"/>
              <w:ind w:left="70"/>
              <w:rPr>
                <w:lang w:val="ru-RU"/>
              </w:rPr>
            </w:pP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Одинаковые</w:t>
            </w:r>
            <w:proofErr w:type="gramEnd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по длине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A1C01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53802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6963A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058E1" w14:textId="166BF26E" w:rsidR="008A5B0A" w:rsidRPr="00346A02" w:rsidRDefault="00346A02">
            <w:pPr>
              <w:rPr>
                <w:lang w:val="ru-RU"/>
              </w:rPr>
            </w:pPr>
            <w:r>
              <w:rPr>
                <w:lang w:val="ru-RU"/>
              </w:rPr>
              <w:t>6.10.22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FE8275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0E560A5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8B8A76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22.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BC83A" w14:textId="77777777" w:rsidR="008A5B0A" w:rsidRDefault="007404BA">
            <w:pPr>
              <w:autoSpaceDE w:val="0"/>
              <w:autoSpaceDN w:val="0"/>
              <w:spacing w:before="94" w:after="0" w:line="271" w:lineRule="auto"/>
              <w:ind w:left="70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Величины. Длина и её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измерение с помощью заданной мерки.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Сравнение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длин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отрезков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4D4079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F2EE9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A76906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74F6DA" w14:textId="3E06BED3" w:rsidR="008A5B0A" w:rsidRPr="00346A02" w:rsidRDefault="00346A02">
            <w:pPr>
              <w:rPr>
                <w:lang w:val="ru-RU"/>
              </w:rPr>
            </w:pPr>
            <w:r>
              <w:rPr>
                <w:lang w:val="ru-RU"/>
              </w:rPr>
              <w:t>7.10.22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2EE3C9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A8984D3" w14:textId="77777777">
        <w:trPr>
          <w:trHeight w:hRule="exact" w:val="17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B996D8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23.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DCD4CE" w14:textId="77777777" w:rsidR="008A5B0A" w:rsidRPr="00C13306" w:rsidRDefault="007404BA">
            <w:pPr>
              <w:autoSpaceDE w:val="0"/>
              <w:autoSpaceDN w:val="0"/>
              <w:spacing w:before="96" w:after="0" w:line="281" w:lineRule="auto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Величины. Сравнение без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измерения: выше — ниже, шире— 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уж</w:t>
            </w:r>
            <w:proofErr w:type="gramEnd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е, длиннее — короче,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старше — моложе, тяжелее —легче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DCB1B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B5D66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B05A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F55560" w14:textId="7C584DC9" w:rsidR="008A5B0A" w:rsidRPr="00346A02" w:rsidRDefault="00346A02">
            <w:pPr>
              <w:rPr>
                <w:lang w:val="ru-RU"/>
              </w:rPr>
            </w:pPr>
            <w:r>
              <w:rPr>
                <w:lang w:val="ru-RU"/>
              </w:rPr>
              <w:t>11.10.22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91F10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7174CB7" w14:textId="77777777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B96E96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24.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D46BD2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Единицы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длины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сантиметр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3956E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74F8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43D59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672933" w14:textId="2C1985BB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12.10.22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A46DDB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7207C21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E6E060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25.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A78D3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Единицы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длины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дециметр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3A081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591E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CC320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A8E75A" w14:textId="7456B676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13.10.22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C03E3D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1EC387A8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46F340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26.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EEC25B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Единицы длины: сантиметр, дециметр; установление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соотношения между ними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A2EA5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3BCF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74B7D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BD1C07" w14:textId="36EC5DED" w:rsidR="00DC73ED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14.10.22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E9147C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05BE45F2" w14:textId="77777777">
        <w:trPr>
          <w:trHeight w:hRule="exact" w:val="143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37EAC2" w14:textId="77777777" w:rsidR="008A5B0A" w:rsidRDefault="007404BA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27.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35ED31" w14:textId="77777777" w:rsidR="008A5B0A" w:rsidRPr="00C13306" w:rsidRDefault="007404BA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Арифметические действия.</w:t>
            </w:r>
          </w:p>
          <w:p w14:paraId="79D94D09" w14:textId="77777777" w:rsidR="008A5B0A" w:rsidRDefault="007404BA">
            <w:pPr>
              <w:autoSpaceDE w:val="0"/>
              <w:autoSpaceDN w:val="0"/>
              <w:spacing w:before="68" w:after="0" w:line="271" w:lineRule="auto"/>
              <w:ind w:left="70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Вычисления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□+ 1, □ – 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6D431D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B4784B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779709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E9FA2E" w14:textId="251302DC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18.10.22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2F7C3F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</w:tbl>
    <w:p w14:paraId="6F8E0C35" w14:textId="77777777" w:rsidR="008A5B0A" w:rsidRDefault="008A5B0A">
      <w:pPr>
        <w:autoSpaceDE w:val="0"/>
        <w:autoSpaceDN w:val="0"/>
        <w:spacing w:after="0" w:line="14" w:lineRule="exact"/>
      </w:pPr>
    </w:p>
    <w:p w14:paraId="37774F68" w14:textId="77777777" w:rsidR="008A5B0A" w:rsidRDefault="008A5B0A">
      <w:pPr>
        <w:sectPr w:rsidR="008A5B0A">
          <w:pgSz w:w="11900" w:h="16840"/>
          <w:pgMar w:top="284" w:right="556" w:bottom="288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772E0FE3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8A5B0A" w14:paraId="521F992A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245FC4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28.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7AB60C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Вычисления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□+ 2, □ – 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A6CE0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3A394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B36FA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CFD307" w14:textId="27E8431F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19.10.22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DFA090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C53A7B6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43CCD5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29.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15C26C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Вычисления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□+ 3, □ – 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0882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04B8C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319E8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9AB080" w14:textId="0749760A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20.10.22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71FF16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CDAE79D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55DE37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AA970" w14:textId="77777777" w:rsidR="008A5B0A" w:rsidRDefault="007404BA">
            <w:pPr>
              <w:autoSpaceDE w:val="0"/>
              <w:autoSpaceDN w:val="0"/>
              <w:spacing w:before="94" w:after="0" w:line="271" w:lineRule="auto"/>
              <w:ind w:left="70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Вычисления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□+ 4, □ – 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31623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F51E7F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9FC98C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03F0C7" w14:textId="3D9216CA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21.10.22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38D1F1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EC760B1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F43C71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BF7CB1" w14:textId="77777777" w:rsidR="008A5B0A" w:rsidRDefault="007404BA">
            <w:pPr>
              <w:autoSpaceDE w:val="0"/>
              <w:autoSpaceDN w:val="0"/>
              <w:spacing w:before="96" w:after="0"/>
              <w:ind w:left="70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□ + 5, □ + 6, □ + 7, □ +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1F4A4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712D3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E0128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34DCA6" w14:textId="456037A3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25.10.22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01D14E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0FBE4B0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D571D1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7C4128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6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DC7A6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50268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28E2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73BC0B" w14:textId="17477A24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26.10.22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01B7FB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E31422F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80F8E0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D8610C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7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0FE19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4F8FE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50E73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C2EF57" w14:textId="57472E49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27.10.22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64A596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194A9ABF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4E4FB" w14:textId="77777777" w:rsidR="008A5B0A" w:rsidRDefault="007404BA">
            <w:pPr>
              <w:autoSpaceDE w:val="0"/>
              <w:autoSpaceDN w:val="0"/>
              <w:spacing w:before="98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915E34" w14:textId="77777777" w:rsidR="008A5B0A" w:rsidRDefault="007404BA">
            <w:pPr>
              <w:autoSpaceDE w:val="0"/>
              <w:autoSpaceDN w:val="0"/>
              <w:spacing w:before="98" w:after="0" w:line="271" w:lineRule="auto"/>
              <w:ind w:left="70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Сложение и вычитание чисел в пределах 20.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8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D7D5BE" w14:textId="77777777" w:rsidR="008A5B0A" w:rsidRDefault="007404BA" w:rsidP="00C13306">
            <w:pPr>
              <w:autoSpaceDE w:val="0"/>
              <w:autoSpaceDN w:val="0"/>
              <w:spacing w:before="98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2FC699" w14:textId="77777777" w:rsidR="008A5B0A" w:rsidRDefault="007404BA" w:rsidP="00C13306">
            <w:pPr>
              <w:autoSpaceDE w:val="0"/>
              <w:autoSpaceDN w:val="0"/>
              <w:spacing w:before="98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E296B3" w14:textId="77777777" w:rsidR="008A5B0A" w:rsidRDefault="007404BA" w:rsidP="00C13306">
            <w:pPr>
              <w:autoSpaceDE w:val="0"/>
              <w:autoSpaceDN w:val="0"/>
              <w:spacing w:before="98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BC36EE" w14:textId="368CA2CF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28.10.22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9431E2" w14:textId="77777777" w:rsidR="008A5B0A" w:rsidRDefault="007404BA">
            <w:pPr>
              <w:autoSpaceDE w:val="0"/>
              <w:autoSpaceDN w:val="0"/>
              <w:spacing w:before="98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1A39A4F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1F5D96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563947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Сложение и вычитание чисел в пределах 20.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9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E0475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1C9EE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8F1C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FAAC5" w14:textId="67C6FD41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08.11.22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B714BE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0C23AB06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63A801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1305D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Сложение и вычитание чисел в пределах 20.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10–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193F5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EF6F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755B3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382B24" w14:textId="75CDDC46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9.11.22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BAA5E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7271B3B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64B49C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19DAF" w14:textId="77777777" w:rsidR="008A5B0A" w:rsidRPr="00C13306" w:rsidRDefault="007404BA">
            <w:pPr>
              <w:autoSpaceDE w:val="0"/>
              <w:autoSpaceDN w:val="0"/>
              <w:spacing w:before="94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Сложение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однозначных чисел с переходом через десяток вида □ + 2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BB3AAF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C72BEE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ED39EE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42BAA" w14:textId="3E95D681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10.11.22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9BE82F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9499B4D" w14:textId="77777777">
        <w:trPr>
          <w:trHeight w:hRule="exact" w:val="169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C7D33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6BF468" w14:textId="77777777" w:rsidR="008A5B0A" w:rsidRPr="00C13306" w:rsidRDefault="007404BA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Сложение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однозначных чисел с переходом через десяток вида □ + 3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8BFC5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5B94A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62B3B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9566A5" w14:textId="291329C8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11.11.22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8FA8C1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0BC05B8C" w14:textId="77777777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D7B2BC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F0C75E" w14:textId="77777777" w:rsidR="008A5B0A" w:rsidRPr="00C13306" w:rsidRDefault="007404BA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Сложение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однозначных чисел с переходом через десяток вида □ + 4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1D184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39E976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BE232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56FCAA" w14:textId="4CD1E6DB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15.11.22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27BE68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</w:tbl>
    <w:p w14:paraId="6D84D370" w14:textId="77777777" w:rsidR="008A5B0A" w:rsidRDefault="008A5B0A">
      <w:pPr>
        <w:autoSpaceDE w:val="0"/>
        <w:autoSpaceDN w:val="0"/>
        <w:spacing w:after="0" w:line="14" w:lineRule="exact"/>
      </w:pPr>
    </w:p>
    <w:p w14:paraId="1BB057C4" w14:textId="77777777" w:rsidR="008A5B0A" w:rsidRDefault="008A5B0A">
      <w:pPr>
        <w:sectPr w:rsidR="008A5B0A">
          <w:pgSz w:w="11900" w:h="16840"/>
          <w:pgMar w:top="284" w:right="556" w:bottom="562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5723B937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8A5B0A" w14:paraId="71660BB8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8569F8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40.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F13A7" w14:textId="77777777" w:rsidR="008A5B0A" w:rsidRPr="00C13306" w:rsidRDefault="007404BA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Сложение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однозначных чисел с переходом через десяток вида □ + 5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E1CF3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D7AA9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B7C6B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4DF607" w14:textId="26E9CA9D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16.11.22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E424D6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E6B87B0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DC73D9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41.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553C27" w14:textId="77777777" w:rsidR="008A5B0A" w:rsidRPr="00C13306" w:rsidRDefault="007404BA">
            <w:pPr>
              <w:autoSpaceDE w:val="0"/>
              <w:autoSpaceDN w:val="0"/>
              <w:spacing w:before="94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Сложение и вычитание чисел в пределах 20. Сложение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однозначных чисел с переходом через десяток вида □ + 6, □ + 7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F1626E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5A13FE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BDBED5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4EB6C4" w14:textId="367FF4CA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17.11.22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63853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9033C3F" w14:textId="77777777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416C57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42.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E613C2" w14:textId="77777777" w:rsidR="008A5B0A" w:rsidRPr="00C13306" w:rsidRDefault="007404BA">
            <w:pPr>
              <w:autoSpaceDE w:val="0"/>
              <w:autoSpaceDN w:val="0"/>
              <w:spacing w:before="94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Сложение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однозначных чисел с переходом через десяток вида □ + 8, □ + 9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90BE42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FE06F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B20944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A7B27" w14:textId="3F8489E8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18.11.22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34DFA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FC8AB19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2B2138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43.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A61D23" w14:textId="77777777" w:rsidR="008E3104" w:rsidRDefault="007404BA">
            <w:pPr>
              <w:autoSpaceDE w:val="0"/>
              <w:autoSpaceDN w:val="0"/>
              <w:spacing w:before="96" w:after="0"/>
              <w:ind w:left="70"/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Вычитание с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переходом через десяток вида </w:t>
            </w:r>
          </w:p>
          <w:p w14:paraId="28B89F9C" w14:textId="77777777" w:rsidR="008A5B0A" w:rsidRPr="00C13306" w:rsidRDefault="007404BA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11-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CFD99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C7A36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492E1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7A7609" w14:textId="20C30C4C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4D76A9">
              <w:rPr>
                <w:lang w:val="ru-RU"/>
              </w:rPr>
              <w:t>2</w:t>
            </w:r>
            <w:r>
              <w:rPr>
                <w:lang w:val="ru-RU"/>
              </w:rPr>
              <w:t>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0F01E6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17F74F27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58B00F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44.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66D7FD" w14:textId="77777777" w:rsidR="008E3104" w:rsidRDefault="007404BA">
            <w:pPr>
              <w:autoSpaceDE w:val="0"/>
              <w:autoSpaceDN w:val="0"/>
              <w:spacing w:before="96" w:after="0"/>
              <w:ind w:left="70"/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Вычитание с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переходом через десяток вида </w:t>
            </w:r>
          </w:p>
          <w:p w14:paraId="4578C2A7" w14:textId="77777777" w:rsidR="008A5B0A" w:rsidRPr="00C13306" w:rsidRDefault="007404BA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12-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D04DE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4A14A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06195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05EE12" w14:textId="35C1A791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4D76A9">
              <w:rPr>
                <w:lang w:val="ru-RU"/>
              </w:rPr>
              <w:t>3</w:t>
            </w:r>
            <w:r>
              <w:rPr>
                <w:lang w:val="ru-RU"/>
              </w:rPr>
              <w:t>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8B2AD8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7ACE36A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A444DE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45.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F2A6E2" w14:textId="77777777" w:rsidR="008E3104" w:rsidRDefault="007404BA">
            <w:pPr>
              <w:autoSpaceDE w:val="0"/>
              <w:autoSpaceDN w:val="0"/>
              <w:spacing w:before="96" w:after="0"/>
              <w:ind w:left="70"/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Вычитание с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переходом через десяток вида </w:t>
            </w:r>
          </w:p>
          <w:p w14:paraId="3CF8E25A" w14:textId="77777777" w:rsidR="008A5B0A" w:rsidRPr="00C13306" w:rsidRDefault="007404BA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13-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105DA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E5AA0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B8D0F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6832E" w14:textId="5DF70885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4D76A9">
              <w:rPr>
                <w:lang w:val="ru-RU"/>
              </w:rPr>
              <w:t>4</w:t>
            </w:r>
            <w:r>
              <w:rPr>
                <w:lang w:val="ru-RU"/>
              </w:rPr>
              <w:t>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534C90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512C2D7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9D2EB3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46.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57705" w14:textId="77777777" w:rsidR="008E3104" w:rsidRDefault="007404BA">
            <w:pPr>
              <w:autoSpaceDE w:val="0"/>
              <w:autoSpaceDN w:val="0"/>
              <w:spacing w:before="96" w:after="0"/>
              <w:ind w:left="70"/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Сложение и вычитание чисел в пределах 20. Вычитание с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переходом через десяток вида </w:t>
            </w:r>
          </w:p>
          <w:p w14:paraId="2583ED89" w14:textId="77777777" w:rsidR="008A5B0A" w:rsidRPr="00C13306" w:rsidRDefault="007404BA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14-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3C57D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02C05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9A101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82291" w14:textId="788AC685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4D76A9">
              <w:rPr>
                <w:lang w:val="ru-RU"/>
              </w:rPr>
              <w:t>5</w:t>
            </w:r>
            <w:r>
              <w:rPr>
                <w:lang w:val="ru-RU"/>
              </w:rPr>
              <w:t>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02D0D9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B96FF74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979D0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47.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2F3E1" w14:textId="77777777" w:rsidR="008E3104" w:rsidRDefault="007404BA">
            <w:pPr>
              <w:autoSpaceDE w:val="0"/>
              <w:autoSpaceDN w:val="0"/>
              <w:spacing w:before="96" w:after="0"/>
              <w:ind w:left="70"/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Сложение и вычитание чисел в пределах 20. Вычитание с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переходом через десяток вида </w:t>
            </w:r>
          </w:p>
          <w:p w14:paraId="6862FE57" w14:textId="77777777" w:rsidR="008A5B0A" w:rsidRPr="00C13306" w:rsidRDefault="007404BA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15-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C4365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6535D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CF669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9EFDB3" w14:textId="2D01A6E4" w:rsidR="008A5B0A" w:rsidRPr="00DC73ED" w:rsidRDefault="00DC73ED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4D76A9">
              <w:rPr>
                <w:lang w:val="ru-RU"/>
              </w:rPr>
              <w:t>9</w:t>
            </w:r>
            <w:r>
              <w:rPr>
                <w:lang w:val="ru-RU"/>
              </w:rPr>
              <w:t>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77B63C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E87BE0C" w14:textId="77777777">
        <w:trPr>
          <w:trHeight w:hRule="exact" w:val="157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D2CF19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48.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5FB045" w14:textId="77777777" w:rsidR="008E3104" w:rsidRDefault="007404BA">
            <w:pPr>
              <w:autoSpaceDE w:val="0"/>
              <w:autoSpaceDN w:val="0"/>
              <w:spacing w:before="94" w:after="0"/>
              <w:ind w:left="70"/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Вычитание с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переходом через десяток вида </w:t>
            </w:r>
          </w:p>
          <w:p w14:paraId="15FA3E21" w14:textId="77777777" w:rsidR="008A5B0A" w:rsidRPr="00C13306" w:rsidRDefault="007404BA">
            <w:pPr>
              <w:autoSpaceDE w:val="0"/>
              <w:autoSpaceDN w:val="0"/>
              <w:spacing w:before="94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16-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E4397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3DC42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85B91A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1AEE38" w14:textId="4BBD63F6" w:rsidR="008A5B0A" w:rsidRPr="00DC73ED" w:rsidRDefault="004D76A9">
            <w:pPr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DC73ED">
              <w:rPr>
                <w:lang w:val="ru-RU"/>
              </w:rPr>
              <w:t>.11.22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3190AA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CE40234" w14:textId="77777777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92A89A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49.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5AF868" w14:textId="77777777" w:rsidR="008E3104" w:rsidRDefault="007404BA">
            <w:pPr>
              <w:autoSpaceDE w:val="0"/>
              <w:autoSpaceDN w:val="0"/>
              <w:spacing w:before="96" w:after="0"/>
              <w:ind w:left="70"/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и вычитание чисел в пределах 20. Вычитание с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переходом через десяток вида </w:t>
            </w:r>
          </w:p>
          <w:p w14:paraId="65F88D2A" w14:textId="77777777" w:rsidR="008A5B0A" w:rsidRPr="00C13306" w:rsidRDefault="007404BA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17- □, 18 -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4C66D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1307A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1848B6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AA41CF" w14:textId="44BE1BD2" w:rsidR="008A5B0A" w:rsidRPr="00DC73ED" w:rsidRDefault="004D76A9">
            <w:pPr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DC73ED">
              <w:rPr>
                <w:lang w:val="ru-RU"/>
              </w:rPr>
              <w:t>.1</w:t>
            </w:r>
            <w:r>
              <w:rPr>
                <w:lang w:val="ru-RU"/>
              </w:rPr>
              <w:t>2</w:t>
            </w:r>
            <w:r w:rsidR="00DC73ED">
              <w:rPr>
                <w:lang w:val="ru-RU"/>
              </w:rPr>
              <w:t>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AB9E48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</w:tbl>
    <w:p w14:paraId="62355AC2" w14:textId="77777777" w:rsidR="008A5B0A" w:rsidRDefault="008A5B0A">
      <w:pPr>
        <w:autoSpaceDE w:val="0"/>
        <w:autoSpaceDN w:val="0"/>
        <w:spacing w:after="0" w:line="14" w:lineRule="exact"/>
      </w:pPr>
    </w:p>
    <w:p w14:paraId="33E7A476" w14:textId="77777777" w:rsidR="008A5B0A" w:rsidRDefault="008A5B0A">
      <w:pPr>
        <w:sectPr w:rsidR="008A5B0A">
          <w:pgSz w:w="11900" w:h="16840"/>
          <w:pgMar w:top="284" w:right="556" w:bottom="772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589D107E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8A5B0A" w14:paraId="1BD93936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8E9282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50.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974BD0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Названия компонентов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действий, результатов действия сложения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44221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DC705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DDAD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508CBF" w14:textId="37AAE49A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02.12.22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448CA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48A50F8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749F8F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51.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1A3413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Названия компонентов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действий, результатов действия вычитания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C91F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87D0F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68B50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F69055" w14:textId="75845C27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6.12.22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0BFA34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1EF8A1B5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0F6C9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52.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85BCD" w14:textId="77777777" w:rsidR="008A5B0A" w:rsidRPr="00C13306" w:rsidRDefault="007404BA">
            <w:pPr>
              <w:autoSpaceDE w:val="0"/>
              <w:autoSpaceDN w:val="0"/>
              <w:spacing w:before="94" w:after="0" w:line="271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Названия компонентов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действий, результатов действий сложения и вычитания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6BF0F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C7864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837B47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1D42D0" w14:textId="638F8BDF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7.12.22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8EE3E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D2F966E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6066DC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53.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56D20C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Таблица сложения. Таблица сложения чисел в пределах 10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C5052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6481F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DB9D7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343D1C" w14:textId="7986C803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8.12.22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19506F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1865537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AAC736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54.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A946DF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Таблица сложения. Таблица сложения чисел в пределах 20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10B43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DDE48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955E1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46AD81" w14:textId="1907F6C7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9.12.22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B2D52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94616ED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80022F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55.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E0B1CC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432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Переместительное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свойство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сложения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11A82A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6D30EB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A8329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8682EE" w14:textId="4492EDBA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13.12.22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599F6E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93FE468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EA6561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56.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400790" w14:textId="77777777" w:rsidR="008A5B0A" w:rsidRPr="00C13306" w:rsidRDefault="007404BA">
            <w:pPr>
              <w:autoSpaceDE w:val="0"/>
              <w:autoSpaceDN w:val="0"/>
              <w:spacing w:before="94" w:after="0" w:line="262" w:lineRule="auto"/>
              <w:ind w:left="70" w:right="72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6F0A89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F400D6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D0EE22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4C4068" w14:textId="16FA9841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14.12.22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4F9625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CD544E8" w14:textId="77777777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2A3C5A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57.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A28FA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Неизвестное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слагаемое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E2E85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F7620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78E1B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7F948" w14:textId="3EDA8A0F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15.12.22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A303CA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9ABA1D9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C16107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58.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B44733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100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одинаковых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слагаемых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1C3A8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FE466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E0A75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80124A" w14:textId="361DA69A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16.12.22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4A8A61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25B3B1B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6CF059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59.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4D8377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Счёт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2,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3,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B92CE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FC1DA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0ADFB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3665D2" w14:textId="10C1FF97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20.12.22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ED1569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3F6F831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74C1A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60.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2F84B8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Прибавление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нуля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0369A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F9DBB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F4C4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CF2F18" w14:textId="0442AFE0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21.12.22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4E6EA0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984AA1F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9C6A9B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61.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B2B16B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 w:right="288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Сложение чисел без перехода через десяток.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Обобщение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систематизация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знаний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4D5266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5F0EE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CBE42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C6808" w14:textId="63BA952D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22.12.22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300034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B2A81B7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F624C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62.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EABAD4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 w:right="288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Вычитание чисел без перехода через десяток.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Обобщение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систематизация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знаний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0E19D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029AE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FE9B7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9EF992" w14:textId="2605E3E5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23.12.22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D951F8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1E8F05E8" w14:textId="77777777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BF3587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63.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5532F" w14:textId="77777777" w:rsidR="008A5B0A" w:rsidRPr="00C13306" w:rsidRDefault="007404BA">
            <w:pPr>
              <w:autoSpaceDE w:val="0"/>
              <w:autoSpaceDN w:val="0"/>
              <w:spacing w:before="94" w:after="0"/>
              <w:ind w:left="70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Сложение чисел с переходом через десяток. Общий приём сложения с переходом через десяток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05156E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13F141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B31B8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4F10EB" w14:textId="16FE44FD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27.12.22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49069A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3CDFBC6" w14:textId="77777777">
        <w:trPr>
          <w:trHeight w:hRule="exact" w:val="1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26574" w14:textId="77777777" w:rsidR="008A5B0A" w:rsidRDefault="007404BA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64.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5AFA9E" w14:textId="77777777" w:rsidR="008A5B0A" w:rsidRPr="008E3104" w:rsidRDefault="007404BA">
            <w:pPr>
              <w:autoSpaceDE w:val="0"/>
              <w:autoSpaceDN w:val="0"/>
              <w:spacing w:before="96" w:after="0" w:line="271" w:lineRule="auto"/>
              <w:ind w:left="70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Сложение чисел с переходом через десяток. </w:t>
            </w:r>
            <w:proofErr w:type="spellStart"/>
            <w:proofErr w:type="gramStart"/>
            <w:r w:rsidR="008E3104"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Обобщение</w:t>
            </w:r>
            <w:proofErr w:type="spellEnd"/>
            <w:r w:rsidR="008E3104"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знаний</w:t>
            </w:r>
            <w:proofErr w:type="spellEnd"/>
            <w:proofErr w:type="gramEnd"/>
            <w:r w:rsid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D5365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8514EB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80634D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6E31FA" w14:textId="7746D9CB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28.12.22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8015B9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</w:tbl>
    <w:p w14:paraId="7040C327" w14:textId="77777777" w:rsidR="008A5B0A" w:rsidRDefault="008A5B0A">
      <w:pPr>
        <w:autoSpaceDE w:val="0"/>
        <w:autoSpaceDN w:val="0"/>
        <w:spacing w:after="0" w:line="14" w:lineRule="exact"/>
      </w:pPr>
    </w:p>
    <w:p w14:paraId="7F8BA267" w14:textId="77777777" w:rsidR="008A5B0A" w:rsidRDefault="008A5B0A">
      <w:pPr>
        <w:sectPr w:rsidR="008A5B0A">
          <w:pgSz w:w="11900" w:h="16840"/>
          <w:pgMar w:top="284" w:right="556" w:bottom="778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2AE257B5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8A5B0A" w14:paraId="4B4F123A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4B9232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65.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46108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 w:right="144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Вычитание чисел с переходом через десяток. </w:t>
            </w:r>
            <w:proofErr w:type="spellStart"/>
            <w:r w:rsidR="008E3104"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Обобщение</w:t>
            </w:r>
            <w:proofErr w:type="spellEnd"/>
            <w:r w:rsidR="008E3104"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знаний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7B33B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7BDC1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6DAF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FBC8CB" w14:textId="5E1B2A0F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29.12.22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52E605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DEA9AC5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7B0EB1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66.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EF6B0E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Текстовые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задачи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Текстовая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задача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AA7E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7AB5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B44C4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DFBB7A" w14:textId="26079429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11.01.23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281641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AD91E2D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406BA2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67.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6DE744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Текстовые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задачи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Текстовая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задача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4DE52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5C237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CA5FF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D002E9" w14:textId="601C5A53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12.01.23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0C745D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BCC8FF6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679113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68.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352885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604D0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7725A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EBA4D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20E3DE" w14:textId="7B3F73A4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13.01.32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D281DB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025A4938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BBD5A9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69.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00B9FE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Выбор и запись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арифметического действия для получения ответа на вопрос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C1A0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AEF60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20431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BA3161" w14:textId="767266DC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17.01.23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052B49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5BDCC4A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79793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70.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3EBF05" w14:textId="77777777" w:rsidR="008A5B0A" w:rsidRDefault="007404BA">
            <w:pPr>
              <w:autoSpaceDE w:val="0"/>
              <w:autoSpaceDN w:val="0"/>
              <w:spacing w:before="94" w:after="0"/>
              <w:ind w:left="70" w:right="144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Задачи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нахождение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суммы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32DA6A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F1E5CE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09ECBF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CC3E38" w14:textId="59E90BA6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18.01.23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BB43A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0A6CE65E" w14:textId="77777777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532E11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71.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B0D54" w14:textId="77777777" w:rsidR="008A5B0A" w:rsidRDefault="007404BA">
            <w:pPr>
              <w:autoSpaceDE w:val="0"/>
              <w:autoSpaceDN w:val="0"/>
              <w:spacing w:before="94" w:after="0"/>
              <w:ind w:left="70" w:right="144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Задачи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нахождение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остатка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DB3079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DF6D71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767FF0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16E5A4" w14:textId="6C0E2B84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19.01.23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749B0B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A64F274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CE50E2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72.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1B270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100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Задачи на увеличение (уменьшение)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273F5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5BF7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7F811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890E8D" w14:textId="32B8BBAA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20.01.23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0008F9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72B1C1B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B6163F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73.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803B03" w14:textId="77777777" w:rsidR="008A5B0A" w:rsidRPr="00C13306" w:rsidRDefault="007404BA">
            <w:pPr>
              <w:autoSpaceDE w:val="0"/>
              <w:autoSpaceDN w:val="0"/>
              <w:spacing w:before="94" w:after="0" w:line="262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Задачи на увеличение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64D0E8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F4700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438214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1D9C9" w14:textId="6236BC5B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24.01.23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CC76A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0FC32166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E1EF2E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74.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A19A77" w14:textId="77777777" w:rsidR="008A5B0A" w:rsidRPr="00C13306" w:rsidRDefault="007404BA">
            <w:pPr>
              <w:autoSpaceDE w:val="0"/>
              <w:autoSpaceDN w:val="0"/>
              <w:spacing w:before="94" w:after="0" w:line="262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Задачи на уменьшение числа на несколько единиц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AFB082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132693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B837C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FFAB8" w14:textId="5145EF80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25.01.23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325A67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451601B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E502D2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75.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AA180B" w14:textId="77777777" w:rsidR="008A5B0A" w:rsidRPr="00C13306" w:rsidRDefault="007404BA">
            <w:pPr>
              <w:autoSpaceDE w:val="0"/>
              <w:autoSpaceDN w:val="0"/>
              <w:spacing w:before="94" w:after="0" w:line="262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Задачи на разностное сравнение чисел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692B19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A73466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92107D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8F404E" w14:textId="6DC3962B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26.01.23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2F9AE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00A0FDC" w14:textId="77777777">
        <w:trPr>
          <w:trHeight w:hRule="exact" w:val="11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E0A1C1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76.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AA60ED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100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Задачи на нахождение неизвестного первого слагаемого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55289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02B6B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287B7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5A780" w14:textId="1A61B78F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27.01.23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C7AB78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448C70D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0F28BD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77.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9AAEE2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100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Задачи на нахождение неизвестного второго слагаемого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33CDE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6DBF9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5B42E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22129A" w14:textId="55838FBF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31.01.23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305564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05D0BEA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0922E1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78.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8BCD9C" w14:textId="77777777" w:rsidR="008A5B0A" w:rsidRPr="00C13306" w:rsidRDefault="007404BA">
            <w:pPr>
              <w:autoSpaceDE w:val="0"/>
              <w:autoSpaceDN w:val="0"/>
              <w:spacing w:before="94" w:after="0" w:line="262" w:lineRule="auto"/>
              <w:ind w:left="70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Задачи на нахождение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неизвестного уменьшаемого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5B922C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0353D0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B32462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87AAEF" w14:textId="4AD31659" w:rsidR="008A5B0A" w:rsidRPr="004D76A9" w:rsidRDefault="004D76A9">
            <w:pPr>
              <w:rPr>
                <w:lang w:val="ru-RU"/>
              </w:rPr>
            </w:pPr>
            <w:r>
              <w:rPr>
                <w:lang w:val="ru-RU"/>
              </w:rPr>
              <w:t>1.02.23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53273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BE7B64A" w14:textId="77777777">
        <w:trPr>
          <w:trHeight w:hRule="exact" w:val="7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9EFB4E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79.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1BBD5F" w14:textId="77777777" w:rsidR="008A5B0A" w:rsidRPr="00C13306" w:rsidRDefault="007404BA">
            <w:pPr>
              <w:autoSpaceDE w:val="0"/>
              <w:autoSpaceDN w:val="0"/>
              <w:spacing w:before="94" w:after="0" w:line="262" w:lineRule="auto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Задачи на нахождение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неизвестного вычитаемого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3CBDC7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495416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2B8CD6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C6B41A" w14:textId="03921794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2.02.23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F8126D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</w:tbl>
    <w:p w14:paraId="634914CA" w14:textId="77777777" w:rsidR="008A5B0A" w:rsidRDefault="008A5B0A">
      <w:pPr>
        <w:autoSpaceDE w:val="0"/>
        <w:autoSpaceDN w:val="0"/>
        <w:spacing w:after="0" w:line="14" w:lineRule="exact"/>
      </w:pPr>
    </w:p>
    <w:p w14:paraId="05AF7668" w14:textId="77777777" w:rsidR="008A5B0A" w:rsidRDefault="008A5B0A">
      <w:pPr>
        <w:sectPr w:rsidR="008A5B0A">
          <w:pgSz w:w="11900" w:h="16840"/>
          <w:pgMar w:top="284" w:right="556" w:bottom="440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375E3246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8A5B0A" w14:paraId="52AB1936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BB6DA3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80.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69E79F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Модели задач: краткая запись, рисунок, схема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E79DB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9994D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EF305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ED466" w14:textId="48BFA010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3.02.23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C70F84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A82B9BF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F319CB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81.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3126CF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Обнаружение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недостающего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элемента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задачи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AAB788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4F9847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919449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F2B314" w14:textId="0819A305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7.02.23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CCBD31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7F7B1EB" w14:textId="77777777">
        <w:trPr>
          <w:trHeight w:hRule="exact" w:val="2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1CB006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82.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99B5A4" w14:textId="77777777" w:rsidR="008A5B0A" w:rsidRPr="00C13306" w:rsidRDefault="007404BA">
            <w:pPr>
              <w:autoSpaceDE w:val="0"/>
              <w:autoSpaceDN w:val="0"/>
              <w:spacing w:before="94" w:after="0" w:line="262" w:lineRule="auto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Пространственные отношения и геометрические фигуры.</w:t>
            </w:r>
          </w:p>
          <w:p w14:paraId="72DA17C9" w14:textId="77777777" w:rsidR="008A5B0A" w:rsidRPr="00C13306" w:rsidRDefault="007404BA">
            <w:pPr>
              <w:autoSpaceDE w:val="0"/>
              <w:autoSpaceDN w:val="0"/>
              <w:spacing w:before="68" w:after="0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Расположение предметов и объектов на плоскости, в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пространстве: слева/справа, сверху/снизу, 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между</w:t>
            </w:r>
            <w:proofErr w:type="gram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CF779A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2C12E8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DE1E74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432F9D" w14:textId="1FAC45C8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8.02.23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69465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3D84F1F" w14:textId="77777777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16C4C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83.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5476FA" w14:textId="77777777" w:rsidR="008A5B0A" w:rsidRPr="00C13306" w:rsidRDefault="007404BA">
            <w:pPr>
              <w:autoSpaceDE w:val="0"/>
              <w:autoSpaceDN w:val="0"/>
              <w:spacing w:before="96" w:after="0"/>
              <w:ind w:left="70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Расположение предметов и объектов на плоскости, в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пространстве: установление пространственных отношений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6526B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8B28C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A81C2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4CF769" w14:textId="477B1E39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9.02.23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C38B4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6655619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602A29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84.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3E2ED3" w14:textId="77777777" w:rsidR="008A5B0A" w:rsidRPr="00C13306" w:rsidRDefault="007404BA">
            <w:pPr>
              <w:autoSpaceDE w:val="0"/>
              <w:autoSpaceDN w:val="0"/>
              <w:spacing w:before="96" w:after="0"/>
              <w:ind w:left="70" w:right="576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Расположение предметов и объектов на плоскости, в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пространстве: слева/справа, сверху/снизу, 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между</w:t>
            </w:r>
            <w:proofErr w:type="gram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73CE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07509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AC7EF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F7ABD" w14:textId="0F861296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10.02.23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645031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47CED31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4BEF2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85.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3E16CB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 w:right="576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Расположение предметов и объектов на плоскости, в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пространстве:  внутри.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Вне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.</w:t>
            </w:r>
          </w:p>
          <w:p w14:paraId="7FFD2B28" w14:textId="77777777" w:rsidR="008A5B0A" w:rsidRDefault="007404BA">
            <w:pPr>
              <w:autoSpaceDE w:val="0"/>
              <w:autoSpaceDN w:val="0"/>
              <w:spacing w:before="68" w:after="0" w:line="233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Между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6D8D5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D39A5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D5F39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EEFA32" w14:textId="368DED40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21.02.23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00F9D4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DCB51C5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A44CF6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86.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29633D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Распознавание объекта и его отражения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D10E4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1C871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74F0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F98EF" w14:textId="3621E9D9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22.02.23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AEE0E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43ED7A60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0CE5BC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87.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D617D2" w14:textId="77777777" w:rsidR="008A5B0A" w:rsidRPr="00C13306" w:rsidRDefault="007404BA">
            <w:pPr>
              <w:autoSpaceDE w:val="0"/>
              <w:autoSpaceDN w:val="0"/>
              <w:spacing w:before="96" w:after="0"/>
              <w:ind w:left="70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Круг, треугольник,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прямоугольник, </w:t>
            </w:r>
            <w:r w:rsidRPr="00C13306">
              <w:rPr>
                <w:lang w:val="ru-RU"/>
              </w:rPr>
              <w:br/>
            </w:r>
            <w:proofErr w:type="spell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отрезок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.Р</w:t>
            </w:r>
            <w:proofErr w:type="gramEnd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аспознавание</w:t>
            </w:r>
            <w:proofErr w:type="spellEnd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фигур: куба, шара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5C817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DEC80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ADB28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A6CA7E" w14:textId="1C6DA292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23.02.23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B341BB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6E6936B" w14:textId="77777777">
        <w:trPr>
          <w:trHeight w:hRule="exact" w:val="147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7C8DBE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88.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5675D6" w14:textId="77777777" w:rsidR="008A5B0A" w:rsidRPr="00C13306" w:rsidRDefault="007404BA">
            <w:pPr>
              <w:autoSpaceDE w:val="0"/>
              <w:autoSpaceDN w:val="0"/>
              <w:spacing w:before="94" w:after="0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Распознавание круга,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треугольника, </w:t>
            </w:r>
            <w:r w:rsidRPr="00C13306">
              <w:rPr>
                <w:lang w:val="ru-RU"/>
              </w:rPr>
              <w:br/>
            </w:r>
            <w:proofErr w:type="spell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прямоугольника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,о</w:t>
            </w:r>
            <w:proofErr w:type="gramEnd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трезка,круга</w:t>
            </w:r>
            <w:proofErr w:type="spellEnd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, треугольника, прямоугольника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F354FA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FEA8A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A5834E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AB12A3" w14:textId="60B100F8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24.02.23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F6E61B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A2FD706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B24237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89.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329B8" w14:textId="77777777" w:rsidR="008A5B0A" w:rsidRPr="00C13306" w:rsidRDefault="007404BA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Распознавание круга,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треугольника, </w:t>
            </w:r>
            <w:r w:rsidRPr="00C13306">
              <w:rPr>
                <w:lang w:val="ru-RU"/>
              </w:rPr>
              <w:br/>
            </w:r>
            <w:proofErr w:type="spell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прямоугольника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,о</w:t>
            </w:r>
            <w:proofErr w:type="gramEnd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трезка,прямой</w:t>
            </w:r>
            <w:proofErr w:type="spellEnd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, отрезка, точки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846DB6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7187E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76956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4DB7DA" w14:textId="02889139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28.02.23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930B93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4421178" w14:textId="77777777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58EC1B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90.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668314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Изображение прямоугольника, квадрата, треугольника.</w:t>
            </w:r>
          </w:p>
          <w:p w14:paraId="45BF63BE" w14:textId="77777777" w:rsidR="008A5B0A" w:rsidRPr="00C13306" w:rsidRDefault="007404BA">
            <w:pPr>
              <w:autoSpaceDE w:val="0"/>
              <w:autoSpaceDN w:val="0"/>
              <w:spacing w:before="68" w:after="0" w:line="262" w:lineRule="auto"/>
              <w:ind w:left="70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Изображение геометрических фигур "от руки"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6242D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AA411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0D2A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EEE1DB" w14:textId="32E1218A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1.03.23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5B7270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</w:tbl>
    <w:p w14:paraId="25A5202E" w14:textId="77777777" w:rsidR="008A5B0A" w:rsidRDefault="008A5B0A">
      <w:pPr>
        <w:autoSpaceDE w:val="0"/>
        <w:autoSpaceDN w:val="0"/>
        <w:spacing w:after="0" w:line="14" w:lineRule="exact"/>
      </w:pPr>
    </w:p>
    <w:p w14:paraId="4AD05AA7" w14:textId="77777777" w:rsidR="008A5B0A" w:rsidRDefault="008A5B0A">
      <w:pPr>
        <w:sectPr w:rsidR="008A5B0A">
          <w:pgSz w:w="11900" w:h="16840"/>
          <w:pgMar w:top="284" w:right="556" w:bottom="750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36329F9F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8A5B0A" w14:paraId="42569203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226044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91.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3F1CF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 w:right="144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Построение отрезка, квадрата, треугольника с помощью </w:t>
            </w:r>
            <w:r w:rsidRPr="00C13306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линейки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F07BA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C3727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0BABD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CD2DC" w14:textId="3145031F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2.03.23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2201B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A18484D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2C4DA4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92.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AB4A2B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 w:right="288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Построение отрезка, квадрата, треугольника с помощью </w:t>
            </w:r>
            <w:r w:rsidRPr="00C13306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линейки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.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49394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28051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58B73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7ACF03" w14:textId="5A889797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3.03.23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64B248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B3CDB70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9A8B22" w14:textId="77777777" w:rsidR="008A5B0A" w:rsidRDefault="007404BA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93.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D89D65" w14:textId="77777777" w:rsidR="008A5B0A" w:rsidRDefault="007404BA">
            <w:pPr>
              <w:autoSpaceDE w:val="0"/>
              <w:autoSpaceDN w:val="0"/>
              <w:spacing w:before="94" w:after="0" w:line="271" w:lineRule="auto"/>
              <w:ind w:left="70" w:right="288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Построение отрезка, квадрата, треугольника с помощью </w:t>
            </w:r>
            <w:r w:rsidRPr="00C13306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линейки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.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1B2A3F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3084C9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62DAF3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768480" w14:textId="578EBFCF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7.03.23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C615BD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14F7489A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BB211E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94.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F2560A" w14:textId="77777777" w:rsidR="008A5B0A" w:rsidRDefault="007404BA">
            <w:pPr>
              <w:autoSpaceDE w:val="0"/>
              <w:autoSpaceDN w:val="0"/>
              <w:spacing w:before="96" w:after="0" w:line="271" w:lineRule="auto"/>
              <w:ind w:left="70" w:right="144"/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Построение отрезка, квадрата, треугольника с помощью </w:t>
            </w:r>
            <w:r w:rsidRPr="00C13306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линейки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B84D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830ED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DCD12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19658" w14:textId="4D167D5B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8.03.23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01967E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11B142A3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A8F3D7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95.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9F6C48" w14:textId="77777777" w:rsidR="008A5B0A" w:rsidRPr="00C13306" w:rsidRDefault="007404BA">
            <w:pPr>
              <w:autoSpaceDE w:val="0"/>
              <w:autoSpaceDN w:val="0"/>
              <w:spacing w:before="96" w:after="0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Изображение с использованием линейки: многоугольника,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треугольника, прямоугольника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,</w:t>
            </w:r>
            <w:proofErr w:type="gramEnd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прямой, отрезка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9AC4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23A48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6C468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DAA7AC" w14:textId="1578FD62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9.03.23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5F4A45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1D185DB4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562D92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96.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F2961" w14:textId="77777777" w:rsidR="008A5B0A" w:rsidRPr="00C13306" w:rsidRDefault="007404BA">
            <w:pPr>
              <w:autoSpaceDE w:val="0"/>
              <w:autoSpaceDN w:val="0"/>
              <w:spacing w:before="96" w:after="0" w:line="230" w:lineRule="auto"/>
              <w:ind w:left="7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Прямоугольник. Квадрат.</w:t>
            </w:r>
          </w:p>
          <w:p w14:paraId="2F836B4C" w14:textId="77777777" w:rsidR="008A5B0A" w:rsidRPr="00C13306" w:rsidRDefault="007404BA">
            <w:pPr>
              <w:autoSpaceDE w:val="0"/>
              <w:autoSpaceDN w:val="0"/>
              <w:spacing w:before="68" w:after="0" w:line="262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Построение прямоугольника (квадрата) на клетчатой бумаге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B7FC3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4311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EAED2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99EAA8" w14:textId="33225DD0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10.03.23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CC0CEB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535333D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F7D0F" w14:textId="77777777" w:rsidR="008A5B0A" w:rsidRDefault="007404BA">
            <w:pPr>
              <w:autoSpaceDE w:val="0"/>
              <w:autoSpaceDN w:val="0"/>
              <w:spacing w:before="98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97.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FD8AE8" w14:textId="77777777" w:rsidR="008A5B0A" w:rsidRPr="00C13306" w:rsidRDefault="007404BA">
            <w:pPr>
              <w:autoSpaceDE w:val="0"/>
              <w:autoSpaceDN w:val="0"/>
              <w:spacing w:before="98" w:after="0" w:line="262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Построение отрезка, измерение длины отрезка в сантиметрах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C6B3AE" w14:textId="77777777" w:rsidR="008A5B0A" w:rsidRDefault="007404BA" w:rsidP="00C13306">
            <w:pPr>
              <w:autoSpaceDE w:val="0"/>
              <w:autoSpaceDN w:val="0"/>
              <w:spacing w:before="98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E80C67" w14:textId="77777777" w:rsidR="008A5B0A" w:rsidRDefault="007404BA" w:rsidP="00C13306">
            <w:pPr>
              <w:autoSpaceDE w:val="0"/>
              <w:autoSpaceDN w:val="0"/>
              <w:spacing w:before="98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309E5E" w14:textId="77777777" w:rsidR="008A5B0A" w:rsidRDefault="007404BA" w:rsidP="00C13306">
            <w:pPr>
              <w:autoSpaceDE w:val="0"/>
              <w:autoSpaceDN w:val="0"/>
              <w:spacing w:before="98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8328D" w14:textId="7DE626B3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14.03.23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F7F9C1" w14:textId="77777777" w:rsidR="008A5B0A" w:rsidRDefault="007404BA">
            <w:pPr>
              <w:autoSpaceDE w:val="0"/>
              <w:autoSpaceDN w:val="0"/>
              <w:spacing w:before="98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9FCAC97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B61A3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98.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DD5FB7" w14:textId="77777777" w:rsidR="008A5B0A" w:rsidRPr="00C13306" w:rsidRDefault="007404BA">
            <w:pPr>
              <w:autoSpaceDE w:val="0"/>
              <w:autoSpaceDN w:val="0"/>
              <w:spacing w:before="96" w:after="0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Построение отрезка, измерение длины отрезка в сантиметрах. Измерение длины в дециметрах и сантиметрах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ADBD7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AF4E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A1CD8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56BA3E" w14:textId="1D4E68C4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15.03.23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339C37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030C695" w14:textId="77777777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76090E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99.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61CA6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Построение отрезка, измерение длины отрезка в сантиметрах.</w:t>
            </w:r>
          </w:p>
          <w:p w14:paraId="20C5FFD9" w14:textId="77777777" w:rsidR="008A5B0A" w:rsidRDefault="007404BA">
            <w:pPr>
              <w:autoSpaceDE w:val="0"/>
              <w:autoSpaceDN w:val="0"/>
              <w:spacing w:before="68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Сравнение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длин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отрезков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F4DEC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12716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9617D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EA579" w14:textId="04AF6AC4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16.03.23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ED651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002175BE" w14:textId="77777777">
        <w:trPr>
          <w:trHeight w:hRule="exact" w:val="148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3EFDDA" w14:textId="77777777" w:rsidR="008A5B0A" w:rsidRDefault="007404BA">
            <w:pPr>
              <w:autoSpaceDE w:val="0"/>
              <w:autoSpaceDN w:val="0"/>
              <w:spacing w:before="9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100.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9D3EC2" w14:textId="77777777" w:rsidR="008A5B0A" w:rsidRPr="00C13306" w:rsidRDefault="007404BA">
            <w:pPr>
              <w:autoSpaceDE w:val="0"/>
              <w:autoSpaceDN w:val="0"/>
              <w:spacing w:before="94" w:after="0"/>
              <w:ind w:left="152" w:right="144" w:hanging="15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Построение отрезка, измерение длины отрезка в сантиметрах. Сложение и вычитание длин отрезков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7D528D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D495EE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88B9D5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4DE935" w14:textId="27BE3A6F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17.03.23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F8855F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18E93B40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AEA08A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101.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518F8C" w14:textId="77777777" w:rsidR="008A5B0A" w:rsidRPr="00C13306" w:rsidRDefault="007404BA">
            <w:pPr>
              <w:tabs>
                <w:tab w:val="left" w:pos="152"/>
              </w:tabs>
              <w:autoSpaceDE w:val="0"/>
              <w:autoSpaceDN w:val="0"/>
              <w:spacing w:before="96" w:after="0" w:line="262" w:lineRule="auto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Длина стороны прямоугольника, </w:t>
            </w:r>
            <w:r w:rsidRPr="00C13306">
              <w:rPr>
                <w:lang w:val="ru-RU"/>
              </w:rPr>
              <w:tab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квадрата, треугольника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FCC5A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38533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DC545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9D84A0" w14:textId="180EC9C4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21.03.23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F5A5E0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7104AF9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2B48E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102.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258F2B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70"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Математическая информация. Сбор данных об объекте по образцу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F22776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E08E3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BDB91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275A7" w14:textId="05D234FD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22.03.23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1880C1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870C755" w14:textId="77777777">
        <w:trPr>
          <w:trHeight w:hRule="exact" w:val="1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190AA6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103.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A5421" w14:textId="77777777" w:rsidR="008A5B0A" w:rsidRPr="00C13306" w:rsidRDefault="007404BA" w:rsidP="0043349B">
            <w:pPr>
              <w:autoSpaceDE w:val="0"/>
              <w:autoSpaceDN w:val="0"/>
              <w:spacing w:before="96" w:after="0" w:line="271" w:lineRule="auto"/>
              <w:ind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Характеристики объекта,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группы объектов (количество, форма, размер</w:t>
            </w:r>
            <w:proofErr w:type="gram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A36F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5AF4A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676AA0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72676C" w14:textId="28B73990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23.03.23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F67845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</w:tbl>
    <w:p w14:paraId="099BE0AC" w14:textId="77777777" w:rsidR="008A5B0A" w:rsidRDefault="008A5B0A">
      <w:pPr>
        <w:autoSpaceDE w:val="0"/>
        <w:autoSpaceDN w:val="0"/>
        <w:spacing w:after="0" w:line="14" w:lineRule="exact"/>
      </w:pPr>
    </w:p>
    <w:p w14:paraId="3C06E354" w14:textId="77777777" w:rsidR="008A5B0A" w:rsidRDefault="008A5B0A">
      <w:pPr>
        <w:sectPr w:rsidR="008A5B0A">
          <w:pgSz w:w="11900" w:h="16840"/>
          <w:pgMar w:top="284" w:right="556" w:bottom="590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6F4BD3DF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8A5B0A" w14:paraId="2372097A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0C015B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104.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9CD6E7" w14:textId="77777777" w:rsidR="008A5B0A" w:rsidRPr="00996626" w:rsidRDefault="007404BA" w:rsidP="00996626">
            <w:pPr>
              <w:autoSpaceDE w:val="0"/>
              <w:autoSpaceDN w:val="0"/>
              <w:spacing w:before="96" w:after="0" w:line="271" w:lineRule="auto"/>
              <w:ind w:right="258"/>
              <w:jc w:val="both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</w:t>
            </w:r>
            <w:proofErr w:type="gramStart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Характеристики объекта,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группы объектов  форма,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размер).</w:t>
            </w:r>
            <w:proofErr w:type="gramEnd"/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</w:t>
            </w: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Сравнение  предметов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ED2366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73E4D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EA4F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C16B5" w14:textId="580C1C4B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24.03.23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022C0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9CD1E86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E24C2F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105.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19020" w14:textId="77777777" w:rsidR="008A5B0A" w:rsidRPr="00C13306" w:rsidRDefault="007404BA">
            <w:pPr>
              <w:tabs>
                <w:tab w:val="left" w:pos="152"/>
              </w:tabs>
              <w:autoSpaceDE w:val="0"/>
              <w:autoSpaceDN w:val="0"/>
              <w:spacing w:before="96" w:after="0" w:line="262" w:lineRule="auto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Выбор предметов по образцу (по </w:t>
            </w:r>
            <w:r w:rsidRPr="00C13306">
              <w:rPr>
                <w:lang w:val="ru-RU"/>
              </w:rPr>
              <w:tab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заданным признакам)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52E86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B7E6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1D295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C77BA4" w14:textId="471276B7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4.04.23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DF33A6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18B48115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8F5DC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106.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9CEA70" w14:textId="77777777" w:rsidR="008A5B0A" w:rsidRPr="00C13306" w:rsidRDefault="007404BA" w:rsidP="00996626">
            <w:pPr>
              <w:autoSpaceDE w:val="0"/>
              <w:autoSpaceDN w:val="0"/>
              <w:spacing w:before="96" w:after="0" w:line="262" w:lineRule="auto"/>
              <w:ind w:right="72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 Группировка объектов по заданному признаку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DAABB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A944D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81B5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DEFDB3" w14:textId="4BA4256D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5.04.23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B7B555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:rsidRPr="00996626" w14:paraId="3BD05C8B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C8B833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107.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F77DC" w14:textId="77777777" w:rsidR="008A5B0A" w:rsidRPr="00C13306" w:rsidRDefault="007404BA" w:rsidP="00996626">
            <w:pPr>
              <w:autoSpaceDE w:val="0"/>
              <w:autoSpaceDN w:val="0"/>
              <w:spacing w:before="96" w:after="0" w:line="262" w:lineRule="auto"/>
              <w:ind w:right="72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Группировка объектов по заданному признаку.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60C03" w14:textId="77777777" w:rsidR="008A5B0A" w:rsidRPr="00996626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F7A7CE" w14:textId="77777777" w:rsidR="008A5B0A" w:rsidRPr="00996626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D6613" w14:textId="77777777" w:rsidR="008A5B0A" w:rsidRPr="00996626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71B161" w14:textId="1313547A" w:rsidR="008A5B0A" w:rsidRPr="00996626" w:rsidRDefault="00B24035">
            <w:pPr>
              <w:rPr>
                <w:lang w:val="ru-RU"/>
              </w:rPr>
            </w:pPr>
            <w:r>
              <w:rPr>
                <w:lang w:val="ru-RU"/>
              </w:rPr>
              <w:t>6.04.23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EC535" w14:textId="77777777" w:rsidR="008A5B0A" w:rsidRPr="00996626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Устный опрос;</w:t>
            </w:r>
          </w:p>
        </w:tc>
      </w:tr>
      <w:tr w:rsidR="008A5B0A" w:rsidRPr="00996626" w14:paraId="584E524E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7B159D" w14:textId="77777777" w:rsidR="008A5B0A" w:rsidRPr="00996626" w:rsidRDefault="007404BA">
            <w:pPr>
              <w:autoSpaceDE w:val="0"/>
              <w:autoSpaceDN w:val="0"/>
              <w:spacing w:before="96" w:after="0" w:line="230" w:lineRule="auto"/>
              <w:ind w:left="70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108.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F90F0F" w14:textId="77777777" w:rsidR="008A5B0A" w:rsidRPr="00C13306" w:rsidRDefault="007404BA">
            <w:pPr>
              <w:autoSpaceDE w:val="0"/>
              <w:autoSpaceDN w:val="0"/>
              <w:spacing w:before="96" w:after="0" w:line="271" w:lineRule="auto"/>
              <w:ind w:left="152" w:hanging="15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Закономерность в ряду заданных объектов: её обнаружение, </w:t>
            </w:r>
            <w:r w:rsidRPr="00C13306">
              <w:rPr>
                <w:lang w:val="ru-RU"/>
              </w:rPr>
              <w:br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продолжение ряда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C3A949" w14:textId="77777777" w:rsidR="008A5B0A" w:rsidRPr="00996626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23281" w14:textId="77777777" w:rsidR="008A5B0A" w:rsidRPr="00996626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9868AA" w14:textId="77777777" w:rsidR="008A5B0A" w:rsidRPr="00996626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F40785" w14:textId="5E538CDD" w:rsidR="008A5B0A" w:rsidRPr="00996626" w:rsidRDefault="00B24035">
            <w:pPr>
              <w:rPr>
                <w:lang w:val="ru-RU"/>
              </w:rPr>
            </w:pPr>
            <w:r>
              <w:rPr>
                <w:lang w:val="ru-RU"/>
              </w:rPr>
              <w:t>7.04.23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D130EA" w14:textId="77777777" w:rsidR="008A5B0A" w:rsidRPr="00996626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Устный опрос;</w:t>
            </w:r>
          </w:p>
        </w:tc>
      </w:tr>
      <w:tr w:rsidR="008A5B0A" w14:paraId="00DA2C78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8573F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109.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F7EEB7" w14:textId="77777777" w:rsidR="008A5B0A" w:rsidRDefault="007404BA">
            <w:pPr>
              <w:tabs>
                <w:tab w:val="left" w:pos="560"/>
              </w:tabs>
              <w:autoSpaceDE w:val="0"/>
              <w:autoSpaceDN w:val="0"/>
              <w:spacing w:before="96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Верные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неверные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предложения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8DD2B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D9E0F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97604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679C3" w14:textId="07BAD532" w:rsidR="008A5B0A" w:rsidRPr="00B24035" w:rsidRDefault="00B24035">
            <w:pPr>
              <w:rPr>
                <w:lang w:val="ru-RU"/>
              </w:rPr>
            </w:pPr>
            <w:r>
              <w:rPr>
                <w:lang w:val="ru-RU"/>
              </w:rPr>
              <w:t>11.0</w:t>
            </w:r>
            <w:r w:rsidR="009F09AC">
              <w:rPr>
                <w:lang w:val="ru-RU"/>
              </w:rPr>
              <w:t>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89F720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46BDC54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E8A0A7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110.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681531" w14:textId="77777777" w:rsidR="008A5B0A" w:rsidRDefault="007404BA">
            <w:pPr>
              <w:autoSpaceDE w:val="0"/>
              <w:autoSpaceDN w:val="0"/>
              <w:spacing w:before="96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Чтение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таблицы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01B4A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7CE2F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1C8F5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B527B2" w14:textId="216A9B51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12.04.23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C0BEFE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76009A1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07C5A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111.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DF4982" w14:textId="77777777" w:rsidR="008A5B0A" w:rsidRPr="00C13306" w:rsidRDefault="007404BA">
            <w:pPr>
              <w:tabs>
                <w:tab w:val="left" w:pos="152"/>
              </w:tabs>
              <w:autoSpaceDE w:val="0"/>
              <w:autoSpaceDN w:val="0"/>
              <w:spacing w:before="96" w:after="0" w:line="262" w:lineRule="auto"/>
              <w:ind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Извлечение данного из строки, </w:t>
            </w:r>
            <w:r w:rsidRPr="00C13306">
              <w:rPr>
                <w:lang w:val="ru-RU"/>
              </w:rPr>
              <w:tab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столбца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3DEA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50E7F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DF8CA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2C240" w14:textId="49322F89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13.04.23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82C8DA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B2CE81E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5E510C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112.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581CA4" w14:textId="77777777" w:rsidR="008A5B0A" w:rsidRPr="00C13306" w:rsidRDefault="007404BA">
            <w:pPr>
              <w:tabs>
                <w:tab w:val="left" w:pos="152"/>
              </w:tabs>
              <w:autoSpaceDE w:val="0"/>
              <w:autoSpaceDN w:val="0"/>
              <w:spacing w:before="96" w:after="0" w:line="262" w:lineRule="auto"/>
              <w:ind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Внесение одного-двух данных в </w:t>
            </w:r>
            <w:r w:rsidRPr="00C13306">
              <w:rPr>
                <w:lang w:val="ru-RU"/>
              </w:rPr>
              <w:tab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таблицу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4F8CE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DD6524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7DED27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FF97D4" w14:textId="51700A69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14.04.23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7095BB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886BD9E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D1C827" w14:textId="77777777" w:rsidR="008A5B0A" w:rsidRDefault="007404BA">
            <w:pPr>
              <w:autoSpaceDE w:val="0"/>
              <w:autoSpaceDN w:val="0"/>
              <w:spacing w:before="9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113.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F84061" w14:textId="77777777" w:rsidR="008A5B0A" w:rsidRPr="00C13306" w:rsidRDefault="007404BA">
            <w:pPr>
              <w:tabs>
                <w:tab w:val="left" w:pos="560"/>
              </w:tabs>
              <w:autoSpaceDE w:val="0"/>
              <w:autoSpaceDN w:val="0"/>
              <w:spacing w:before="94" w:after="0" w:line="262" w:lineRule="auto"/>
              <w:ind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Чтение рисунка, схемы 1—2 числовыми данными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ABCA1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B33BD7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B684B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CE022" w14:textId="5B2A43C8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18.04.23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F5EDA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:rsidRPr="00996626" w14:paraId="0D3B37DF" w14:textId="77777777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529F2" w14:textId="77777777" w:rsidR="008A5B0A" w:rsidRDefault="007404BA">
            <w:pPr>
              <w:autoSpaceDE w:val="0"/>
              <w:autoSpaceDN w:val="0"/>
              <w:spacing w:before="9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114.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C6F0B2" w14:textId="77777777" w:rsidR="008A5B0A" w:rsidRPr="00C13306" w:rsidRDefault="008E3104" w:rsidP="008E3104">
            <w:pPr>
              <w:autoSpaceDE w:val="0"/>
              <w:autoSpaceDN w:val="0"/>
              <w:spacing w:before="94" w:after="0" w:line="271" w:lineRule="auto"/>
              <w:ind w:left="560" w:right="432" w:hanging="56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Выполнение 1—3-шаговых инструкций, связанных </w:t>
            </w:r>
            <w:r w:rsidR="007404BA"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с вычислениями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0CB6F4" w14:textId="77777777" w:rsidR="008A5B0A" w:rsidRPr="00996626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D383C3" w14:textId="77777777" w:rsidR="008A5B0A" w:rsidRPr="00996626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729081" w14:textId="77777777" w:rsidR="008A5B0A" w:rsidRPr="00996626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1E7557" w14:textId="05B23C28" w:rsidR="008A5B0A" w:rsidRPr="00996626" w:rsidRDefault="009F09AC">
            <w:pPr>
              <w:rPr>
                <w:lang w:val="ru-RU"/>
              </w:rPr>
            </w:pPr>
            <w:r>
              <w:rPr>
                <w:lang w:val="ru-RU"/>
              </w:rPr>
              <w:t>19.04.23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88413B" w14:textId="77777777" w:rsidR="008A5B0A" w:rsidRPr="00996626" w:rsidRDefault="007404BA">
            <w:pPr>
              <w:autoSpaceDE w:val="0"/>
              <w:autoSpaceDN w:val="0"/>
              <w:spacing w:before="94" w:after="0" w:line="262" w:lineRule="auto"/>
              <w:ind w:left="70" w:right="576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Устный опрос;</w:t>
            </w:r>
          </w:p>
        </w:tc>
      </w:tr>
      <w:tr w:rsidR="008A5B0A" w:rsidRPr="00996626" w14:paraId="0CD88045" w14:textId="77777777">
        <w:trPr>
          <w:trHeight w:hRule="exact" w:val="130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B2BC5" w14:textId="77777777" w:rsidR="008A5B0A" w:rsidRPr="00996626" w:rsidRDefault="007404BA">
            <w:pPr>
              <w:autoSpaceDE w:val="0"/>
              <w:autoSpaceDN w:val="0"/>
              <w:spacing w:before="96" w:after="0" w:line="230" w:lineRule="auto"/>
              <w:ind w:left="70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115.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2B0286" w14:textId="77777777" w:rsidR="008A5B0A" w:rsidRPr="00C13306" w:rsidRDefault="008E3104">
            <w:pPr>
              <w:autoSpaceDE w:val="0"/>
              <w:autoSpaceDN w:val="0"/>
              <w:spacing w:before="96" w:after="0" w:line="271" w:lineRule="auto"/>
              <w:ind w:left="560" w:right="576" w:hanging="56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Выполнение 1—3-шаговых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инструкций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,</w:t>
            </w:r>
            <w:r w:rsidR="007404BA"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с</w:t>
            </w:r>
            <w:proofErr w:type="gramEnd"/>
            <w:r w:rsidR="007404BA"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вязанных</w:t>
            </w:r>
            <w:proofErr w:type="spellEnd"/>
            <w:r w:rsidR="007404BA"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с измерением длины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0CC657" w14:textId="77777777" w:rsidR="008A5B0A" w:rsidRPr="00996626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21D498" w14:textId="77777777" w:rsidR="008A5B0A" w:rsidRPr="00996626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E58EA8" w14:textId="77777777" w:rsidR="008A5B0A" w:rsidRPr="00996626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9E88CA" w14:textId="6231BE03" w:rsidR="008A5B0A" w:rsidRPr="00996626" w:rsidRDefault="009F09AC">
            <w:pPr>
              <w:rPr>
                <w:lang w:val="ru-RU"/>
              </w:rPr>
            </w:pPr>
            <w:r>
              <w:rPr>
                <w:lang w:val="ru-RU"/>
              </w:rPr>
              <w:t>20.04.23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F28B57" w14:textId="77777777" w:rsidR="008A5B0A" w:rsidRPr="00996626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Устный опрос;</w:t>
            </w:r>
          </w:p>
        </w:tc>
      </w:tr>
      <w:tr w:rsidR="008A5B0A" w14:paraId="484FCE94" w14:textId="77777777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BD8DB0" w14:textId="77777777" w:rsidR="008A5B0A" w:rsidRPr="00996626" w:rsidRDefault="007404BA">
            <w:pPr>
              <w:autoSpaceDE w:val="0"/>
              <w:autoSpaceDN w:val="0"/>
              <w:spacing w:before="96" w:after="0" w:line="230" w:lineRule="auto"/>
              <w:ind w:left="70"/>
              <w:rPr>
                <w:lang w:val="ru-RU"/>
              </w:rPr>
            </w:pPr>
            <w:r w:rsidRPr="0099662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116.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182BC" w14:textId="77777777" w:rsidR="008A5B0A" w:rsidRPr="00C13306" w:rsidRDefault="0043349B">
            <w:pPr>
              <w:autoSpaceDE w:val="0"/>
              <w:autoSpaceDN w:val="0"/>
              <w:spacing w:before="96" w:after="0"/>
              <w:ind w:left="560" w:right="288" w:hanging="56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Выполнение 1—3-шаговых </w:t>
            </w:r>
            <w:r w:rsidR="007404BA"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инструкций, связанных с </w:t>
            </w:r>
            <w:r w:rsidR="007404BA" w:rsidRPr="00C13306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построением </w:t>
            </w:r>
            <w:r w:rsidR="007404BA"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геометрических фигур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31526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3B0D5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13ACA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D445C2" w14:textId="28716C89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21.04.23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85064E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1AB8F647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B4E15A" w14:textId="77777777" w:rsidR="008A5B0A" w:rsidRDefault="007404BA">
            <w:pPr>
              <w:autoSpaceDE w:val="0"/>
              <w:autoSpaceDN w:val="0"/>
              <w:spacing w:before="9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117.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360E84" w14:textId="77777777" w:rsidR="008A5B0A" w:rsidRDefault="007404BA">
            <w:pPr>
              <w:tabs>
                <w:tab w:val="left" w:pos="560"/>
              </w:tabs>
              <w:autoSpaceDE w:val="0"/>
              <w:autoSpaceDN w:val="0"/>
              <w:spacing w:before="94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Административный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контрольный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срез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D7A91B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F51C4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0A7B2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DE02D2" w14:textId="7DA86579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25.04.23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1F241B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2064849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CCCCC" w14:textId="77777777" w:rsidR="008A5B0A" w:rsidRDefault="007404BA">
            <w:pPr>
              <w:autoSpaceDE w:val="0"/>
              <w:autoSpaceDN w:val="0"/>
              <w:spacing w:before="9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118.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98120" w14:textId="77777777" w:rsidR="008A5B0A" w:rsidRPr="00C13306" w:rsidRDefault="007404BA">
            <w:pPr>
              <w:tabs>
                <w:tab w:val="left" w:pos="560"/>
              </w:tabs>
              <w:autoSpaceDE w:val="0"/>
              <w:autoSpaceDN w:val="0"/>
              <w:spacing w:before="94" w:after="0" w:line="262" w:lineRule="auto"/>
              <w:ind w:right="86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Числа. Числа от 1 до 10.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3BB2B8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40DB1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CE18C5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98EC65" w14:textId="6A3F68C3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26.04.23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B1CCAF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04D3CE30" w14:textId="77777777">
        <w:trPr>
          <w:trHeight w:hRule="exact" w:val="78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101C3E" w14:textId="77777777" w:rsidR="008A5B0A" w:rsidRDefault="007404BA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119.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85CF3" w14:textId="77777777" w:rsidR="008A5B0A" w:rsidRPr="00C13306" w:rsidRDefault="007404BA">
            <w:pPr>
              <w:tabs>
                <w:tab w:val="left" w:pos="560"/>
              </w:tabs>
              <w:autoSpaceDE w:val="0"/>
              <w:autoSpaceDN w:val="0"/>
              <w:spacing w:before="96" w:after="0" w:line="262" w:lineRule="auto"/>
              <w:ind w:right="720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 Числа. Числа от 11 до 20.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B2BBCE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DBAC65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71815E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CFBD2" w14:textId="0E04DBDB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27.04.23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D566C1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</w:tbl>
    <w:p w14:paraId="4C99B345" w14:textId="77777777" w:rsidR="008A5B0A" w:rsidRDefault="008A5B0A">
      <w:pPr>
        <w:autoSpaceDE w:val="0"/>
        <w:autoSpaceDN w:val="0"/>
        <w:spacing w:after="0" w:line="14" w:lineRule="exact"/>
      </w:pPr>
    </w:p>
    <w:p w14:paraId="3F7F41DF" w14:textId="77777777" w:rsidR="008A5B0A" w:rsidRDefault="008A5B0A">
      <w:pPr>
        <w:sectPr w:rsidR="008A5B0A">
          <w:pgSz w:w="11900" w:h="16840"/>
          <w:pgMar w:top="284" w:right="556" w:bottom="616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100EDFC2" w14:textId="77777777" w:rsidR="008A5B0A" w:rsidRDefault="008A5B0A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8A5B0A" w14:paraId="56979C30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AABD7D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120.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43E1A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right="432"/>
              <w:jc w:val="center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Единицы длины: сантиметр, дециметр.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F2F2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01D95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FBD272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C53235" w14:textId="3BEAEB61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28.04.23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41071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F9DCAEB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4FAED0" w14:textId="77777777" w:rsidR="008A5B0A" w:rsidRDefault="007404BA">
            <w:pPr>
              <w:autoSpaceDE w:val="0"/>
              <w:autoSpaceDN w:val="0"/>
              <w:spacing w:before="9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121.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F21F14" w14:textId="77777777" w:rsidR="008A5B0A" w:rsidRPr="00C13306" w:rsidRDefault="007404BA">
            <w:pPr>
              <w:autoSpaceDE w:val="0"/>
              <w:autoSpaceDN w:val="0"/>
              <w:spacing w:before="94" w:after="0" w:line="262" w:lineRule="auto"/>
              <w:ind w:right="432"/>
              <w:jc w:val="center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Промежуточная аттестация в форме контрольной работы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9F20FA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C0E113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876FF8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DF3D4F" w14:textId="5D785BEF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2.05.23.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3FCCBA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3211E7C4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7E80ED" w14:textId="77777777" w:rsidR="008A5B0A" w:rsidRDefault="007404BA">
            <w:pPr>
              <w:autoSpaceDE w:val="0"/>
              <w:autoSpaceDN w:val="0"/>
              <w:spacing w:before="9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122.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24B89F" w14:textId="77777777" w:rsidR="008A5B0A" w:rsidRPr="00C13306" w:rsidRDefault="007404BA" w:rsidP="008E3104">
            <w:pPr>
              <w:tabs>
                <w:tab w:val="left" w:pos="560"/>
              </w:tabs>
              <w:autoSpaceDE w:val="0"/>
              <w:autoSpaceDN w:val="0"/>
              <w:spacing w:before="94" w:after="0" w:line="262" w:lineRule="auto"/>
              <w:ind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Числа от 1 до 10. Сложение.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CB9243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B700C3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50C4F" w14:textId="77777777" w:rsidR="008A5B0A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D619E0" w14:textId="1690768B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3.05..23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AB84C9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5765532E" w14:textId="77777777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F50E63" w14:textId="77777777" w:rsidR="008A5B0A" w:rsidRDefault="007404BA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123.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5D10C" w14:textId="77777777" w:rsidR="008A5B0A" w:rsidRPr="00C13306" w:rsidRDefault="007404BA">
            <w:pPr>
              <w:tabs>
                <w:tab w:val="left" w:pos="152"/>
              </w:tabs>
              <w:autoSpaceDE w:val="0"/>
              <w:autoSpaceDN w:val="0"/>
              <w:spacing w:before="96" w:after="0" w:line="262" w:lineRule="auto"/>
              <w:ind w:right="432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Числа от 1 до 20. Сложение с </w:t>
            </w:r>
            <w:r w:rsidRPr="00C13306">
              <w:rPr>
                <w:lang w:val="ru-RU"/>
              </w:rPr>
              <w:tab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переходом через десяток.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A16E2E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0CDD17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8A70ED" w14:textId="77777777" w:rsidR="008A5B0A" w:rsidRDefault="007404BA" w:rsidP="00C13306">
            <w:pPr>
              <w:autoSpaceDE w:val="0"/>
              <w:autoSpaceDN w:val="0"/>
              <w:spacing w:before="96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1B2F6E" w14:textId="5C3AA4B5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4.05.23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F76833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51D3EDC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34DFB4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124.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76EDFC" w14:textId="77777777" w:rsidR="008A5B0A" w:rsidRPr="00C13306" w:rsidRDefault="007404BA">
            <w:pPr>
              <w:tabs>
                <w:tab w:val="left" w:pos="152"/>
              </w:tabs>
              <w:autoSpaceDE w:val="0"/>
              <w:autoSpaceDN w:val="0"/>
              <w:spacing w:before="96" w:after="0" w:line="262" w:lineRule="auto"/>
              <w:ind w:right="288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Числа от 1 до 20. Вычитание с </w:t>
            </w:r>
            <w:r w:rsidRPr="00C13306">
              <w:rPr>
                <w:lang w:val="ru-RU"/>
              </w:rPr>
              <w:tab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переходом через десяток.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949E1C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826F89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FDD308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5A1EA" w14:textId="6E6BCB2E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5.05.23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7156D7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65C48E25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016613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125.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5ACD0" w14:textId="77777777" w:rsidR="008A5B0A" w:rsidRPr="00C13306" w:rsidRDefault="007404BA">
            <w:pPr>
              <w:tabs>
                <w:tab w:val="left" w:pos="152"/>
              </w:tabs>
              <w:autoSpaceDE w:val="0"/>
              <w:autoSpaceDN w:val="0"/>
              <w:spacing w:before="96" w:after="0" w:line="262" w:lineRule="auto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Задачи на разностное сравнение. </w:t>
            </w:r>
            <w:r w:rsidRPr="00C13306">
              <w:rPr>
                <w:lang w:val="ru-RU"/>
              </w:rPr>
              <w:tab/>
            </w: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B36D1A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6D2123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D1961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E36AAB" w14:textId="542CA6C1" w:rsidR="008A5B0A" w:rsidRPr="009F09AC" w:rsidRDefault="00944BD2">
            <w:pPr>
              <w:rPr>
                <w:lang w:val="ru-RU"/>
              </w:rPr>
            </w:pPr>
            <w:r>
              <w:rPr>
                <w:lang w:val="ru-RU"/>
              </w:rPr>
              <w:t>09</w:t>
            </w:r>
            <w:r w:rsidR="009F09AC">
              <w:rPr>
                <w:lang w:val="ru-RU"/>
              </w:rPr>
              <w:t>.05.23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7FE017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:rsidRPr="008E3104" w14:paraId="21E34AF1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8E1FB2" w14:textId="77777777" w:rsidR="008A5B0A" w:rsidRDefault="007404BA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126.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62CBFA" w14:textId="77777777" w:rsidR="008A5B0A" w:rsidRPr="008E3104" w:rsidRDefault="007404BA">
            <w:pPr>
              <w:tabs>
                <w:tab w:val="left" w:pos="560"/>
              </w:tabs>
              <w:autoSpaceDE w:val="0"/>
              <w:autoSpaceDN w:val="0"/>
              <w:spacing w:before="96" w:after="0" w:line="262" w:lineRule="auto"/>
              <w:ind w:right="576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Пространственные </w:t>
            </w:r>
            <w:r w:rsidR="008E3104" w:rsidRPr="008E3104">
              <w:rPr>
                <w:lang w:val="ru-RU"/>
              </w:rPr>
              <w:br/>
            </w: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представления. П</w:t>
            </w:r>
            <w:r w:rsid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</w:t>
            </w: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380745" w14:textId="77777777" w:rsidR="008A5B0A" w:rsidRPr="008E3104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7BA68D" w14:textId="77777777" w:rsidR="008A5B0A" w:rsidRPr="008E3104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149CF" w14:textId="77777777" w:rsidR="008A5B0A" w:rsidRPr="008E3104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697B30" w14:textId="156BDB7A" w:rsidR="008A5B0A" w:rsidRPr="008E3104" w:rsidRDefault="009F09A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944BD2">
              <w:rPr>
                <w:lang w:val="ru-RU"/>
              </w:rPr>
              <w:t>0</w:t>
            </w:r>
            <w:r>
              <w:rPr>
                <w:lang w:val="ru-RU"/>
              </w:rPr>
              <w:t>.05.23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A7DD57" w14:textId="77777777" w:rsidR="008A5B0A" w:rsidRPr="008E3104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Устный опрос;</w:t>
            </w:r>
          </w:p>
        </w:tc>
      </w:tr>
      <w:tr w:rsidR="008A5B0A" w:rsidRPr="008E3104" w14:paraId="7EDC99AE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ECE9A" w14:textId="77777777" w:rsidR="008A5B0A" w:rsidRPr="008E3104" w:rsidRDefault="007404BA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127.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8B59F" w14:textId="77777777" w:rsidR="008A5B0A" w:rsidRPr="008E3104" w:rsidRDefault="007404BA">
            <w:pPr>
              <w:tabs>
                <w:tab w:val="left" w:pos="560"/>
              </w:tabs>
              <w:autoSpaceDE w:val="0"/>
              <w:autoSpaceDN w:val="0"/>
              <w:spacing w:before="96" w:after="0" w:line="262" w:lineRule="auto"/>
              <w:ind w:right="576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Пространственные </w:t>
            </w:r>
            <w:r w:rsidR="008E3104">
              <w:rPr>
                <w:lang w:val="ru-RU"/>
              </w:rPr>
              <w:br/>
            </w: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представления. П</w:t>
            </w:r>
            <w:r w:rsid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</w:t>
            </w: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2C8023" w14:textId="77777777" w:rsidR="008A5B0A" w:rsidRPr="008E3104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3C7D5B" w14:textId="77777777" w:rsidR="008A5B0A" w:rsidRPr="008E3104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A1E034" w14:textId="77777777" w:rsidR="008A5B0A" w:rsidRPr="008E3104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23040E" w14:textId="68E3C50F" w:rsidR="008A5B0A" w:rsidRPr="008E3104" w:rsidRDefault="009F09A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944BD2">
              <w:rPr>
                <w:lang w:val="ru-RU"/>
              </w:rPr>
              <w:t>1</w:t>
            </w:r>
            <w:r>
              <w:rPr>
                <w:lang w:val="ru-RU"/>
              </w:rPr>
              <w:t>.05.23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5F6CC6" w14:textId="77777777" w:rsidR="008A5B0A" w:rsidRPr="008E3104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Устный опрос;</w:t>
            </w:r>
          </w:p>
        </w:tc>
      </w:tr>
      <w:tr w:rsidR="008A5B0A" w:rsidRPr="008E3104" w14:paraId="0C329E8B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00996D" w14:textId="77777777" w:rsidR="008A5B0A" w:rsidRPr="008E3104" w:rsidRDefault="007404BA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128.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0AD61E" w14:textId="77777777" w:rsidR="008A5B0A" w:rsidRPr="008E3104" w:rsidRDefault="007404BA">
            <w:pPr>
              <w:autoSpaceDE w:val="0"/>
              <w:autoSpaceDN w:val="0"/>
              <w:spacing w:before="96" w:after="0" w:line="230" w:lineRule="auto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Таблицы. </w:t>
            </w:r>
            <w:r w:rsidR="008E3104"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52FEA" w14:textId="77777777" w:rsidR="008A5B0A" w:rsidRPr="008E3104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BF6E1" w14:textId="77777777" w:rsidR="008A5B0A" w:rsidRPr="008E3104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AEB88" w14:textId="77777777" w:rsidR="008A5B0A" w:rsidRPr="008E3104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BA996B" w14:textId="303994E3" w:rsidR="008A5B0A" w:rsidRPr="008E3104" w:rsidRDefault="009F09A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944BD2">
              <w:rPr>
                <w:lang w:val="ru-RU"/>
              </w:rPr>
              <w:t>2</w:t>
            </w:r>
            <w:r>
              <w:rPr>
                <w:lang w:val="ru-RU"/>
              </w:rPr>
              <w:t>.05.23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C95FB" w14:textId="77777777" w:rsidR="008A5B0A" w:rsidRPr="008E3104" w:rsidRDefault="007404BA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Устный опрос;</w:t>
            </w:r>
          </w:p>
        </w:tc>
      </w:tr>
      <w:tr w:rsidR="008A5B0A" w:rsidRPr="008E3104" w14:paraId="25C9889C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F9049B" w14:textId="77777777" w:rsidR="008A5B0A" w:rsidRPr="008E3104" w:rsidRDefault="007404BA">
            <w:pPr>
              <w:autoSpaceDE w:val="0"/>
              <w:autoSpaceDN w:val="0"/>
              <w:spacing w:before="94" w:after="0" w:line="233" w:lineRule="auto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129.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325413" w14:textId="77777777" w:rsidR="008A5B0A" w:rsidRPr="008E3104" w:rsidRDefault="007404BA">
            <w:pPr>
              <w:autoSpaceDE w:val="0"/>
              <w:autoSpaceDN w:val="0"/>
              <w:spacing w:before="94" w:after="0" w:line="233" w:lineRule="auto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 Таблицы.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D0255C" w14:textId="77777777" w:rsidR="008A5B0A" w:rsidRPr="008E3104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3606B3" w14:textId="77777777" w:rsidR="008A5B0A" w:rsidRPr="008E3104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ABD76B" w14:textId="77777777" w:rsidR="008A5B0A" w:rsidRPr="008E3104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40E46" w14:textId="0ADB4E92" w:rsidR="008A5B0A" w:rsidRPr="008E3104" w:rsidRDefault="009F09A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5B0049">
              <w:rPr>
                <w:lang w:val="ru-RU"/>
              </w:rPr>
              <w:t>6</w:t>
            </w:r>
            <w:r>
              <w:rPr>
                <w:lang w:val="ru-RU"/>
              </w:rPr>
              <w:t>.05.23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544435" w14:textId="77777777" w:rsidR="008A5B0A" w:rsidRPr="008E3104" w:rsidRDefault="007404BA">
            <w:pPr>
              <w:autoSpaceDE w:val="0"/>
              <w:autoSpaceDN w:val="0"/>
              <w:spacing w:before="94" w:after="0" w:line="262" w:lineRule="auto"/>
              <w:ind w:left="70" w:right="576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Устный опрос;</w:t>
            </w:r>
          </w:p>
        </w:tc>
      </w:tr>
      <w:tr w:rsidR="008A5B0A" w14:paraId="788D4CAF" w14:textId="77777777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8A9D1E" w14:textId="77777777" w:rsidR="008A5B0A" w:rsidRPr="008E3104" w:rsidRDefault="007404BA">
            <w:pPr>
              <w:autoSpaceDE w:val="0"/>
              <w:autoSpaceDN w:val="0"/>
              <w:spacing w:before="94" w:after="0" w:line="233" w:lineRule="auto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130.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BA5693" w14:textId="77777777" w:rsidR="008A5B0A" w:rsidRPr="008E3104" w:rsidRDefault="007404BA">
            <w:pPr>
              <w:autoSpaceDE w:val="0"/>
              <w:autoSpaceDN w:val="0"/>
              <w:spacing w:before="94" w:after="0" w:line="233" w:lineRule="auto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 xml:space="preserve"> Итоговая комплексная работа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98149A" w14:textId="77777777" w:rsidR="008A5B0A" w:rsidRPr="008E3104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5B3190" w14:textId="77777777" w:rsidR="008A5B0A" w:rsidRPr="008E3104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891E14" w14:textId="77777777" w:rsidR="008A5B0A" w:rsidRPr="008E3104" w:rsidRDefault="007404BA" w:rsidP="00C13306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lang w:val="ru-RU"/>
              </w:rPr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53CB04" w14:textId="3812CB46" w:rsidR="008A5B0A" w:rsidRPr="008E3104" w:rsidRDefault="009F09A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5B0049">
              <w:rPr>
                <w:lang w:val="ru-RU"/>
              </w:rPr>
              <w:t>7</w:t>
            </w:r>
            <w:r>
              <w:rPr>
                <w:lang w:val="ru-RU"/>
              </w:rPr>
              <w:t>.05.23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A04BEB" w14:textId="77777777" w:rsidR="008A5B0A" w:rsidRDefault="007404BA">
            <w:pPr>
              <w:autoSpaceDE w:val="0"/>
              <w:autoSpaceDN w:val="0"/>
              <w:spacing w:before="94" w:after="0" w:line="262" w:lineRule="auto"/>
              <w:ind w:left="70" w:right="144"/>
            </w:pPr>
            <w:r w:rsidRP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Контроль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6A604C7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C3DF5E" w14:textId="77777777" w:rsidR="008A5B0A" w:rsidRDefault="007404BA">
            <w:pPr>
              <w:autoSpaceDE w:val="0"/>
              <w:autoSpaceDN w:val="0"/>
              <w:spacing w:before="9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131.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5CF47C" w14:textId="77777777" w:rsidR="008A5B0A" w:rsidRPr="008E3104" w:rsidRDefault="007404BA">
            <w:pPr>
              <w:tabs>
                <w:tab w:val="left" w:pos="560"/>
              </w:tabs>
              <w:autoSpaceDE w:val="0"/>
              <w:autoSpaceDN w:val="0"/>
              <w:spacing w:before="98" w:after="0" w:line="262" w:lineRule="auto"/>
              <w:ind w:right="8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Геометрические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фигуры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. П</w:t>
            </w:r>
            <w:r w:rsid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вторение</w:t>
            </w:r>
            <w:proofErr w:type="spellEnd"/>
            <w:r w:rsid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1C22FF" w14:textId="77777777" w:rsidR="008A5B0A" w:rsidRDefault="007404BA" w:rsidP="00C13306">
            <w:pPr>
              <w:autoSpaceDE w:val="0"/>
              <w:autoSpaceDN w:val="0"/>
              <w:spacing w:before="98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77647B" w14:textId="77777777" w:rsidR="008A5B0A" w:rsidRDefault="007404BA" w:rsidP="00C13306">
            <w:pPr>
              <w:autoSpaceDE w:val="0"/>
              <w:autoSpaceDN w:val="0"/>
              <w:spacing w:before="98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56A657" w14:textId="77777777" w:rsidR="008A5B0A" w:rsidRDefault="007404BA" w:rsidP="00C13306">
            <w:pPr>
              <w:autoSpaceDE w:val="0"/>
              <w:autoSpaceDN w:val="0"/>
              <w:spacing w:before="98" w:after="0" w:line="233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382169" w14:textId="450807A5" w:rsidR="008A5B0A" w:rsidRPr="009F09AC" w:rsidRDefault="009F09A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5B0049">
              <w:rPr>
                <w:lang w:val="ru-RU"/>
              </w:rPr>
              <w:t>8</w:t>
            </w:r>
            <w:r>
              <w:rPr>
                <w:lang w:val="ru-RU"/>
              </w:rPr>
              <w:t>.05.23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668FC4" w14:textId="77777777" w:rsidR="008A5B0A" w:rsidRDefault="007404BA">
            <w:pPr>
              <w:autoSpaceDE w:val="0"/>
              <w:autoSpaceDN w:val="0"/>
              <w:spacing w:before="98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7E8BE196" w14:textId="77777777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12376F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132.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E581F5" w14:textId="77777777" w:rsidR="008A5B0A" w:rsidRDefault="007404BA">
            <w:pPr>
              <w:tabs>
                <w:tab w:val="left" w:pos="560"/>
              </w:tabs>
              <w:autoSpaceDE w:val="0"/>
              <w:autoSpaceDN w:val="0"/>
              <w:spacing w:before="96" w:after="0" w:line="262" w:lineRule="auto"/>
              <w:ind w:right="864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Геометрические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фигуры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. П</w:t>
            </w:r>
            <w:r w:rsidR="008E3104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вторение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B7454F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EAAF1B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4C7C9E" w14:textId="77777777" w:rsidR="008A5B0A" w:rsidRDefault="007404BA" w:rsidP="00C13306">
            <w:pPr>
              <w:autoSpaceDE w:val="0"/>
              <w:autoSpaceDN w:val="0"/>
              <w:spacing w:before="96" w:after="0" w:line="230" w:lineRule="auto"/>
              <w:ind w:left="7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5A320" w14:textId="26EE6A8A" w:rsidR="008A5B0A" w:rsidRPr="009F09AC" w:rsidRDefault="005B0049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9F09AC">
              <w:rPr>
                <w:lang w:val="ru-RU"/>
              </w:rPr>
              <w:t>.05.23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5FC16B" w14:textId="77777777" w:rsidR="008A5B0A" w:rsidRDefault="007404BA">
            <w:pPr>
              <w:autoSpaceDE w:val="0"/>
              <w:autoSpaceDN w:val="0"/>
              <w:spacing w:before="96" w:after="0" w:line="262" w:lineRule="auto"/>
              <w:ind w:left="70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;</w:t>
            </w:r>
          </w:p>
        </w:tc>
      </w:tr>
      <w:tr w:rsidR="008A5B0A" w14:paraId="27E0481C" w14:textId="77777777">
        <w:trPr>
          <w:trHeight w:hRule="exact" w:val="786"/>
        </w:trPr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5A2EC7" w14:textId="77777777" w:rsidR="008A5B0A" w:rsidRPr="00C13306" w:rsidRDefault="007404BA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C13306">
              <w:rPr>
                <w:rFonts w:ascii="Times New Roman" w:eastAsia="Times New Roman" w:hAnsi="Times New Roman"/>
                <w:color w:val="000000"/>
                <w:w w:val="101"/>
                <w:sz w:val="23"/>
                <w:lang w:val="ru-RU"/>
              </w:rPr>
              <w:t>ОБЩЕЕ КОЛИЧЕСТВО ЧАСОВ ПО ПРОГРАММЕ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C168BA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132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DB78A4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</w:t>
            </w:r>
          </w:p>
        </w:tc>
        <w:tc>
          <w:tcPr>
            <w:tcW w:w="4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B019F3" w14:textId="77777777" w:rsidR="008A5B0A" w:rsidRDefault="007404BA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101"/>
                <w:sz w:val="23"/>
              </w:rPr>
              <w:t>3</w:t>
            </w:r>
          </w:p>
        </w:tc>
      </w:tr>
    </w:tbl>
    <w:p w14:paraId="623B22ED" w14:textId="77777777" w:rsidR="008A5B0A" w:rsidRDefault="008A5B0A">
      <w:pPr>
        <w:autoSpaceDE w:val="0"/>
        <w:autoSpaceDN w:val="0"/>
        <w:spacing w:after="0" w:line="14" w:lineRule="exact"/>
      </w:pPr>
    </w:p>
    <w:p w14:paraId="11B7C640" w14:textId="77777777" w:rsidR="008A5B0A" w:rsidRDefault="008A5B0A">
      <w:pPr>
        <w:sectPr w:rsidR="008A5B0A">
          <w:pgSz w:w="11900" w:h="16840"/>
          <w:pgMar w:top="284" w:right="556" w:bottom="1440" w:left="664" w:header="720" w:footer="720" w:gutter="0"/>
          <w:cols w:space="720" w:equalWidth="0">
            <w:col w:w="10680" w:space="0"/>
          </w:cols>
          <w:docGrid w:linePitch="360"/>
        </w:sectPr>
      </w:pPr>
    </w:p>
    <w:p w14:paraId="523D4B28" w14:textId="77777777" w:rsidR="008A5B0A" w:rsidRDefault="008A5B0A">
      <w:pPr>
        <w:autoSpaceDE w:val="0"/>
        <w:autoSpaceDN w:val="0"/>
        <w:spacing w:after="78" w:line="220" w:lineRule="exact"/>
      </w:pPr>
    </w:p>
    <w:p w14:paraId="1479296E" w14:textId="77777777" w:rsidR="0044051B" w:rsidRDefault="004316ED" w:rsidP="004316ED">
      <w:pPr>
        <w:autoSpaceDE w:val="0"/>
        <w:autoSpaceDN w:val="0"/>
        <w:spacing w:after="0" w:line="230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07372A05" w14:textId="77777777" w:rsidR="004316ED" w:rsidRPr="004316ED" w:rsidRDefault="004316ED" w:rsidP="004316ED">
      <w:pPr>
        <w:autoSpaceDE w:val="0"/>
        <w:autoSpaceDN w:val="0"/>
        <w:spacing w:after="0" w:line="230" w:lineRule="auto"/>
        <w:rPr>
          <w:lang w:val="ru-RU"/>
        </w:rPr>
      </w:pPr>
    </w:p>
    <w:p w14:paraId="6A53B91C" w14:textId="77777777" w:rsidR="001D0792" w:rsidRPr="00570BF7" w:rsidRDefault="007404BA" w:rsidP="00570BF7">
      <w:pPr>
        <w:shd w:val="clear" w:color="auto" w:fill="FFFFFF" w:themeFill="background1"/>
        <w:tabs>
          <w:tab w:val="left" w:pos="1134"/>
        </w:tabs>
        <w:spacing w:after="0" w:line="240" w:lineRule="auto"/>
        <w:rPr>
          <w:rFonts w:ascii="Times New Roman" w:hAnsi="Times New Roman" w:cs="Times New Roman"/>
          <w:lang w:val="ru-RU"/>
        </w:rPr>
      </w:pPr>
      <w:r w:rsidRPr="00570BF7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ОБЯЗАТЕЛЬНЫЕ УЧЕБНЫЕ МАТЕРИАЛЫ </w:t>
      </w:r>
      <w:r w:rsidR="00570BF7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r w:rsidRPr="00570BF7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ДЛЯ </w:t>
      </w:r>
      <w:r w:rsidR="00570BF7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  <w:r w:rsidRPr="00570BF7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УЧЕНИКА </w:t>
      </w:r>
    </w:p>
    <w:p w14:paraId="28F16953" w14:textId="77777777" w:rsidR="001D0792" w:rsidRPr="00570BF7" w:rsidRDefault="001D0792" w:rsidP="00570BF7">
      <w:pPr>
        <w:shd w:val="clear" w:color="auto" w:fill="FFFFFF" w:themeFill="background1"/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lang w:val="ru-RU" w:eastAsia="ru-RU"/>
        </w:rPr>
      </w:pPr>
      <w:r w:rsidRPr="00570BF7">
        <w:rPr>
          <w:rFonts w:ascii="Times New Roman" w:hAnsi="Times New Roman" w:cs="Times New Roman"/>
          <w:lang w:val="ru-RU"/>
        </w:rPr>
        <w:t>1.</w:t>
      </w:r>
      <w:r w:rsidRPr="00570BF7">
        <w:rPr>
          <w:rFonts w:ascii="Times New Roman" w:hAnsi="Times New Roman" w:cs="Times New Roman"/>
          <w:color w:val="000000"/>
          <w:lang w:val="ru-RU" w:eastAsia="ru-RU"/>
        </w:rPr>
        <w:t>Моро М.И. Математика: учебник для 1 класса: в 2 частях / М.И. Моро, С.И. Волкова, С.В. Степанова – М.: Просвещение, 2011г.</w:t>
      </w:r>
    </w:p>
    <w:p w14:paraId="50625C2F" w14:textId="77777777" w:rsidR="00570BF7" w:rsidRPr="004316ED" w:rsidRDefault="001D0792" w:rsidP="004316ED">
      <w:pPr>
        <w:shd w:val="clear" w:color="auto" w:fill="FFFFFF" w:themeFill="background1"/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lang w:val="ru-RU" w:eastAsia="ru-RU"/>
        </w:rPr>
      </w:pPr>
      <w:r w:rsidRPr="00570BF7">
        <w:rPr>
          <w:rFonts w:ascii="Times New Roman" w:hAnsi="Times New Roman" w:cs="Times New Roman"/>
          <w:color w:val="000000"/>
          <w:lang w:val="ru-RU" w:eastAsia="ru-RU"/>
        </w:rPr>
        <w:t xml:space="preserve">  2.Моро М.И. Тетрадь по математике для 1 класса: в 2 частях / М.И. Моро, С.И. Волкова. – М.:    Просвещение, 2016</w:t>
      </w:r>
    </w:p>
    <w:p w14:paraId="68775867" w14:textId="77777777" w:rsidR="00570BF7" w:rsidRPr="00570BF7" w:rsidRDefault="00570BF7" w:rsidP="00570BF7">
      <w:p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МАТЕРИАЛЫ ДЛЯ </w:t>
      </w:r>
      <w:r w:rsidRPr="00570BF7">
        <w:rPr>
          <w:rFonts w:ascii="Times New Roman" w:hAnsi="Times New Roman" w:cs="Times New Roman"/>
          <w:b/>
          <w:sz w:val="24"/>
          <w:szCs w:val="24"/>
          <w:lang w:val="ru-RU"/>
        </w:rPr>
        <w:t>УЧИТЕЛЯ</w:t>
      </w:r>
      <w:r w:rsidR="007404BA" w:rsidRPr="00570BF7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14:paraId="458765BF" w14:textId="77777777" w:rsidR="00570BF7" w:rsidRPr="00570BF7" w:rsidRDefault="00570BF7" w:rsidP="00570BF7">
      <w:p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lang w:val="ru-RU" w:eastAsia="ru-RU"/>
        </w:rPr>
      </w:pPr>
      <w:r w:rsidRPr="00570BF7">
        <w:rPr>
          <w:rFonts w:ascii="Times New Roman" w:hAnsi="Times New Roman" w:cs="Times New Roman"/>
          <w:color w:val="000000"/>
          <w:lang w:val="ru-RU" w:eastAsia="ru-RU"/>
        </w:rPr>
        <w:t>1.Моро М.И. Математика: учебник для 1 класса: в 2 частях / М.И. Моро, С.И. Волкова, С.В. Степанова – М.: Просвещение, 2013</w:t>
      </w:r>
    </w:p>
    <w:p w14:paraId="765733AA" w14:textId="77777777" w:rsidR="00570BF7" w:rsidRPr="00570BF7" w:rsidRDefault="00570BF7" w:rsidP="00570BF7">
      <w:p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lang w:val="ru-RU" w:eastAsia="ru-RU"/>
        </w:rPr>
      </w:pPr>
      <w:r w:rsidRPr="00570BF7">
        <w:rPr>
          <w:rFonts w:ascii="Times New Roman" w:hAnsi="Times New Roman" w:cs="Times New Roman"/>
          <w:color w:val="000000"/>
          <w:lang w:val="ru-RU" w:eastAsia="ru-RU"/>
        </w:rPr>
        <w:t>2.Моро М.И. Тетрадь по математике для 1 класса: в 2 частях / М.И. Моро, С.И. Волкова. – М.: Просвещение, 2013</w:t>
      </w:r>
    </w:p>
    <w:p w14:paraId="0A65F473" w14:textId="77777777" w:rsidR="00570BF7" w:rsidRPr="00570BF7" w:rsidRDefault="00570BF7" w:rsidP="00570BF7">
      <w:p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lang w:val="ru-RU" w:eastAsia="ru-RU"/>
        </w:rPr>
      </w:pPr>
      <w:r w:rsidRPr="00570BF7">
        <w:rPr>
          <w:rFonts w:ascii="Times New Roman" w:hAnsi="Times New Roman" w:cs="Times New Roman"/>
          <w:color w:val="000000"/>
          <w:lang w:val="ru-RU" w:eastAsia="ru-RU"/>
        </w:rPr>
        <w:t xml:space="preserve">3.Бантова М.А. </w:t>
      </w:r>
      <w:r w:rsidRPr="00570BF7">
        <w:rPr>
          <w:rFonts w:ascii="Times New Roman" w:hAnsi="Times New Roman" w:cs="Times New Roman"/>
          <w:color w:val="000000"/>
          <w:lang w:eastAsia="ru-RU"/>
        </w:rPr>
        <w:t> </w:t>
      </w:r>
      <w:r w:rsidRPr="00570BF7">
        <w:rPr>
          <w:rFonts w:ascii="Times New Roman" w:hAnsi="Times New Roman" w:cs="Times New Roman"/>
          <w:color w:val="000000"/>
          <w:lang w:val="ru-RU" w:eastAsia="ru-RU"/>
        </w:rPr>
        <w:t xml:space="preserve">Методическое пособие к учебнику «Математика. 1 класс» / М.А. </w:t>
      </w:r>
      <w:proofErr w:type="spellStart"/>
      <w:r w:rsidRPr="00570BF7">
        <w:rPr>
          <w:rFonts w:ascii="Times New Roman" w:hAnsi="Times New Roman" w:cs="Times New Roman"/>
          <w:color w:val="000000"/>
          <w:lang w:val="ru-RU" w:eastAsia="ru-RU"/>
        </w:rPr>
        <w:t>Бантова</w:t>
      </w:r>
      <w:proofErr w:type="spellEnd"/>
      <w:r w:rsidRPr="00570BF7">
        <w:rPr>
          <w:rFonts w:ascii="Times New Roman" w:hAnsi="Times New Roman" w:cs="Times New Roman"/>
          <w:color w:val="000000"/>
          <w:lang w:val="ru-RU" w:eastAsia="ru-RU"/>
        </w:rPr>
        <w:t>, Г.В. Бельтюкова.- М.: Просвещение, 2006.</w:t>
      </w:r>
    </w:p>
    <w:p w14:paraId="045FA4A4" w14:textId="77777777" w:rsidR="00570BF7" w:rsidRPr="00570BF7" w:rsidRDefault="00570BF7" w:rsidP="00570BF7">
      <w:p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lang w:val="ru-RU" w:eastAsia="ru-RU"/>
        </w:rPr>
      </w:pPr>
      <w:r w:rsidRPr="00570BF7">
        <w:rPr>
          <w:rFonts w:ascii="Times New Roman" w:hAnsi="Times New Roman" w:cs="Times New Roman"/>
          <w:color w:val="000000"/>
          <w:lang w:val="ru-RU" w:eastAsia="ru-RU"/>
        </w:rPr>
        <w:t>4.Савинова С.В. Система уроков по учебнику М. И. Моро, С. И. Волковой, С. В. Степановой – Волгоград</w:t>
      </w:r>
      <w:proofErr w:type="gramStart"/>
      <w:r w:rsidRPr="00570BF7">
        <w:rPr>
          <w:rFonts w:ascii="Times New Roman" w:hAnsi="Times New Roman" w:cs="Times New Roman"/>
          <w:color w:val="000000"/>
          <w:lang w:val="ru-RU" w:eastAsia="ru-RU"/>
        </w:rPr>
        <w:t xml:space="preserve"> :</w:t>
      </w:r>
      <w:proofErr w:type="gramEnd"/>
      <w:r w:rsidRPr="00570BF7">
        <w:rPr>
          <w:rFonts w:ascii="Times New Roman" w:hAnsi="Times New Roman" w:cs="Times New Roman"/>
          <w:color w:val="000000"/>
          <w:lang w:val="ru-RU" w:eastAsia="ru-RU"/>
        </w:rPr>
        <w:t xml:space="preserve"> Учитель, 2012.</w:t>
      </w:r>
    </w:p>
    <w:p w14:paraId="66E51E8A" w14:textId="661400C9" w:rsidR="00570BF7" w:rsidRPr="00570BF7" w:rsidRDefault="00570BF7" w:rsidP="00570BF7">
      <w:p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lang w:val="ru-RU" w:eastAsia="ru-RU"/>
        </w:rPr>
      </w:pPr>
      <w:r w:rsidRPr="00570BF7">
        <w:rPr>
          <w:rFonts w:ascii="Times New Roman" w:hAnsi="Times New Roman" w:cs="Times New Roman"/>
          <w:color w:val="000000"/>
          <w:lang w:val="ru-RU" w:eastAsia="ru-RU"/>
        </w:rPr>
        <w:t xml:space="preserve">5.Методическое пособие к учебнику «Математика. 1кл.»/ М.А. </w:t>
      </w:r>
      <w:proofErr w:type="spellStart"/>
      <w:r w:rsidRPr="00570BF7">
        <w:rPr>
          <w:rFonts w:ascii="Times New Roman" w:hAnsi="Times New Roman" w:cs="Times New Roman"/>
          <w:color w:val="000000"/>
          <w:lang w:val="ru-RU" w:eastAsia="ru-RU"/>
        </w:rPr>
        <w:t>Бантова</w:t>
      </w:r>
      <w:proofErr w:type="spellEnd"/>
      <w:r w:rsidRPr="00570BF7">
        <w:rPr>
          <w:rFonts w:ascii="Times New Roman" w:hAnsi="Times New Roman" w:cs="Times New Roman"/>
          <w:color w:val="000000"/>
          <w:lang w:val="ru-RU" w:eastAsia="ru-RU"/>
        </w:rPr>
        <w:t>, Г.В. Бельтюкова, С.В. Степанова.- М.: Просвещение,2011.</w:t>
      </w:r>
    </w:p>
    <w:p w14:paraId="4DD5A68D" w14:textId="44FA59D6" w:rsidR="001D0792" w:rsidRPr="00570BF7" w:rsidRDefault="00F513C4" w:rsidP="00570BF7">
      <w:p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lang w:val="ru-RU" w:eastAsia="ru-RU"/>
        </w:rPr>
      </w:pPr>
      <w:r>
        <w:rPr>
          <w:rFonts w:ascii="Times New Roman" w:hAnsi="Times New Roman" w:cs="Times New Roman"/>
          <w:color w:val="000000"/>
          <w:lang w:val="ru-RU" w:eastAsia="ru-RU"/>
        </w:rPr>
        <w:t>6</w:t>
      </w:r>
      <w:r w:rsidR="00570BF7" w:rsidRPr="00570BF7">
        <w:rPr>
          <w:rFonts w:ascii="Times New Roman" w:hAnsi="Times New Roman" w:cs="Times New Roman"/>
          <w:color w:val="000000"/>
          <w:lang w:val="ru-RU" w:eastAsia="ru-RU"/>
        </w:rPr>
        <w:t xml:space="preserve">.Контрольные работы по математике. 1 </w:t>
      </w:r>
      <w:proofErr w:type="spellStart"/>
      <w:r w:rsidR="00570BF7" w:rsidRPr="00570BF7">
        <w:rPr>
          <w:rFonts w:ascii="Times New Roman" w:hAnsi="Times New Roman" w:cs="Times New Roman"/>
          <w:color w:val="000000"/>
          <w:lang w:val="ru-RU" w:eastAsia="ru-RU"/>
        </w:rPr>
        <w:t>кл</w:t>
      </w:r>
      <w:proofErr w:type="spellEnd"/>
      <w:r w:rsidR="00570BF7" w:rsidRPr="00570BF7">
        <w:rPr>
          <w:rFonts w:ascii="Times New Roman" w:hAnsi="Times New Roman" w:cs="Times New Roman"/>
          <w:color w:val="000000"/>
          <w:lang w:val="ru-RU" w:eastAsia="ru-RU"/>
        </w:rPr>
        <w:t xml:space="preserve">.: к учебнику М.И. Моро и др. Автор: В.Н. </w:t>
      </w:r>
      <w:proofErr w:type="spellStart"/>
      <w:r w:rsidR="00570BF7" w:rsidRPr="00570BF7">
        <w:rPr>
          <w:rFonts w:ascii="Times New Roman" w:hAnsi="Times New Roman" w:cs="Times New Roman"/>
          <w:color w:val="000000"/>
          <w:lang w:val="ru-RU" w:eastAsia="ru-RU"/>
        </w:rPr>
        <w:t>Рудницкая</w:t>
      </w:r>
      <w:proofErr w:type="spellEnd"/>
      <w:r w:rsidR="00570BF7" w:rsidRPr="00570BF7">
        <w:rPr>
          <w:rFonts w:ascii="Times New Roman" w:hAnsi="Times New Roman" w:cs="Times New Roman"/>
          <w:color w:val="000000"/>
          <w:lang w:val="ru-RU" w:eastAsia="ru-RU"/>
        </w:rPr>
        <w:t xml:space="preserve"> - М.: Экзамен,2007.</w:t>
      </w:r>
    </w:p>
    <w:p w14:paraId="18633D4D" w14:textId="77777777" w:rsidR="008A5B0A" w:rsidRPr="00570BF7" w:rsidRDefault="007404BA">
      <w:pPr>
        <w:autoSpaceDE w:val="0"/>
        <w:autoSpaceDN w:val="0"/>
        <w:spacing w:before="346" w:after="0" w:line="382" w:lineRule="auto"/>
        <w:ind w:right="1440"/>
        <w:rPr>
          <w:rFonts w:ascii="Times New Roman" w:hAnsi="Times New Roman" w:cs="Times New Roman"/>
          <w:lang w:val="ru-RU"/>
        </w:rPr>
      </w:pPr>
      <w:r w:rsidRPr="00570BF7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323370CA" w14:textId="77777777" w:rsidR="00570BF7" w:rsidRPr="00570BF7" w:rsidRDefault="00570BF7" w:rsidP="00570BF7">
      <w:pPr>
        <w:rPr>
          <w:rFonts w:ascii="Times New Roman" w:hAnsi="Times New Roman" w:cs="Times New Roman"/>
          <w:lang w:val="ru-RU"/>
        </w:rPr>
      </w:pPr>
      <w:r w:rsidRPr="00570BF7">
        <w:rPr>
          <w:rFonts w:ascii="Times New Roman" w:hAnsi="Times New Roman" w:cs="Times New Roman"/>
        </w:rPr>
        <w:t>https</w:t>
      </w:r>
      <w:r w:rsidRPr="00570BF7">
        <w:rPr>
          <w:rFonts w:ascii="Times New Roman" w:hAnsi="Times New Roman" w:cs="Times New Roman"/>
          <w:lang w:val="ru-RU"/>
        </w:rPr>
        <w:t>://</w:t>
      </w:r>
      <w:proofErr w:type="spellStart"/>
      <w:r w:rsidRPr="00570BF7">
        <w:rPr>
          <w:rFonts w:ascii="Times New Roman" w:hAnsi="Times New Roman" w:cs="Times New Roman"/>
        </w:rPr>
        <w:t>pptcloud</w:t>
      </w:r>
      <w:proofErr w:type="spellEnd"/>
      <w:r w:rsidRPr="00570BF7">
        <w:rPr>
          <w:rFonts w:ascii="Times New Roman" w:hAnsi="Times New Roman" w:cs="Times New Roman"/>
          <w:lang w:val="ru-RU"/>
        </w:rPr>
        <w:t>.</w:t>
      </w:r>
      <w:proofErr w:type="spellStart"/>
      <w:r w:rsidRPr="00570BF7">
        <w:rPr>
          <w:rFonts w:ascii="Times New Roman" w:hAnsi="Times New Roman" w:cs="Times New Roman"/>
        </w:rPr>
        <w:t>ru</w:t>
      </w:r>
      <w:proofErr w:type="spellEnd"/>
      <w:r w:rsidRPr="00570BF7">
        <w:rPr>
          <w:rFonts w:ascii="Times New Roman" w:hAnsi="Times New Roman" w:cs="Times New Roman"/>
          <w:lang w:val="ru-RU"/>
        </w:rPr>
        <w:t>/</w:t>
      </w:r>
      <w:proofErr w:type="spellStart"/>
      <w:r w:rsidRPr="00570BF7">
        <w:rPr>
          <w:rFonts w:ascii="Times New Roman" w:hAnsi="Times New Roman" w:cs="Times New Roman"/>
        </w:rPr>
        <w:t>matematika</w:t>
      </w:r>
      <w:proofErr w:type="spellEnd"/>
      <w:r w:rsidRPr="00570BF7">
        <w:rPr>
          <w:rFonts w:ascii="Times New Roman" w:hAnsi="Times New Roman" w:cs="Times New Roman"/>
          <w:lang w:val="ru-RU"/>
        </w:rPr>
        <w:t>/</w:t>
      </w:r>
      <w:proofErr w:type="spellStart"/>
      <w:r w:rsidRPr="00570BF7">
        <w:rPr>
          <w:rFonts w:ascii="Times New Roman" w:hAnsi="Times New Roman" w:cs="Times New Roman"/>
        </w:rPr>
        <w:t>zadacha</w:t>
      </w:r>
      <w:proofErr w:type="spellEnd"/>
      <w:r w:rsidRPr="00570BF7">
        <w:rPr>
          <w:rFonts w:ascii="Times New Roman" w:hAnsi="Times New Roman" w:cs="Times New Roman"/>
          <w:lang w:val="ru-RU"/>
        </w:rPr>
        <w:t>-154492</w:t>
      </w:r>
    </w:p>
    <w:p w14:paraId="7A7AC999" w14:textId="77777777" w:rsidR="00570BF7" w:rsidRPr="00570BF7" w:rsidRDefault="00570BF7" w:rsidP="00570BF7">
      <w:pPr>
        <w:rPr>
          <w:rFonts w:ascii="Times New Roman" w:hAnsi="Times New Roman" w:cs="Times New Roman"/>
        </w:rPr>
      </w:pPr>
      <w:r w:rsidRPr="00570BF7">
        <w:rPr>
          <w:rFonts w:ascii="Times New Roman" w:hAnsi="Times New Roman" w:cs="Times New Roman"/>
        </w:rPr>
        <w:t xml:space="preserve">https://pptcloud.ru/matematika </w:t>
      </w:r>
    </w:p>
    <w:p w14:paraId="5394F914" w14:textId="77777777" w:rsidR="00570BF7" w:rsidRPr="00570BF7" w:rsidRDefault="00570BF7" w:rsidP="00570BF7">
      <w:pPr>
        <w:rPr>
          <w:rFonts w:ascii="Times New Roman" w:hAnsi="Times New Roman" w:cs="Times New Roman"/>
        </w:rPr>
      </w:pPr>
      <w:r w:rsidRPr="00570BF7">
        <w:rPr>
          <w:rFonts w:ascii="Times New Roman" w:hAnsi="Times New Roman" w:cs="Times New Roman"/>
        </w:rPr>
        <w:t>/chetyrehugolniki-pryamougolnik-kvadrat-prezentatsiya-1-klass</w:t>
      </w:r>
    </w:p>
    <w:p w14:paraId="15244FE8" w14:textId="77777777" w:rsidR="00570BF7" w:rsidRPr="004316ED" w:rsidRDefault="00570BF7" w:rsidP="00570BF7">
      <w:pPr>
        <w:rPr>
          <w:rFonts w:ascii="Times New Roman" w:hAnsi="Times New Roman" w:cs="Times New Roman"/>
        </w:rPr>
      </w:pPr>
    </w:p>
    <w:p w14:paraId="2D1A3061" w14:textId="77777777" w:rsidR="00570BF7" w:rsidRPr="004316ED" w:rsidRDefault="00570BF7" w:rsidP="00570BF7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</w:rPr>
      </w:pPr>
    </w:p>
    <w:p w14:paraId="60BEBC73" w14:textId="77777777" w:rsidR="00570BF7" w:rsidRPr="004316ED" w:rsidRDefault="00570BF7" w:rsidP="00570BF7">
      <w:pPr>
        <w:rPr>
          <w:rFonts w:ascii="Times New Roman" w:hAnsi="Times New Roman" w:cs="Times New Roman"/>
        </w:rPr>
      </w:pPr>
    </w:p>
    <w:p w14:paraId="10505EFF" w14:textId="77777777" w:rsidR="00570BF7" w:rsidRPr="004316ED" w:rsidRDefault="00570BF7" w:rsidP="00570BF7">
      <w:pPr>
        <w:rPr>
          <w:rFonts w:ascii="Times New Roman" w:hAnsi="Times New Roman" w:cs="Times New Roman"/>
        </w:rPr>
      </w:pPr>
    </w:p>
    <w:p w14:paraId="76592098" w14:textId="77777777" w:rsidR="008A5B0A" w:rsidRPr="004316ED" w:rsidRDefault="008A5B0A" w:rsidP="00570BF7">
      <w:pPr>
        <w:rPr>
          <w:rFonts w:ascii="Times New Roman" w:hAnsi="Times New Roman" w:cs="Times New Roman"/>
        </w:rPr>
        <w:sectPr w:rsidR="008A5B0A" w:rsidRPr="004316E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4445DC1" w14:textId="77777777" w:rsidR="008A5B0A" w:rsidRPr="004316ED" w:rsidRDefault="008A5B0A">
      <w:pPr>
        <w:autoSpaceDE w:val="0"/>
        <w:autoSpaceDN w:val="0"/>
        <w:spacing w:after="78" w:line="220" w:lineRule="exact"/>
      </w:pPr>
    </w:p>
    <w:p w14:paraId="5DCD9CBD" w14:textId="77777777" w:rsidR="00996626" w:rsidRDefault="007404BA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</w:p>
    <w:p w14:paraId="3402E084" w14:textId="77777777" w:rsidR="00996626" w:rsidRPr="00996626" w:rsidRDefault="00996626" w:rsidP="00996626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996626">
        <w:rPr>
          <w:rFonts w:ascii="Times New Roman" w:eastAsia="Times New Roman" w:hAnsi="Times New Roman"/>
          <w:color w:val="000000"/>
          <w:sz w:val="24"/>
          <w:lang w:val="ru-RU"/>
        </w:rPr>
        <w:t>Ноутбук</w:t>
      </w:r>
    </w:p>
    <w:p w14:paraId="6D6C0A55" w14:textId="1D0ECD02" w:rsidR="00996626" w:rsidRPr="00996626" w:rsidRDefault="00F513C4" w:rsidP="00996626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Телевизор</w:t>
      </w:r>
    </w:p>
    <w:p w14:paraId="64D54BAC" w14:textId="77777777" w:rsidR="00996626" w:rsidRPr="00996626" w:rsidRDefault="00996626" w:rsidP="00996626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996626">
        <w:rPr>
          <w:rFonts w:ascii="Times New Roman" w:eastAsia="Times New Roman" w:hAnsi="Times New Roman"/>
          <w:color w:val="000000"/>
          <w:sz w:val="24"/>
          <w:lang w:val="ru-RU"/>
        </w:rPr>
        <w:t>Классная доска</w:t>
      </w:r>
    </w:p>
    <w:p w14:paraId="65C4FBCB" w14:textId="77777777" w:rsidR="008A5B0A" w:rsidRDefault="007404BA" w:rsidP="00996626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C13306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 И ПРАКТИЧЕСКИХ РАБОТ</w:t>
      </w:r>
    </w:p>
    <w:p w14:paraId="04BA5A7F" w14:textId="692BE99A" w:rsidR="00996626" w:rsidRPr="00996626" w:rsidRDefault="00996626" w:rsidP="00996626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996626">
        <w:rPr>
          <w:rFonts w:ascii="Times New Roman" w:eastAsia="Times New Roman" w:hAnsi="Times New Roman"/>
          <w:color w:val="000000"/>
          <w:sz w:val="24"/>
          <w:lang w:val="ru-RU"/>
        </w:rPr>
        <w:t>Но</w:t>
      </w:r>
      <w:r w:rsidR="00F513C4">
        <w:rPr>
          <w:rFonts w:ascii="Times New Roman" w:eastAsia="Times New Roman" w:hAnsi="Times New Roman"/>
          <w:color w:val="000000"/>
          <w:sz w:val="24"/>
          <w:lang w:val="ru-RU"/>
        </w:rPr>
        <w:t>утбук</w:t>
      </w:r>
    </w:p>
    <w:p w14:paraId="7C2E7D45" w14:textId="77777777" w:rsidR="00996626" w:rsidRPr="00996626" w:rsidRDefault="00996626" w:rsidP="00996626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996626">
        <w:rPr>
          <w:rFonts w:ascii="Times New Roman" w:eastAsia="Times New Roman" w:hAnsi="Times New Roman"/>
          <w:color w:val="000000"/>
          <w:sz w:val="24"/>
          <w:lang w:val="ru-RU"/>
        </w:rPr>
        <w:t>Классная доска</w:t>
      </w:r>
    </w:p>
    <w:p w14:paraId="1E88B6AE" w14:textId="477DD703" w:rsidR="00996626" w:rsidRDefault="00F513C4" w:rsidP="00996626">
      <w:pPr>
        <w:spacing w:after="0" w:line="240" w:lineRule="auto"/>
        <w:rPr>
          <w:lang w:val="ru-RU"/>
        </w:rPr>
      </w:pPr>
      <w:r>
        <w:rPr>
          <w:lang w:val="ru-RU"/>
        </w:rPr>
        <w:t>Телевизор</w:t>
      </w:r>
    </w:p>
    <w:p w14:paraId="7DD4F95D" w14:textId="77777777" w:rsidR="00996626" w:rsidRDefault="00996626" w:rsidP="00996626">
      <w:pPr>
        <w:spacing w:after="0" w:line="240" w:lineRule="auto"/>
        <w:rPr>
          <w:lang w:val="ru-RU"/>
        </w:rPr>
      </w:pPr>
      <w:r>
        <w:rPr>
          <w:lang w:val="ru-RU"/>
        </w:rPr>
        <w:t>Счетный материал</w:t>
      </w:r>
    </w:p>
    <w:p w14:paraId="6E6F61EA" w14:textId="77777777" w:rsidR="00996626" w:rsidRPr="00C13306" w:rsidRDefault="00996626" w:rsidP="00996626">
      <w:pPr>
        <w:spacing w:after="0" w:line="240" w:lineRule="auto"/>
        <w:rPr>
          <w:lang w:val="ru-RU"/>
        </w:rPr>
        <w:sectPr w:rsidR="00996626" w:rsidRPr="00C13306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>
        <w:rPr>
          <w:lang w:val="ru-RU"/>
        </w:rPr>
        <w:t>Наглядное пособие</w:t>
      </w:r>
    </w:p>
    <w:p w14:paraId="420C3509" w14:textId="77777777" w:rsidR="007404BA" w:rsidRPr="00C13306" w:rsidRDefault="007404BA">
      <w:pPr>
        <w:rPr>
          <w:lang w:val="ru-RU"/>
        </w:rPr>
      </w:pPr>
    </w:p>
    <w:sectPr w:rsidR="007404BA" w:rsidRPr="00C13306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1DC3036"/>
    <w:multiLevelType w:val="multilevel"/>
    <w:tmpl w:val="7040C01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0">
    <w:nsid w:val="2D781145"/>
    <w:multiLevelType w:val="multilevel"/>
    <w:tmpl w:val="24786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4A7CF6"/>
    <w:multiLevelType w:val="multilevel"/>
    <w:tmpl w:val="2884C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F86EB1"/>
    <w:multiLevelType w:val="multilevel"/>
    <w:tmpl w:val="B3960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01E0A"/>
    <w:rsid w:val="00034616"/>
    <w:rsid w:val="0006063C"/>
    <w:rsid w:val="0015074B"/>
    <w:rsid w:val="001D0792"/>
    <w:rsid w:val="0029639D"/>
    <w:rsid w:val="002B627A"/>
    <w:rsid w:val="002E05DF"/>
    <w:rsid w:val="00300488"/>
    <w:rsid w:val="00314999"/>
    <w:rsid w:val="00326F90"/>
    <w:rsid w:val="00346A02"/>
    <w:rsid w:val="00352306"/>
    <w:rsid w:val="003B255B"/>
    <w:rsid w:val="003C452D"/>
    <w:rsid w:val="00421EB1"/>
    <w:rsid w:val="004316ED"/>
    <w:rsid w:val="0043349B"/>
    <w:rsid w:val="0044051B"/>
    <w:rsid w:val="004D76A9"/>
    <w:rsid w:val="004F2C6C"/>
    <w:rsid w:val="00570BF7"/>
    <w:rsid w:val="00570C2A"/>
    <w:rsid w:val="0057487D"/>
    <w:rsid w:val="005B0049"/>
    <w:rsid w:val="00663181"/>
    <w:rsid w:val="006A024A"/>
    <w:rsid w:val="007404BA"/>
    <w:rsid w:val="007B0906"/>
    <w:rsid w:val="007B4157"/>
    <w:rsid w:val="0082386F"/>
    <w:rsid w:val="0088687C"/>
    <w:rsid w:val="008A5B0A"/>
    <w:rsid w:val="008E3104"/>
    <w:rsid w:val="00944BD2"/>
    <w:rsid w:val="00996626"/>
    <w:rsid w:val="009F09AC"/>
    <w:rsid w:val="00AA1D8D"/>
    <w:rsid w:val="00B24035"/>
    <w:rsid w:val="00B47730"/>
    <w:rsid w:val="00C05D97"/>
    <w:rsid w:val="00C13306"/>
    <w:rsid w:val="00C55563"/>
    <w:rsid w:val="00CB0664"/>
    <w:rsid w:val="00DC73ED"/>
    <w:rsid w:val="00E84A1A"/>
    <w:rsid w:val="00E9744A"/>
    <w:rsid w:val="00EC29B3"/>
    <w:rsid w:val="00F03231"/>
    <w:rsid w:val="00F513C4"/>
    <w:rsid w:val="00F55D8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1DB7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E97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E97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E97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E97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4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01CFF8-6282-4525-A300-D6B9CA1B8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7320</Words>
  <Characters>41727</Characters>
  <Application>Microsoft Office Word</Application>
  <DocSecurity>0</DocSecurity>
  <Lines>347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48950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PC</cp:lastModifiedBy>
  <cp:revision>28</cp:revision>
  <dcterms:created xsi:type="dcterms:W3CDTF">2013-12-23T23:15:00Z</dcterms:created>
  <dcterms:modified xsi:type="dcterms:W3CDTF">2022-10-16T23:44:00Z</dcterms:modified>
  <cp:category/>
</cp:coreProperties>
</file>