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9E" w:rsidRDefault="00F0209E" w:rsidP="00580B96">
      <w:pPr>
        <w:autoSpaceDE w:val="0"/>
        <w:autoSpaceDN w:val="0"/>
        <w:spacing w:after="0" w:line="240" w:lineRule="auto"/>
        <w:ind w:right="580" w:firstLine="18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 wp14:anchorId="57D80666" wp14:editId="157A673A">
            <wp:extent cx="6715760" cy="949637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94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9E" w:rsidRDefault="00F0209E" w:rsidP="00580B96">
      <w:pPr>
        <w:autoSpaceDE w:val="0"/>
        <w:autoSpaceDN w:val="0"/>
        <w:spacing w:after="0" w:line="240" w:lineRule="auto"/>
        <w:ind w:right="580" w:firstLine="18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0209E" w:rsidRDefault="00F0209E" w:rsidP="00F0209E">
      <w:pPr>
        <w:autoSpaceDE w:val="0"/>
        <w:autoSpaceDN w:val="0"/>
        <w:spacing w:after="0" w:line="240" w:lineRule="auto"/>
        <w:ind w:right="580" w:firstLine="180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 г.).</w:t>
      </w:r>
      <w:bookmarkStart w:id="0" w:name="_GoBack"/>
      <w:bookmarkEnd w:id="0"/>
    </w:p>
    <w:p w:rsidR="00F0209E" w:rsidRDefault="00F0209E" w:rsidP="00580B96">
      <w:pPr>
        <w:autoSpaceDE w:val="0"/>
        <w:autoSpaceDN w:val="0"/>
        <w:spacing w:after="0" w:line="240" w:lineRule="auto"/>
        <w:ind w:right="580" w:firstLine="180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5556F5" w:rsidRPr="006B0E03" w:rsidRDefault="006B0E03" w:rsidP="00580B96">
      <w:pPr>
        <w:autoSpaceDE w:val="0"/>
        <w:autoSpaceDN w:val="0"/>
        <w:spacing w:after="0" w:line="240" w:lineRule="auto"/>
        <w:ind w:right="580" w:firstLine="180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5556F5" w:rsidRPr="006B0E03" w:rsidRDefault="006B0E03" w:rsidP="006B0E03">
      <w:pPr>
        <w:autoSpaceDE w:val="0"/>
        <w:autoSpaceDN w:val="0"/>
        <w:spacing w:before="346" w:after="0" w:line="283" w:lineRule="auto"/>
        <w:ind w:right="580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личностным,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учителей географии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и утверждённой Решением Коллегии Министерства просвещения и науки Российской Федерации от 24.12.2018 года.</w:t>
      </w:r>
    </w:p>
    <w:p w:rsidR="005556F5" w:rsidRPr="006B0E03" w:rsidRDefault="006B0E03" w:rsidP="006B0E03">
      <w:pPr>
        <w:autoSpaceDE w:val="0"/>
        <w:autoSpaceDN w:val="0"/>
        <w:spacing w:before="70" w:after="0"/>
        <w:ind w:right="580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даёт представление о целях обучения, воспитания и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развития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5556F5" w:rsidRPr="006B0E03" w:rsidRDefault="006B0E03" w:rsidP="00580B96">
      <w:pPr>
        <w:autoSpaceDE w:val="0"/>
        <w:autoSpaceDN w:val="0"/>
        <w:spacing w:before="262" w:after="0" w:line="230" w:lineRule="auto"/>
        <w:ind w:right="580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«ГЕОГРАФИЯ»</w:t>
      </w:r>
    </w:p>
    <w:p w:rsidR="005556F5" w:rsidRPr="006B0E03" w:rsidRDefault="006B0E03" w:rsidP="006B0E03">
      <w:pPr>
        <w:autoSpaceDE w:val="0"/>
        <w:autoSpaceDN w:val="0"/>
        <w:spacing w:before="166" w:after="0" w:line="281" w:lineRule="auto"/>
        <w:ind w:right="580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География в основной школе — предмет, формирующий у </w:t>
      </w:r>
      <w:proofErr w:type="spellStart"/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обу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чающихся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кономических процессов, о проб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лемах взаимодействия природы и общества, географических подходах к устойчивому развитию территорий.</w:t>
      </w:r>
    </w:p>
    <w:p w:rsidR="005556F5" w:rsidRPr="006B0E03" w:rsidRDefault="006B0E03" w:rsidP="006B0E03">
      <w:pPr>
        <w:autoSpaceDE w:val="0"/>
        <w:autoSpaceDN w:val="0"/>
        <w:spacing w:before="70" w:after="0"/>
        <w:ind w:right="580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5556F5" w:rsidRPr="006B0E03" w:rsidRDefault="006B0E03" w:rsidP="00580B96">
      <w:pPr>
        <w:autoSpaceDE w:val="0"/>
        <w:autoSpaceDN w:val="0"/>
        <w:spacing w:before="262" w:after="0" w:line="230" w:lineRule="auto"/>
        <w:ind w:right="580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«ГЕОГРАФИЯ»</w:t>
      </w:r>
    </w:p>
    <w:p w:rsidR="006B0E03" w:rsidRDefault="006B0E03" w:rsidP="006B0E03">
      <w:pPr>
        <w:tabs>
          <w:tab w:val="left" w:pos="180"/>
        </w:tabs>
        <w:autoSpaceDE w:val="0"/>
        <w:autoSpaceDN w:val="0"/>
        <w:spacing w:before="168" w:after="0" w:line="288" w:lineRule="auto"/>
        <w:ind w:right="5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общем образовании направлено на достижение следующих целей: </w:t>
      </w:r>
      <w:r w:rsidRPr="006B0E03">
        <w:rPr>
          <w:lang w:val="ru-RU"/>
        </w:rPr>
        <w:br/>
      </w: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1) 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6B0E03" w:rsidRDefault="006B0E03" w:rsidP="006B0E03">
      <w:pPr>
        <w:tabs>
          <w:tab w:val="left" w:pos="180"/>
        </w:tabs>
        <w:autoSpaceDE w:val="0"/>
        <w:autoSpaceDN w:val="0"/>
        <w:spacing w:before="168" w:after="0" w:line="288" w:lineRule="auto"/>
        <w:ind w:right="5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2) 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5556F5" w:rsidRPr="006B0E03" w:rsidRDefault="006B0E03" w:rsidP="006B0E03">
      <w:pPr>
        <w:tabs>
          <w:tab w:val="left" w:pos="180"/>
        </w:tabs>
        <w:autoSpaceDE w:val="0"/>
        <w:autoSpaceDN w:val="0"/>
        <w:spacing w:before="168" w:after="0" w:line="288" w:lineRule="auto"/>
        <w:ind w:right="5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3) воспитание экологической культуры, соответствующей современному уровню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геоэкологического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о способах</w:t>
      </w:r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сохранения окружающей среды и рационального использования природных ресурсов; </w:t>
      </w:r>
      <w:r w:rsidRPr="006B0E03">
        <w:rPr>
          <w:lang w:val="ru-RU"/>
        </w:rPr>
        <w:br/>
      </w: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4) формирование способности поиска и применения ра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з-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6B0E03" w:rsidRDefault="006B0E03" w:rsidP="006B0E03">
      <w:pPr>
        <w:tabs>
          <w:tab w:val="left" w:pos="180"/>
        </w:tabs>
        <w:autoSpaceDE w:val="0"/>
        <w:autoSpaceDN w:val="0"/>
        <w:spacing w:after="0" w:line="286" w:lineRule="auto"/>
        <w:ind w:right="5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5) формирование комплекс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а практико-ориентированных гео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мире; </w:t>
      </w:r>
    </w:p>
    <w:p w:rsidR="005556F5" w:rsidRPr="006B0E03" w:rsidRDefault="006B0E03" w:rsidP="006B0E03">
      <w:pPr>
        <w:tabs>
          <w:tab w:val="left" w:pos="180"/>
        </w:tabs>
        <w:autoSpaceDE w:val="0"/>
        <w:autoSpaceDN w:val="0"/>
        <w:spacing w:after="0" w:line="286" w:lineRule="auto"/>
        <w:ind w:right="580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5556F5" w:rsidRPr="006B0E03" w:rsidRDefault="006B0E03" w:rsidP="00580B96">
      <w:pPr>
        <w:autoSpaceDE w:val="0"/>
        <w:autoSpaceDN w:val="0"/>
        <w:spacing w:before="262" w:after="0" w:line="230" w:lineRule="auto"/>
        <w:ind w:right="580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«ГЕОГРАФИЯ» В УЧЕБНОМ ПЛАНЕ</w:t>
      </w:r>
    </w:p>
    <w:p w:rsidR="005556F5" w:rsidRPr="006B0E03" w:rsidRDefault="006B0E03" w:rsidP="006B0E03">
      <w:pPr>
        <w:tabs>
          <w:tab w:val="left" w:pos="180"/>
        </w:tabs>
        <w:autoSpaceDE w:val="0"/>
        <w:autoSpaceDN w:val="0"/>
        <w:spacing w:before="168" w:after="0" w:line="262" w:lineRule="auto"/>
        <w:ind w:right="580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5556F5" w:rsidRPr="006B0E03" w:rsidRDefault="006B0E03" w:rsidP="006B0E03">
      <w:pPr>
        <w:tabs>
          <w:tab w:val="left" w:pos="180"/>
        </w:tabs>
        <w:autoSpaceDE w:val="0"/>
        <w:autoSpaceDN w:val="0"/>
        <w:spacing w:before="70" w:after="0" w:line="262" w:lineRule="auto"/>
        <w:ind w:right="580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5556F5" w:rsidRPr="006B0E03" w:rsidRDefault="006B0E03" w:rsidP="006B0E03">
      <w:pPr>
        <w:autoSpaceDE w:val="0"/>
        <w:autoSpaceDN w:val="0"/>
        <w:spacing w:before="70" w:after="0" w:line="230" w:lineRule="auto"/>
        <w:ind w:left="180" w:right="5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географии отводится два час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а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 неделю в 5 классе, всего -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68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часов.</w:t>
      </w:r>
    </w:p>
    <w:p w:rsidR="005556F5" w:rsidRPr="006B0E03" w:rsidRDefault="005556F5" w:rsidP="006B0E03">
      <w:pPr>
        <w:ind w:right="580"/>
        <w:jc w:val="both"/>
        <w:rPr>
          <w:lang w:val="ru-RU"/>
        </w:rPr>
        <w:sectPr w:rsidR="005556F5" w:rsidRPr="006B0E03">
          <w:pgSz w:w="11900" w:h="16840"/>
          <w:pgMar w:top="298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5556F5" w:rsidRPr="006B0E03" w:rsidRDefault="005556F5" w:rsidP="006B0E03">
      <w:pPr>
        <w:autoSpaceDE w:val="0"/>
        <w:autoSpaceDN w:val="0"/>
        <w:spacing w:after="78" w:line="220" w:lineRule="exact"/>
        <w:ind w:right="580"/>
        <w:jc w:val="both"/>
        <w:rPr>
          <w:lang w:val="ru-RU"/>
        </w:rPr>
      </w:pPr>
    </w:p>
    <w:p w:rsidR="005556F5" w:rsidRPr="006B0E03" w:rsidRDefault="006B0E03" w:rsidP="00580B96">
      <w:pPr>
        <w:autoSpaceDE w:val="0"/>
        <w:autoSpaceDN w:val="0"/>
        <w:spacing w:after="0" w:line="230" w:lineRule="auto"/>
        <w:ind w:right="580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after="0" w:line="28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Географическое изучение Земли 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after="0" w:line="281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. География — наука о планете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Земля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B0E03">
        <w:rPr>
          <w:lang w:val="ru-RU"/>
        </w:rPr>
        <w:br/>
      </w: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70" w:after="0" w:line="27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71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 Организация фенологических наблюдений в природе: планирование, участие в групповой работе, форма систематизации данных.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2" w:after="0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История географических открытий 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192" w:after="0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Пифея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5556F5" w:rsidRPr="006B0E03" w:rsidRDefault="006B0E03" w:rsidP="00580B96">
      <w:pPr>
        <w:autoSpaceDE w:val="0"/>
        <w:autoSpaceDN w:val="0"/>
        <w:spacing w:before="70" w:after="0" w:line="271" w:lineRule="auto"/>
        <w:ind w:right="13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Эпоха Великих географических открытий. Три пути в Индию. Открытие Нового света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—э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5556F5" w:rsidRPr="006B0E03" w:rsidRDefault="006B0E03" w:rsidP="00580B96">
      <w:pPr>
        <w:autoSpaceDE w:val="0"/>
        <w:autoSpaceDN w:val="0"/>
        <w:spacing w:before="70" w:after="0" w:line="271" w:lineRule="auto"/>
        <w:ind w:right="13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Географические открытия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580B96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Практические работы</w:t>
      </w:r>
    </w:p>
    <w:p w:rsidR="005556F5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1. </w:t>
      </w:r>
      <w:r w:rsidR="007555D7" w:rsidRPr="007555D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7555D7" w:rsidRPr="006B0E03">
        <w:rPr>
          <w:rFonts w:ascii="Times New Roman" w:eastAsia="Times New Roman" w:hAnsi="Times New Roman"/>
          <w:color w:val="000000"/>
          <w:sz w:val="24"/>
          <w:lang w:val="ru-RU"/>
        </w:rPr>
        <w:t>Сравнение карт Эратосфена, Птолемея и современных карт по предложенным учителем вопросам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555D7" w:rsidRDefault="007555D7" w:rsidP="007555D7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2.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Обозначение на контурной карте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маршрута экспедиции Х. Колумба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555D7" w:rsidRDefault="007555D7" w:rsidP="007555D7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Обозначение на контурной карте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маршрута первого кругосветного плавания – экспедиции Ф. Магеллана.</w:t>
      </w:r>
    </w:p>
    <w:p w:rsidR="007555D7" w:rsidRDefault="007555D7" w:rsidP="007555D7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4.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Обозначение на контурной карте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маршрута экспедиции Джеймса Кука.</w:t>
      </w:r>
    </w:p>
    <w:p w:rsidR="007555D7" w:rsidRPr="006B0E03" w:rsidRDefault="007555D7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5. О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бозначение на контурной карте географических объектов, открытых в разные периоды.</w:t>
      </w:r>
    </w:p>
    <w:p w:rsidR="00580B96" w:rsidRDefault="006B0E03" w:rsidP="007555D7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Изображения земной поверхности 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0" w:after="0" w:line="286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Тема 1. Планы местности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190" w:after="0" w:line="286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580B96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Практические работы</w:t>
      </w:r>
    </w:p>
    <w:p w:rsidR="005556F5" w:rsidRPr="006B0E03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1. Определение направлений </w:t>
      </w:r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 xml:space="preserve">и расстояний по плану </w:t>
      </w:r>
      <w:proofErr w:type="gramStart"/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>мест​</w:t>
      </w:r>
      <w:proofErr w:type="spellStart"/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555D7" w:rsidRDefault="006B0E03" w:rsidP="00580B96">
      <w:pPr>
        <w:autoSpaceDE w:val="0"/>
        <w:autoSpaceDN w:val="0"/>
        <w:spacing w:before="70" w:after="0" w:line="230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2.</w:t>
      </w:r>
      <w:r w:rsidR="007555D7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Проведение глазомерной съемки школьного двора. </w:t>
      </w:r>
    </w:p>
    <w:p w:rsidR="006C67B9" w:rsidRDefault="006C67B9" w:rsidP="00580B96">
      <w:pPr>
        <w:autoSpaceDE w:val="0"/>
        <w:autoSpaceDN w:val="0"/>
        <w:spacing w:before="70" w:after="0" w:line="230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3. Определение относительной высоты холма.</w:t>
      </w:r>
    </w:p>
    <w:p w:rsidR="005556F5" w:rsidRPr="006B0E03" w:rsidRDefault="006C67B9" w:rsidP="00580B96">
      <w:pPr>
        <w:autoSpaceDE w:val="0"/>
        <w:autoSpaceDN w:val="0"/>
        <w:spacing w:before="70" w:after="0" w:line="230" w:lineRule="auto"/>
        <w:ind w:left="180" w:right="13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4. 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Составление описания маршрута по плану местности.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0" w:after="0" w:line="28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2. Географические карты 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190" w:after="0" w:line="281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5556F5" w:rsidRPr="006B0E03" w:rsidRDefault="006B0E03" w:rsidP="00580B96">
      <w:pPr>
        <w:autoSpaceDE w:val="0"/>
        <w:autoSpaceDN w:val="0"/>
        <w:spacing w:before="70" w:after="0" w:line="230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Искажения на карте. Линии градусной сети на картах. Определение расстояний с помощью</w:t>
      </w:r>
      <w:r w:rsidR="00580B96">
        <w:rPr>
          <w:lang w:val="ru-RU"/>
        </w:rPr>
        <w:t xml:space="preserve">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</w:t>
      </w:r>
    </w:p>
    <w:p w:rsidR="005556F5" w:rsidRPr="006B0E03" w:rsidRDefault="006B0E03" w:rsidP="00580B96">
      <w:pPr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580B96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</w:p>
    <w:p w:rsidR="005556F5" w:rsidRPr="006B0E03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 Определение направлений и расстояний по карте полушарий.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2. Определение географических координат объектов и определение объектов по их географическим координатам.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2" w:after="0" w:line="27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3. Земля — планета Солнечной системы 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192" w:after="0" w:line="271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5556F5" w:rsidRPr="006B0E03" w:rsidRDefault="006B0E03" w:rsidP="00580B96">
      <w:pPr>
        <w:autoSpaceDE w:val="0"/>
        <w:autoSpaceDN w:val="0"/>
        <w:spacing w:before="70" w:after="0" w:line="281" w:lineRule="auto"/>
        <w:ind w:right="13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Движения Земли. Земная ос</w:t>
      </w:r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>ь и географические полюсы. Гео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5556F5" w:rsidRPr="006B0E03" w:rsidRDefault="006B0E03" w:rsidP="00580B96">
      <w:pPr>
        <w:autoSpaceDE w:val="0"/>
        <w:autoSpaceDN w:val="0"/>
        <w:spacing w:before="70" w:after="0" w:line="230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Влияние Космоса на Землю и жизнь людей.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70" w:after="0" w:line="27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</w:p>
    <w:p w:rsidR="006C67B9" w:rsidRDefault="006B0E03" w:rsidP="00580B96">
      <w:pPr>
        <w:tabs>
          <w:tab w:val="left" w:pos="180"/>
        </w:tabs>
        <w:autoSpaceDE w:val="0"/>
        <w:autoSpaceDN w:val="0"/>
        <w:spacing w:before="70" w:after="0" w:line="271" w:lineRule="auto"/>
        <w:ind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 w:rsidR="006C67B9">
        <w:rPr>
          <w:rFonts w:ascii="Times New Roman" w:eastAsia="Times New Roman" w:hAnsi="Times New Roman"/>
          <w:color w:val="000000"/>
          <w:sz w:val="24"/>
          <w:lang w:val="ru-RU"/>
        </w:rPr>
        <w:t xml:space="preserve"> Пояса освещенности.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 </w:t>
      </w:r>
    </w:p>
    <w:p w:rsidR="005556F5" w:rsidRPr="006B0E03" w:rsidRDefault="006C67B9" w:rsidP="00580B96">
      <w:pPr>
        <w:tabs>
          <w:tab w:val="left" w:pos="180"/>
        </w:tabs>
        <w:autoSpaceDE w:val="0"/>
        <w:autoSpaceDN w:val="0"/>
        <w:spacing w:before="70" w:after="0" w:line="271" w:lineRule="auto"/>
        <w:ind w:right="13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2. 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Выявление закономерностей изменения продолжительности дня и высоты Солнца над </w:t>
      </w:r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>горизонтом в зависимости от гео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графической широты и времени года на территории России.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0" w:after="0" w:line="28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4. Оболочки Земли</w:t>
      </w:r>
    </w:p>
    <w:p w:rsidR="00580B96" w:rsidRDefault="006B0E03" w:rsidP="00580B96">
      <w:pPr>
        <w:tabs>
          <w:tab w:val="left" w:pos="180"/>
        </w:tabs>
        <w:autoSpaceDE w:val="0"/>
        <w:autoSpaceDN w:val="0"/>
        <w:spacing w:before="190" w:after="0" w:line="28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Тема 1. Лито</w:t>
      </w:r>
      <w:r w:rsidR="00580B96">
        <w:rPr>
          <w:rFonts w:ascii="Times New Roman" w:eastAsia="Times New Roman" w:hAnsi="Times New Roman"/>
          <w:b/>
          <w:color w:val="000000"/>
          <w:sz w:val="24"/>
          <w:lang w:val="ru-RU"/>
        </w:rPr>
        <w:t>сфера — каменная оболочка Земли</w:t>
      </w:r>
    </w:p>
    <w:p w:rsidR="005556F5" w:rsidRPr="00580B96" w:rsidRDefault="006B0E03" w:rsidP="00580B96">
      <w:pPr>
        <w:tabs>
          <w:tab w:val="left" w:pos="180"/>
        </w:tabs>
        <w:autoSpaceDE w:val="0"/>
        <w:autoSpaceDN w:val="0"/>
        <w:spacing w:before="190" w:after="0" w:line="281" w:lineRule="auto"/>
        <w:ind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5556F5" w:rsidRPr="006B0E03" w:rsidRDefault="006B0E03" w:rsidP="00580B96">
      <w:pPr>
        <w:autoSpaceDE w:val="0"/>
        <w:autoSpaceDN w:val="0"/>
        <w:spacing w:before="70" w:after="0" w:line="230" w:lineRule="auto"/>
        <w:ind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Проявления внутренних и внешних процессов образования рельефа. Движение литосферных плит.</w:t>
      </w:r>
    </w:p>
    <w:p w:rsidR="005556F5" w:rsidRPr="006B0E03" w:rsidRDefault="006B0E03" w:rsidP="00580B96">
      <w:pPr>
        <w:autoSpaceDE w:val="0"/>
        <w:autoSpaceDN w:val="0"/>
        <w:spacing w:before="70" w:after="0" w:line="281" w:lineRule="auto"/>
        <w:ind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вулканов и причины землетрясений. Шкалы измерения силы и интенсивности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5556F5" w:rsidRPr="006B0E03" w:rsidRDefault="006B0E03" w:rsidP="00580B96">
      <w:pPr>
        <w:autoSpaceDE w:val="0"/>
        <w:autoSpaceDN w:val="0"/>
        <w:spacing w:before="70" w:after="0"/>
        <w:ind w:right="13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70"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580B96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</w:p>
    <w:p w:rsidR="006C67B9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 w:rsidR="006C67B9">
        <w:rPr>
          <w:rFonts w:ascii="Times New Roman" w:eastAsia="Times New Roman" w:hAnsi="Times New Roman"/>
          <w:color w:val="000000"/>
          <w:sz w:val="24"/>
          <w:lang w:val="ru-RU"/>
        </w:rPr>
        <w:t>Работа с коллекцией горных пород и минералов.</w:t>
      </w:r>
    </w:p>
    <w:p w:rsidR="006C67B9" w:rsidRDefault="006C67B9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2. Обозначение в контурной карте крупных вулканов и определение их географических координат. </w:t>
      </w:r>
    </w:p>
    <w:p w:rsidR="005556F5" w:rsidRPr="006B0E03" w:rsidRDefault="006C67B9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 Описание горной системы или равнины по физической карте.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Обозначение в контурной карте крупных горных систем и равнин. </w:t>
      </w:r>
    </w:p>
    <w:p w:rsidR="005556F5" w:rsidRPr="006B0E03" w:rsidRDefault="006B0E03" w:rsidP="00580B96">
      <w:pPr>
        <w:autoSpaceDE w:val="0"/>
        <w:autoSpaceDN w:val="0"/>
        <w:spacing w:before="190" w:after="0" w:line="262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Заключение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Практикум «Сезонные изменения в природе своей местности»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after="0" w:line="262" w:lineRule="auto"/>
        <w:ind w:right="13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580B96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</w:p>
    <w:p w:rsidR="005556F5" w:rsidRPr="006B0E03" w:rsidRDefault="006B0E03" w:rsidP="00580B96">
      <w:pPr>
        <w:autoSpaceDE w:val="0"/>
        <w:autoSpaceDN w:val="0"/>
        <w:spacing w:before="70" w:after="0" w:line="262" w:lineRule="auto"/>
        <w:ind w:left="180" w:right="13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1. Анализ результатов фенологических наблюдений и наблюдений за погодой.</w:t>
      </w:r>
    </w:p>
    <w:p w:rsidR="005556F5" w:rsidRPr="006B0E03" w:rsidRDefault="005556F5" w:rsidP="006B0E03">
      <w:pPr>
        <w:ind w:right="580"/>
        <w:jc w:val="both"/>
        <w:rPr>
          <w:lang w:val="ru-RU"/>
        </w:rPr>
        <w:sectPr w:rsidR="005556F5" w:rsidRPr="006B0E03">
          <w:pgSz w:w="11900" w:h="16840"/>
          <w:pgMar w:top="298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5556F5" w:rsidRPr="006B0E03" w:rsidRDefault="005556F5" w:rsidP="00580B96">
      <w:pPr>
        <w:autoSpaceDE w:val="0"/>
        <w:autoSpaceDN w:val="0"/>
        <w:spacing w:after="78" w:line="220" w:lineRule="exact"/>
        <w:jc w:val="center"/>
        <w:rPr>
          <w:lang w:val="ru-RU"/>
        </w:rPr>
      </w:pPr>
    </w:p>
    <w:p w:rsidR="005556F5" w:rsidRPr="006B0E03" w:rsidRDefault="006B0E03" w:rsidP="00580B96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5556F5" w:rsidRPr="006B0E03" w:rsidRDefault="006B0E03">
      <w:pPr>
        <w:autoSpaceDE w:val="0"/>
        <w:autoSpaceDN w:val="0"/>
        <w:spacing w:before="346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5556F5" w:rsidRPr="006B0E03" w:rsidRDefault="006B0E03" w:rsidP="00580B96">
      <w:pPr>
        <w:autoSpaceDE w:val="0"/>
        <w:autoSpaceDN w:val="0"/>
        <w:spacing w:before="166" w:after="0"/>
        <w:ind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5556F5" w:rsidRPr="006B0E03" w:rsidRDefault="006B0E03" w:rsidP="00580B96">
      <w:pPr>
        <w:autoSpaceDE w:val="0"/>
        <w:autoSpaceDN w:val="0"/>
        <w:spacing w:before="190" w:after="0" w:line="283" w:lineRule="auto"/>
        <w:ind w:firstLine="180"/>
        <w:jc w:val="both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Патриотического воспитания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: осознание российской гражданской идентичности в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уважение к символам России, своего края.</w:t>
      </w:r>
    </w:p>
    <w:p w:rsidR="005556F5" w:rsidRPr="006B0E03" w:rsidRDefault="006B0E03" w:rsidP="00580B96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Гражданского воспитания: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представление о социальных нормах и правилах межличностных отношений в поликультурном и многоконфессиональном обществе; готовность к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разно-образной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5556F5" w:rsidRPr="006B0E03" w:rsidRDefault="006B0E03" w:rsidP="00580B96">
      <w:pPr>
        <w:autoSpaceDE w:val="0"/>
        <w:autoSpaceDN w:val="0"/>
        <w:spacing w:before="190" w:after="0" w:line="281" w:lineRule="auto"/>
        <w:ind w:right="144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5556F5" w:rsidRPr="006B0E03" w:rsidRDefault="006B0E03" w:rsidP="00580B96">
      <w:pPr>
        <w:autoSpaceDE w:val="0"/>
        <w:autoSpaceDN w:val="0"/>
        <w:spacing w:before="192" w:after="0"/>
        <w:ind w:right="432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5556F5" w:rsidRPr="006B0E03" w:rsidRDefault="006B0E03" w:rsidP="00580B96">
      <w:pPr>
        <w:autoSpaceDE w:val="0"/>
        <w:autoSpaceDN w:val="0"/>
        <w:spacing w:before="190" w:after="0" w:line="286" w:lineRule="auto"/>
        <w:ind w:right="288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5556F5" w:rsidRPr="006B0E03" w:rsidRDefault="006B0E03" w:rsidP="00580B96">
      <w:pPr>
        <w:autoSpaceDE w:val="0"/>
        <w:autoSpaceDN w:val="0"/>
        <w:spacing w:before="190" w:after="0" w:line="271" w:lineRule="auto"/>
        <w:ind w:firstLine="180"/>
        <w:jc w:val="both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</w:t>
      </w:r>
      <w:proofErr w:type="gramEnd"/>
    </w:p>
    <w:p w:rsidR="005556F5" w:rsidRPr="006B0E03" w:rsidRDefault="005556F5" w:rsidP="00580B96">
      <w:pPr>
        <w:jc w:val="both"/>
        <w:rPr>
          <w:lang w:val="ru-RU"/>
        </w:rPr>
        <w:sectPr w:rsidR="005556F5" w:rsidRPr="006B0E03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556F5" w:rsidRPr="006B0E03" w:rsidRDefault="005556F5" w:rsidP="00580B96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5556F5" w:rsidRPr="006B0E03" w:rsidRDefault="006B0E03" w:rsidP="00580B96">
      <w:pPr>
        <w:autoSpaceDE w:val="0"/>
        <w:autoSpaceDN w:val="0"/>
        <w:spacing w:after="0" w:line="283" w:lineRule="auto"/>
        <w:ind w:right="144"/>
        <w:jc w:val="both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5556F5" w:rsidRPr="006B0E03" w:rsidRDefault="006B0E03" w:rsidP="00580B96">
      <w:pPr>
        <w:autoSpaceDE w:val="0"/>
        <w:autoSpaceDN w:val="0"/>
        <w:spacing w:before="190" w:after="0" w:line="286" w:lineRule="auto"/>
        <w:ind w:right="144" w:firstLine="18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Трудового воспитания: 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5556F5" w:rsidRPr="006B0E03" w:rsidRDefault="006B0E03" w:rsidP="00580B96">
      <w:pPr>
        <w:autoSpaceDE w:val="0"/>
        <w:autoSpaceDN w:val="0"/>
        <w:spacing w:before="190" w:after="0" w:line="281" w:lineRule="auto"/>
        <w:ind w:firstLine="180"/>
        <w:jc w:val="both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готовность к участию в практической деятельности экологической направленности.</w:t>
      </w:r>
    </w:p>
    <w:p w:rsidR="005556F5" w:rsidRPr="006B0E03" w:rsidRDefault="006B0E03">
      <w:pPr>
        <w:autoSpaceDE w:val="0"/>
        <w:autoSpaceDN w:val="0"/>
        <w:spacing w:before="262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5556F5" w:rsidRPr="006B0E03" w:rsidRDefault="006B0E03" w:rsidP="00580B96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jc w:val="both"/>
        <w:rPr>
          <w:lang w:val="ru-RU"/>
        </w:rPr>
      </w:pPr>
      <w:r w:rsidRPr="006B0E03">
        <w:rPr>
          <w:lang w:val="ru-RU"/>
        </w:rPr>
        <w:tab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результатов, в том числе:</w:t>
      </w:r>
    </w:p>
    <w:p w:rsidR="005556F5" w:rsidRPr="006B0E03" w:rsidRDefault="006B0E03">
      <w:pPr>
        <w:autoSpaceDE w:val="0"/>
        <w:autoSpaceDN w:val="0"/>
        <w:spacing w:before="190" w:after="0" w:line="262" w:lineRule="auto"/>
        <w:ind w:left="180" w:right="360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познавательными действиями: Базовые логические действия</w:t>
      </w:r>
    </w:p>
    <w:p w:rsidR="005556F5" w:rsidRPr="006B0E03" w:rsidRDefault="00580B96" w:rsidP="00580B96">
      <w:pPr>
        <w:autoSpaceDE w:val="0"/>
        <w:autoSpaceDN w:val="0"/>
        <w:spacing w:before="178" w:after="0" w:line="262" w:lineRule="auto"/>
        <w:ind w:left="420" w:right="14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Выявлять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характеризовать существенные признаки географических объектов, процессов и явлений;</w:t>
      </w:r>
    </w:p>
    <w:p w:rsidR="005556F5" w:rsidRPr="006B0E03" w:rsidRDefault="00580B96" w:rsidP="00580B96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устанавливать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существенный признак классификации географических объектов, процессов и явлений, основания для их сравнения;</w:t>
      </w:r>
    </w:p>
    <w:p w:rsidR="005556F5" w:rsidRPr="006B0E03" w:rsidRDefault="00580B96" w:rsidP="00580B96">
      <w:pPr>
        <w:autoSpaceDE w:val="0"/>
        <w:autoSpaceDN w:val="0"/>
        <w:spacing w:before="192" w:after="0" w:line="262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выявлять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закономерности и противоречия в рассматриваемых фактах и данных наблюдений с учётом предложенной географической задачи;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420" w:right="7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выявлять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дефициты географической информации, данных, необходимых для решения поставленной задачи;</w:t>
      </w:r>
    </w:p>
    <w:p w:rsidR="005556F5" w:rsidRPr="006B0E03" w:rsidRDefault="00580B96" w:rsidP="00580B96">
      <w:pPr>
        <w:autoSpaceDE w:val="0"/>
        <w:autoSpaceDN w:val="0"/>
        <w:spacing w:before="190" w:after="0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выявлять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420" w:right="576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самостоятельно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556F5" w:rsidRPr="006B0E03" w:rsidRDefault="006B0E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</w:t>
      </w:r>
    </w:p>
    <w:p w:rsidR="005556F5" w:rsidRPr="006B0E03" w:rsidRDefault="005556F5">
      <w:pPr>
        <w:rPr>
          <w:lang w:val="ru-RU"/>
        </w:rPr>
        <w:sectPr w:rsidR="005556F5" w:rsidRPr="006B0E03">
          <w:pgSz w:w="11900" w:h="16840"/>
          <w:pgMar w:top="286" w:right="782" w:bottom="378" w:left="666" w:header="720" w:footer="720" w:gutter="0"/>
          <w:cols w:space="720" w:equalWidth="0">
            <w:col w:w="10452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132" w:line="220" w:lineRule="exact"/>
        <w:rPr>
          <w:lang w:val="ru-RU"/>
        </w:rPr>
      </w:pPr>
    </w:p>
    <w:p w:rsidR="005556F5" w:rsidRPr="006B0E03" w:rsidRDefault="00580B96" w:rsidP="00580B96">
      <w:pPr>
        <w:autoSpaceDE w:val="0"/>
        <w:autoSpaceDN w:val="0"/>
        <w:spacing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Использовать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географические вопросы как исследовательский инструмент познания;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формулировать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географические вопросы, фиксирующие разрыв между реальным и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желательным состоянием ситуации, объекта, и самостоятельно устанавливать искомое и данное;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240" w:right="432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формировать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5556F5" w:rsidRPr="006B0E03" w:rsidRDefault="00580B96" w:rsidP="00580B96">
      <w:pPr>
        <w:autoSpaceDE w:val="0"/>
        <w:autoSpaceDN w:val="0"/>
        <w:spacing w:before="190" w:after="0"/>
        <w:ind w:left="240" w:right="14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проводить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5556F5" w:rsidRPr="006B0E03" w:rsidRDefault="00580B96" w:rsidP="00580B96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оценивать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достоверность информации, полученной в ходе </w:t>
      </w:r>
      <w:proofErr w:type="spellStart"/>
      <w:proofErr w:type="gramStart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гео</w:t>
      </w:r>
      <w:proofErr w:type="spellEnd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​графического</w:t>
      </w:r>
      <w:proofErr w:type="gramEnd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исследования;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 w:right="28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самостоятельно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240" w:right="28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прогнозировать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5556F5" w:rsidRPr="006B0E03" w:rsidRDefault="006B0E03">
      <w:pPr>
        <w:autoSpaceDE w:val="0"/>
        <w:autoSpaceDN w:val="0"/>
        <w:spacing w:before="178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</w:t>
      </w:r>
    </w:p>
    <w:p w:rsidR="005556F5" w:rsidRPr="006B0E03" w:rsidRDefault="00580B96" w:rsidP="00580B96">
      <w:pPr>
        <w:autoSpaceDE w:val="0"/>
        <w:autoSpaceDN w:val="0"/>
        <w:spacing w:before="178" w:after="0" w:line="271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применять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выбирать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, анализировать и интерпретировать географическую информацию различных видов и форм представления;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 w:right="432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находить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сходные аргументы, подтверждающие или опровергающие одну и ту же идею, в различных источниках географической информации;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самостоятельно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выбирать оптимальную форму представления географической информации;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оценивать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надёжность географической информации по критериям, предложенным учителем или сформулированным самостоятельно;</w:t>
      </w:r>
    </w:p>
    <w:p w:rsidR="005556F5" w:rsidRPr="006B0E03" w:rsidRDefault="00580B96" w:rsidP="00580B96">
      <w:pPr>
        <w:autoSpaceDE w:val="0"/>
        <w:autoSpaceDN w:val="0"/>
        <w:spacing w:before="192"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систематизировать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географическую информацию в разных формах.</w:t>
      </w:r>
    </w:p>
    <w:p w:rsidR="005556F5" w:rsidRPr="006B0E03" w:rsidRDefault="006B0E03">
      <w:pPr>
        <w:autoSpaceDE w:val="0"/>
        <w:autoSpaceDN w:val="0"/>
        <w:spacing w:before="180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коммуникативными действиями:</w:t>
      </w:r>
    </w:p>
    <w:p w:rsidR="005556F5" w:rsidRPr="006B0E03" w:rsidRDefault="006B0E03">
      <w:pPr>
        <w:autoSpaceDE w:val="0"/>
        <w:autoSpaceDN w:val="0"/>
        <w:spacing w:before="190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</w:t>
      </w:r>
    </w:p>
    <w:p w:rsidR="005556F5" w:rsidRPr="006B0E03" w:rsidRDefault="00580B96" w:rsidP="00580B96">
      <w:pPr>
        <w:autoSpaceDE w:val="0"/>
        <w:autoSpaceDN w:val="0"/>
        <w:spacing w:before="178" w:after="0" w:line="262" w:lineRule="auto"/>
        <w:ind w:left="240" w:right="86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формулировать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суждения, выражать свою точку зрения по географическим аспектам различных вопросов в устных и письменных текстах;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240" w:right="14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сопоставлять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публично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результаты выполненного исследования или проекта.</w:t>
      </w:r>
    </w:p>
    <w:p w:rsidR="005556F5" w:rsidRPr="006B0E03" w:rsidRDefault="006B0E03">
      <w:pPr>
        <w:autoSpaceDE w:val="0"/>
        <w:autoSpaceDN w:val="0"/>
        <w:spacing w:before="178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 (сотрудничество)</w:t>
      </w:r>
    </w:p>
    <w:p w:rsidR="005556F5" w:rsidRPr="006B0E03" w:rsidRDefault="00580B96" w:rsidP="00580B96">
      <w:pPr>
        <w:autoSpaceDE w:val="0"/>
        <w:autoSpaceDN w:val="0"/>
        <w:spacing w:before="178" w:after="0" w:line="230" w:lineRule="auto"/>
        <w:ind w:left="24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принимать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цель совместной деятельности при выполнении </w:t>
      </w:r>
      <w:proofErr w:type="gramStart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учебных</w:t>
      </w:r>
      <w:proofErr w:type="gramEnd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географических</w:t>
      </w:r>
    </w:p>
    <w:p w:rsidR="005556F5" w:rsidRPr="006B0E03" w:rsidRDefault="006B0E03" w:rsidP="00580B96">
      <w:pPr>
        <w:autoSpaceDE w:val="0"/>
        <w:autoSpaceDN w:val="0"/>
        <w:spacing w:after="0" w:line="262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556F5" w:rsidRPr="006B0E03" w:rsidRDefault="00580B96" w:rsidP="00580B96">
      <w:pPr>
        <w:autoSpaceDE w:val="0"/>
        <w:autoSpaceDN w:val="0"/>
        <w:spacing w:before="190" w:after="0" w:line="281" w:lineRule="auto"/>
        <w:ind w:left="420" w:right="144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планировать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сравнивать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ответственности.</w:t>
      </w:r>
    </w:p>
    <w:p w:rsidR="005556F5" w:rsidRPr="006B0E03" w:rsidRDefault="006B0E03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учебными регулятивными действиями:</w:t>
      </w:r>
    </w:p>
    <w:p w:rsidR="005556F5" w:rsidRPr="006B0E03" w:rsidRDefault="006B0E0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</w:t>
      </w:r>
    </w:p>
    <w:p w:rsidR="005556F5" w:rsidRPr="006B0E03" w:rsidRDefault="00580B96" w:rsidP="00580B96">
      <w:pPr>
        <w:autoSpaceDE w:val="0"/>
        <w:autoSpaceDN w:val="0"/>
        <w:spacing w:before="178" w:after="0" w:line="271" w:lineRule="auto"/>
        <w:ind w:left="420" w:right="28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самостоятельно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420" w:right="7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составлять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5556F5" w:rsidRPr="006B0E03" w:rsidRDefault="006B0E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 (рефлексия)</w:t>
      </w:r>
    </w:p>
    <w:p w:rsidR="005556F5" w:rsidRPr="006B0E03" w:rsidRDefault="00580B96" w:rsidP="00580B96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владеть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способами самоконтроля и рефлексии;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объяснять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причины достижения (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не достижения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) результатов деятельности, давать оценку приобретённому опыту;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вносить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оценивать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соответствие результата цели и условиям</w:t>
      </w:r>
    </w:p>
    <w:p w:rsidR="005556F5" w:rsidRPr="006B0E03" w:rsidRDefault="006B0E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Принятие себя и других</w:t>
      </w:r>
    </w:p>
    <w:p w:rsidR="005556F5" w:rsidRPr="006B0E03" w:rsidRDefault="00580B96" w:rsidP="00580B96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осознанно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относиться к другому человеку, его мнению;</w:t>
      </w:r>
    </w:p>
    <w:p w:rsidR="005556F5" w:rsidRPr="006B0E03" w:rsidRDefault="00580B96" w:rsidP="00580B96">
      <w:pPr>
        <w:autoSpaceDE w:val="0"/>
        <w:autoSpaceDN w:val="0"/>
        <w:spacing w:before="192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признавать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своё право на ошибку и такое же право </w:t>
      </w:r>
      <w:proofErr w:type="gramStart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другого</w:t>
      </w:r>
      <w:proofErr w:type="gramEnd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5556F5" w:rsidRPr="006B0E03" w:rsidRDefault="006B0E03">
      <w:pPr>
        <w:autoSpaceDE w:val="0"/>
        <w:autoSpaceDN w:val="0"/>
        <w:spacing w:before="324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5556F5" w:rsidRPr="006B0E03" w:rsidRDefault="00580B96" w:rsidP="00580B96">
      <w:pPr>
        <w:autoSpaceDE w:val="0"/>
        <w:autoSpaceDN w:val="0"/>
        <w:spacing w:before="226" w:after="0" w:line="262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Приводить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примеры географических объектов, процессов и явлений, изучаемых различными ветвями географической науки;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приводить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примеры методов исследования, применяемых в географии;</w:t>
      </w:r>
    </w:p>
    <w:p w:rsidR="005556F5" w:rsidRPr="006B0E03" w:rsidRDefault="00580B96" w:rsidP="00580B96">
      <w:pPr>
        <w:autoSpaceDE w:val="0"/>
        <w:autoSpaceDN w:val="0"/>
        <w:spacing w:before="190" w:after="0" w:line="271" w:lineRule="auto"/>
        <w:ind w:left="420" w:right="28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выбирать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источники географической информации (картографические, текстовые, видео и фотоизображения, </w:t>
      </w:r>
      <w:proofErr w:type="spellStart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5556F5" w:rsidRPr="006B0E03" w:rsidRDefault="00580B96" w:rsidP="00580B96">
      <w:pPr>
        <w:autoSpaceDE w:val="0"/>
        <w:autoSpaceDN w:val="0"/>
        <w:spacing w:before="190" w:after="0" w:line="262" w:lineRule="auto"/>
        <w:ind w:left="420" w:right="1008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интегрировать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различать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вклад великих путешественников в географическое изучение Земли;</w:t>
      </w:r>
    </w:p>
    <w:p w:rsidR="005556F5" w:rsidRPr="006B0E03" w:rsidRDefault="00580B96" w:rsidP="00580B96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описывать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сравнивать маршруты их путешествий;</w:t>
      </w:r>
    </w:p>
    <w:p w:rsidR="005556F5" w:rsidRPr="006B0E03" w:rsidRDefault="005556F5" w:rsidP="00580B96">
      <w:pPr>
        <w:jc w:val="both"/>
        <w:rPr>
          <w:lang w:val="ru-RU"/>
        </w:rPr>
        <w:sectPr w:rsidR="005556F5" w:rsidRPr="006B0E03">
          <w:pgSz w:w="11900" w:h="16840"/>
          <w:pgMar w:top="286" w:right="818" w:bottom="308" w:left="666" w:header="720" w:footer="720" w:gutter="0"/>
          <w:cols w:space="720" w:equalWidth="0">
            <w:col w:w="10416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138" w:line="220" w:lineRule="exact"/>
        <w:rPr>
          <w:lang w:val="ru-RU"/>
        </w:rPr>
      </w:pPr>
    </w:p>
    <w:p w:rsidR="005556F5" w:rsidRPr="006B0E03" w:rsidRDefault="006B0E03">
      <w:pPr>
        <w:autoSpaceDE w:val="0"/>
        <w:autoSpaceDN w:val="0"/>
        <w:spacing w:after="0" w:line="348" w:lineRule="auto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в различных источниках информации (включая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) факты,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позволяющие оценить вклад российских путешественников и исследователей в развитие знаний о Земле;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различать вклад великих путешественников в географическое изучение Земли;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описывать и сравнивать маршруты их путешествий;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в различных источниках информации (включая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) факты,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позволяющие оценить вклад российских путешественников и исследователей в развитие знаний о Земле;</w:t>
      </w:r>
      <w:proofErr w:type="gramEnd"/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задач;—  применять понятия «план местности», «географическая карта», «аэрофотоснимок»,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proofErr w:type="gramEnd"/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различать понятия «план местности» и «географическая карта», параллель» и «меридиан»;—   приводить примеры влияния Солнца на мир живой и неживой природы;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смены дня и ночи и времён года;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местности на основе анализа данных наблюдений;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описывать внутреннее строение Земли;—   различать понятия «земная кора»; «ядро», «мантия»; «минерал» и «горная порода»;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«материковая» и «океаническая» земная кора;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различать изученные минералы и горные породы, материковую и океаническую земную кору;—  показывать на карте и обозначать на контурной карте материки и океаны, крупные формы рельефа Земли;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различать горы и равнины;</w:t>
      </w:r>
      <w:proofErr w:type="gramEnd"/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 формы рельефа суши по высоте и по внешнему облику;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называть причины землетрясений и вулканических извержений;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применять понятия «литосфера», «землетрясение», «вулкан», «литосферная плита»,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«эпицентр землетрясения» и «очаг землетрясения» для решения учебных и (или) практико-ориентированных задач;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понятия «эпицентр землетрясения» и «очаг землетрясения» для решения 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познавательных задач;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проявления в окружающем мире внутренних и внеш</w:t>
      </w:r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 xml:space="preserve">них процессов </w:t>
      </w:r>
      <w:proofErr w:type="spellStart"/>
      <w:r w:rsidR="00580B96">
        <w:rPr>
          <w:rFonts w:ascii="Times New Roman" w:eastAsia="Times New Roman" w:hAnsi="Times New Roman"/>
          <w:color w:val="000000"/>
          <w:sz w:val="24"/>
          <w:lang w:val="ru-RU"/>
        </w:rPr>
        <w:t>рельефообр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азования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: вулканизма, землетрясений;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физического, химического и биологического видов выветривания;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 классифицировать острова по происхождению;</w:t>
      </w:r>
    </w:p>
    <w:p w:rsidR="005556F5" w:rsidRPr="006B0E03" w:rsidRDefault="005556F5">
      <w:pPr>
        <w:rPr>
          <w:lang w:val="ru-RU"/>
        </w:rPr>
        <w:sectPr w:rsidR="005556F5" w:rsidRPr="006B0E03">
          <w:pgSz w:w="11900" w:h="16840"/>
          <w:pgMar w:top="358" w:right="710" w:bottom="452" w:left="1086" w:header="720" w:footer="720" w:gutter="0"/>
          <w:cols w:space="720" w:equalWidth="0">
            <w:col w:w="10104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108" w:line="220" w:lineRule="exact"/>
        <w:rPr>
          <w:lang w:val="ru-RU"/>
        </w:rPr>
      </w:pPr>
    </w:p>
    <w:p w:rsidR="005556F5" w:rsidRPr="006B0E03" w:rsidRDefault="006B0E03">
      <w:pPr>
        <w:autoSpaceDE w:val="0"/>
        <w:autoSpaceDN w:val="0"/>
        <w:spacing w:after="0" w:line="331" w:lineRule="auto"/>
        <w:rPr>
          <w:lang w:val="ru-RU"/>
        </w:rPr>
      </w:pPr>
      <w:proofErr w:type="gram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опасных природных явлений в литосфере и средств их предупреждения;—  приводить примеры изменений в литосфере в результате деятельности человека на примере своей местности, России и мира;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действия внешних процессов </w:t>
      </w:r>
      <w:proofErr w:type="spellStart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рельефообразования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и наличия полезных ископаемых в своей местности;</w:t>
      </w:r>
      <w:proofErr w:type="gramEnd"/>
      <w:r w:rsidRPr="006B0E03">
        <w:rPr>
          <w:lang w:val="ru-RU"/>
        </w:rPr>
        <w:br/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5556F5" w:rsidRPr="006B0E03" w:rsidRDefault="005556F5">
      <w:pPr>
        <w:rPr>
          <w:lang w:val="ru-RU"/>
        </w:rPr>
        <w:sectPr w:rsidR="005556F5" w:rsidRPr="006B0E03">
          <w:pgSz w:w="11900" w:h="16840"/>
          <w:pgMar w:top="328" w:right="830" w:bottom="1440" w:left="1086" w:header="720" w:footer="720" w:gutter="0"/>
          <w:cols w:space="720" w:equalWidth="0">
            <w:col w:w="9984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64" w:line="220" w:lineRule="exact"/>
        <w:rPr>
          <w:lang w:val="ru-RU"/>
        </w:rPr>
      </w:pPr>
    </w:p>
    <w:p w:rsidR="005556F5" w:rsidRDefault="006B0E03" w:rsidP="00805EA3">
      <w:pPr>
        <w:autoSpaceDE w:val="0"/>
        <w:autoSpaceDN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  <w:r w:rsidRPr="00805EA3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t>ТЕМАТИЧЕСКОЕ ПЛАНИРОВАНИЕ</w:t>
      </w:r>
    </w:p>
    <w:p w:rsidR="006A5690" w:rsidRPr="00805EA3" w:rsidRDefault="006A5690" w:rsidP="00805EA3">
      <w:pPr>
        <w:autoSpaceDE w:val="0"/>
        <w:autoSpaceDN w:val="0"/>
        <w:spacing w:after="0" w:line="233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7"/>
        <w:gridCol w:w="1387"/>
        <w:gridCol w:w="633"/>
        <w:gridCol w:w="1108"/>
        <w:gridCol w:w="1145"/>
        <w:gridCol w:w="1019"/>
        <w:gridCol w:w="6926"/>
        <w:gridCol w:w="1147"/>
        <w:gridCol w:w="1830"/>
      </w:tblGrid>
      <w:tr w:rsidR="005556F5" w:rsidRPr="00805EA3" w:rsidTr="006A5690">
        <w:trPr>
          <w:trHeight w:hRule="exact" w:val="345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8B28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47" w:lineRule="auto"/>
              <w:ind w:left="72" w:right="25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Дата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8B28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  <w:proofErr w:type="spellEnd"/>
          </w:p>
        </w:tc>
        <w:tc>
          <w:tcPr>
            <w:tcW w:w="6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45" w:lineRule="auto"/>
              <w:ind w:left="72" w:righ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,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формы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 w:rsidP="001316A2">
            <w:pPr>
              <w:autoSpaceDE w:val="0"/>
              <w:autoSpaceDN w:val="0"/>
              <w:spacing w:before="78" w:after="0" w:line="250" w:lineRule="auto"/>
              <w:ind w:left="72" w:righ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r w:rsidRPr="008B28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(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цифровые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) </w:t>
            </w:r>
            <w:r w:rsidRPr="008B28B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образовательные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ресурсы</w:t>
            </w:r>
            <w:proofErr w:type="spellEnd"/>
          </w:p>
        </w:tc>
      </w:tr>
      <w:tr w:rsidR="005556F5" w:rsidRPr="00805EA3" w:rsidTr="006A5690">
        <w:trPr>
          <w:trHeight w:hRule="exact" w:val="668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1316A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1316A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1316A2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6A5690">
        <w:trPr>
          <w:trHeight w:hRule="exact" w:val="347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Географическое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Земли</w:t>
            </w:r>
            <w:proofErr w:type="spellEnd"/>
          </w:p>
        </w:tc>
      </w:tr>
      <w:tr w:rsidR="005556F5" w:rsidRPr="00F0209E" w:rsidTr="006A5690">
        <w:trPr>
          <w:trHeight w:hRule="exact" w:val="245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Введение.</w:t>
            </w:r>
          </w:p>
          <w:p w:rsidR="005556F5" w:rsidRPr="00805EA3" w:rsidRDefault="006B0E03">
            <w:pPr>
              <w:autoSpaceDE w:val="0"/>
              <w:autoSpaceDN w:val="0"/>
              <w:spacing w:before="1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География - наука о планете Земля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географических объектов, процессов и явлений, изучаемых различными ветвями географической науки; приводить примеры методов исследований, применяемых в географии;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находить в тексте аргументы, подтверждающие тот или иной тезис (нахождение в тексте параграфа или специально подобранном тексте информацию, подтверждающую то, что люди обладали географическими знаниями ещё до того, как география появилась как наука);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16A2" w:rsidRPr="00805EA3" w:rsidRDefault="006B0E03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</w:p>
          <w:p w:rsidR="005556F5" w:rsidRPr="00805EA3" w:rsidRDefault="006B0E03" w:rsidP="006A5690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Тестирование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</w:p>
          <w:p w:rsidR="005556F5" w:rsidRPr="00805EA3" w:rsidRDefault="006B0E03">
            <w:pPr>
              <w:autoSpaceDE w:val="0"/>
              <w:autoSpaceDN w:val="0"/>
              <w:spacing w:before="1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geopsiti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com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-все о географии</w:t>
            </w:r>
          </w:p>
        </w:tc>
      </w:tr>
      <w:tr w:rsidR="005556F5" w:rsidRPr="00F0209E" w:rsidTr="006A5690">
        <w:trPr>
          <w:trHeight w:hRule="exact" w:val="358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6A5690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История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географических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открытий</w:t>
            </w:r>
            <w:proofErr w:type="spellEnd"/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1316A2">
            <w:pPr>
              <w:autoSpaceDE w:val="0"/>
              <w:autoSpaceDN w:val="0"/>
              <w:spacing w:before="76" w:after="0" w:line="254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вклад великих путешественников в географическое изучение Земли, описывать и сравнивать маршруты их путешествий;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вклад российских путешественников и исследователей в географическое изучение Земли, описывать маршруты их путешествий;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основные этапы географического изучения Земли (в древности, в эпоху Средневековья, в эпоху Великих географических открытий, в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XVII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—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XIX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вв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, современные географические исследования и открытия);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способы получения географической информации на разных этапах географического изучения Земли;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географические карты (при выполнении практической работы № 3);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представлять текстовую информацию в графической форме (при выполнении практической работы № 1); находить в различных источниках, интегрировать, интерпретировать и использовать информацию необходимую для решения поставленной задачи, в том числе позволяющие оценить вклад российских путешественников и исследователей в развитие знаний о Земле;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находить в картографических источниках аргументы, обосновывающие ответы на вопросы (при выполнении практической работы № 2);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выбирать способы представления информации в картографической форме (при выполнении практических работ № 1);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16A2" w:rsidRPr="00805EA3" w:rsidRDefault="006B0E0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</w:p>
          <w:p w:rsidR="005556F5" w:rsidRPr="00805EA3" w:rsidRDefault="006B0E0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Тестирование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</w:p>
          <w:p w:rsidR="005556F5" w:rsidRPr="00805EA3" w:rsidRDefault="006B0E03">
            <w:pPr>
              <w:autoSpaceDE w:val="0"/>
              <w:autoSpaceDN w:val="0"/>
              <w:spacing w:before="18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geoport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страноведческий материал</w:t>
            </w:r>
          </w:p>
        </w:tc>
      </w:tr>
      <w:tr w:rsidR="005556F5" w:rsidRPr="00805EA3" w:rsidTr="006A5690">
        <w:trPr>
          <w:trHeight w:hRule="exact" w:val="686"/>
        </w:trPr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17</w:t>
            </w:r>
          </w:p>
        </w:tc>
        <w:tc>
          <w:tcPr>
            <w:tcW w:w="131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6F5" w:rsidRPr="00805EA3" w:rsidTr="006A5690">
        <w:trPr>
          <w:trHeight w:hRule="exact" w:val="345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2. Изо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бражения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земной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поверхности</w:t>
            </w:r>
            <w:proofErr w:type="spellEnd"/>
          </w:p>
        </w:tc>
      </w:tr>
      <w:tr w:rsidR="005556F5" w:rsidRPr="00F0209E" w:rsidTr="006A5690">
        <w:trPr>
          <w:trHeight w:hRule="exact" w:val="2425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Планы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местности</w:t>
            </w:r>
            <w:proofErr w:type="spellEnd"/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Применять понятия «план местности», «аэрофотоснимок», «ориентирование на местности», «стороны горизонта», «горизонтали», «масштаб», «условные знаки» для решения учебных и (или) практико-ориентированных задач;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по плану расстояния между объектами на местности (при выполнении практической работы №1);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направления по плану (при выполнении практической работы № 1);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ориентироваться на местности по плану и с помощью планов местности в мобильных приложениях;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абсолютные и относительные высоты объектов с помощью плана местности;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составлять описание маршрута по плану местности (при выполнении практической работы № 2); проводить по плану несложное географическое исследование (при выполнении практической работы № 2); объяснять причины достижения (не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достижения) результатов деятельности, давать оценку приобретённому опыту; оценивать соответствие результата цели (при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выпо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нении практической работы № 2);</w:t>
            </w:r>
            <w:proofErr w:type="gram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316A2" w:rsidRPr="00805EA3" w:rsidRDefault="006B0E0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</w:p>
          <w:p w:rsidR="005556F5" w:rsidRPr="00805EA3" w:rsidRDefault="006B0E0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Пис</w:t>
            </w:r>
            <w:proofErr w:type="spellEnd"/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ь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менный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.1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september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газета «География»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сайт для учителя«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Я иду на урок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географии»</w:t>
            </w:r>
          </w:p>
        </w:tc>
      </w:tr>
    </w:tbl>
    <w:p w:rsidR="005556F5" w:rsidRPr="00805EA3" w:rsidRDefault="005556F5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559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82"/>
        <w:gridCol w:w="631"/>
        <w:gridCol w:w="1134"/>
        <w:gridCol w:w="1134"/>
        <w:gridCol w:w="992"/>
        <w:gridCol w:w="6946"/>
        <w:gridCol w:w="1134"/>
        <w:gridCol w:w="1843"/>
      </w:tblGrid>
      <w:tr w:rsidR="005556F5" w:rsidRPr="00F0209E" w:rsidTr="006A5690">
        <w:trPr>
          <w:trHeight w:hRule="exact" w:val="42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8B28BF">
            <w:pPr>
              <w:autoSpaceDE w:val="0"/>
              <w:autoSpaceDN w:val="0"/>
              <w:spacing w:before="78" w:after="0" w:line="245" w:lineRule="auto"/>
              <w:ind w:left="72" w:right="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Географические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карты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понятия «параллель» и «меридиан»;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направления, расстояния и географические координаты по картам (при выполнении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практических работ № 1, 2);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и сравнивать абсолютные высоты географических объектов, сравнивать глубины морей и океанов по физическим картам;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различия результатов измерений расстояний между объектами по картам при помощи масштаба и при помощи градусной сети;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понятия «план местности» и «географическая карта»;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применять понятия «географическая карта», «параллель», «меридиан» для решения учебных и (или) практико-ориентированных задач;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приводить примеры использования в различных жизненных ситуациях и хозяйственной деятельности людей географических карт, планов местности и геоинформационных систем (ГИС);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Тестирование; Письменный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контроль;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.1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september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газета «География»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сайт для учителя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«Я иду на урок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географии»</w:t>
            </w:r>
          </w:p>
          <w:p w:rsidR="005556F5" w:rsidRPr="00805EA3" w:rsidRDefault="005556F5">
            <w:pPr>
              <w:autoSpaceDE w:val="0"/>
              <w:autoSpaceDN w:val="0"/>
              <w:spacing w:before="20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6F5" w:rsidRPr="00805EA3" w:rsidTr="006A5690">
        <w:trPr>
          <w:trHeight w:hRule="exact" w:val="771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21</w:t>
            </w:r>
          </w:p>
        </w:tc>
        <w:tc>
          <w:tcPr>
            <w:tcW w:w="13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6A5690">
        <w:trPr>
          <w:trHeight w:hRule="exact" w:val="34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Раздел 3. Земля - планета Солнечной системы</w:t>
            </w:r>
          </w:p>
          <w:p w:rsidR="006A5690" w:rsidRDefault="006A569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</w:p>
          <w:p w:rsidR="006A5690" w:rsidRDefault="006A569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</w:p>
          <w:p w:rsidR="008B28BF" w:rsidRDefault="008B28B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</w:pPr>
          </w:p>
          <w:p w:rsidR="006A5690" w:rsidRDefault="006A569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28BF" w:rsidRPr="006A5690" w:rsidRDefault="006A5690" w:rsidP="006A5690">
            <w:pPr>
              <w:tabs>
                <w:tab w:val="left" w:pos="394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5556F5" w:rsidRPr="00805EA3" w:rsidTr="008339DD">
        <w:trPr>
          <w:trHeight w:hRule="exact" w:val="1021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B28BF" w:rsidRDefault="006B0E0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Земля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-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планета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Солнечной</w:t>
            </w:r>
            <w:proofErr w:type="spellEnd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8B28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B28B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планет земной группы;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Землю и планеты Солнечной системы по заданным основаниям, связав с реальными ситуациями— </w:t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ос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воения космоса;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влияние формы Земли на различие в количестве солнечного тепла, получаемого земной поверхностью на разных широтах;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использовать понятия «земная ось», «географические полюсы», «тропики», «экватор», «полярные круги»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,«пояса освещённости»; </w:t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«дни равноденствия и солнцестояния» при решении задач: указания параллелей, на которых Солнце находится в зените в дни равноденствий и солнцестояний; сравнивать продолжительность светового дня в дни равноденствий и солнцестояний в Северном и Южном полушариях;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смену времён года на Земле движением Земли вокруг Солнца и постоянным наклоном земной оси к плоскости орбиты;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суточное вращение Земли осевым вращением Земли;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различия в продолжительности светового дня в течение года на разных широтах;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влияния формы, размеров и движений Земли на мир живой и неживой природы;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 (при выполнении практической работы № 1);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выявлять закономерности изменения продолжительности светового дня от экватора к полюсам в дни солнцестояний на основе предоставленных данных;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находить в тексте аргументы, подтверждающие различные гипотезы происхождения Земли при анализе одного-двух источников информации, предложенных учителем;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сопоставлять свои суждения с суждениями других участников дискуссии о происхождении планет, обнаруживать различие и сходство позиций задавать вопросы по существу обсуждаемой темы во время дискуссии;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различать научную гипотезу и научный факт;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Письменный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контроль;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опрос; Практическая работа;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Тестирование;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.1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september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газета «География»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 сайт для учителя«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Я иду на урок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географии»</w:t>
            </w:r>
          </w:p>
          <w:p w:rsidR="005556F5" w:rsidRPr="00805EA3" w:rsidRDefault="006B0E03">
            <w:pPr>
              <w:autoSpaceDE w:val="0"/>
              <w:autoSpaceDN w:val="0"/>
              <w:spacing w:before="212" w:after="0" w:line="24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rgo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 география.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Планета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Земля</w:t>
            </w:r>
            <w:proofErr w:type="spellEnd"/>
          </w:p>
        </w:tc>
      </w:tr>
      <w:tr w:rsidR="005556F5" w:rsidRPr="00805EA3" w:rsidTr="006A5690">
        <w:trPr>
          <w:trHeight w:hRule="exact" w:val="710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Итого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13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6A5690">
        <w:trPr>
          <w:trHeight w:hRule="exact" w:val="33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4.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Оболочки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Земли</w:t>
            </w:r>
            <w:proofErr w:type="spellEnd"/>
          </w:p>
        </w:tc>
      </w:tr>
    </w:tbl>
    <w:p w:rsidR="005556F5" w:rsidRPr="00805EA3" w:rsidRDefault="005556F5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559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82"/>
        <w:gridCol w:w="631"/>
        <w:gridCol w:w="1001"/>
        <w:gridCol w:w="1140"/>
        <w:gridCol w:w="806"/>
        <w:gridCol w:w="7420"/>
        <w:gridCol w:w="1236"/>
        <w:gridCol w:w="1580"/>
      </w:tblGrid>
      <w:tr w:rsidR="005556F5" w:rsidRPr="00F0209E" w:rsidTr="006A5690">
        <w:trPr>
          <w:trHeight w:hRule="exact" w:val="723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8B28B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 w:rsidP="008B28BF">
            <w:pPr>
              <w:autoSpaceDE w:val="0"/>
              <w:autoSpaceDN w:val="0"/>
              <w:spacing w:before="78" w:after="0" w:line="247" w:lineRule="auto"/>
              <w:ind w:left="72" w:right="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Литосфера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-</w:t>
            </w:r>
            <w:r w:rsidRPr="00805E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каменная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оболочка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16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Описывать внутренне строение Земли;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изученные минералы и горные породы, различать понятия «ядро», «мантия», «земная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кора»,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«мин</w:t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е-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рал» и «горная порода»;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материковую и океаническую земную кору; приводить примеры горных пород разного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происхождения;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классифицировать изученные горные породы по происхождению;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распознавать проявления в окружающем мире внутренних и внешних процессов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рельефообразования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: вулканизма, землетрясений; </w:t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физического, химического и биологического видов выветривания;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применять понятия «литосфера», «землетрясение», «вулкан», «литосферные плиты» для решения учебных и (или) практико-ориентированных задач;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причины землетрясений и вулканических извержений;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опасных природных явлений в литосфере и средств их предупреждения;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показывать на карте и обозначать на контурной карте материки и океаны, крупные формы рельефа Земли, острова различного происхождения;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горы и равнины;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классифицировать горы и равнины по высоте;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описывать горную систему или равнину по физической карте (при выполнении работы № 1);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приводить примеры дейс</w:t>
            </w:r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твия внешних процессов </w:t>
            </w:r>
            <w:proofErr w:type="spellStart"/>
            <w:r w:rsidR="001316A2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рельефо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образования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 своей местности;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полезных ископаемых своей местности;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приводить примеры изменений в литосфере в результате деятельности человека на примере своей местности, России и мира;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опасных природных явлений в литосфере;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находить сходные аргументы, подтверждающие движение литосферных плит, в различных источниках географической информации;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применять понятия «эпицентр» и «очаг землетрясения» для анализа и интерпретации географической информации различных видов и форм представления;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оформление результатов (примеры изменений в литосфере в результате деятельности человека на примере своей местности, России и мира) в виде презентации;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(картины, описания, географической карты) по критериям, предложенным учителем при работе в группе;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 ходе организованного учителем обсуждения публично представлять презентацию о профессиях, связанных с литосферой, и оценивать соответствие подготовленной презентации её цели; выражать свою точку зрения относительно влияния рельефа своей местности на жизнь своей семьи;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Тестирование; Устный опрос;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.1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september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газета «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География»и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сайт для учителя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«Я иду на урок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географии»</w:t>
            </w:r>
          </w:p>
          <w:p w:rsidR="005556F5" w:rsidRPr="00805EA3" w:rsidRDefault="006B0E03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www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</w:p>
          <w:p w:rsidR="006A5690" w:rsidRDefault="006B0E03" w:rsidP="006A5690">
            <w:pPr>
              <w:autoSpaceDE w:val="0"/>
              <w:autoSpaceDN w:val="0"/>
              <w:spacing w:before="20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geopsiti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com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-все о географии</w:t>
            </w:r>
          </w:p>
          <w:p w:rsidR="005556F5" w:rsidRPr="007F29E0" w:rsidRDefault="005556F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556F5" w:rsidRPr="00805EA3" w:rsidTr="006A5690">
        <w:trPr>
          <w:trHeight w:hRule="exact" w:val="704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16</w:t>
            </w:r>
          </w:p>
        </w:tc>
        <w:tc>
          <w:tcPr>
            <w:tcW w:w="13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6A5690">
        <w:trPr>
          <w:trHeight w:hRule="exact" w:val="34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5.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Заключение</w:t>
            </w:r>
            <w:proofErr w:type="spellEnd"/>
          </w:p>
        </w:tc>
      </w:tr>
      <w:tr w:rsidR="005556F5" w:rsidRPr="00F0209E" w:rsidTr="006A5690">
        <w:trPr>
          <w:trHeight w:hRule="exact" w:val="48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1316A2" w:rsidP="008B28BF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Практикум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Сезонные </w:t>
            </w:r>
            <w:r w:rsidR="006B0E03"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изменения в </w:t>
            </w:r>
            <w:r w:rsidR="006B0E03"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природе своей местности»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Различать причины и следствия географических явлений;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приводить примеры влияния Солнца на мир живой и неживой природы;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систематизировать результаты наблюдений;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выбирать форму представления результатов наблюдений за отдельными компонентами природы;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результаты наблюдений в табличной, графической форме, описания);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устанавливать на основе анализа данных наблюдений эмпирические зависимости между временем года, продолжительностью дня и высотой Солнца над горизонтом, температурой воздуха;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делать предположения, объясняющие результаты наблюдений;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формулировать суждения, выражать свою точку зрения о взаимосвязях между изменениями компонентов природы;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подбирать доводы для обоснования своего мнения;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делать предположения, объясняющие результаты наблюдений на основе полученных за год географических знаний;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опрос; Практическая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работа;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самооценка с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использованием "Оценочного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листа";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</w:t>
            </w:r>
            <w:proofErr w:type="gram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://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geo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.1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september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.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–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газета «География»</w:t>
            </w:r>
            <w:r w:rsidR="006A569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 сайт для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учителя«Я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иду на урок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географии»</w:t>
            </w:r>
          </w:p>
        </w:tc>
      </w:tr>
    </w:tbl>
    <w:p w:rsidR="005556F5" w:rsidRPr="00805EA3" w:rsidRDefault="005556F5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1778"/>
        <w:gridCol w:w="631"/>
        <w:gridCol w:w="1001"/>
        <w:gridCol w:w="1140"/>
        <w:gridCol w:w="10952"/>
      </w:tblGrid>
      <w:tr w:rsidR="005556F5" w:rsidRPr="00805EA3" w:rsidTr="001E1994">
        <w:trPr>
          <w:trHeight w:hRule="exact" w:val="719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1316A2" w:rsidP="001316A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="006B0E03"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3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1E1994">
        <w:trPr>
          <w:trHeight w:hRule="exact" w:val="348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</w:t>
            </w:r>
            <w:proofErr w:type="spellEnd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805EA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3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F5" w:rsidRPr="00805EA3" w:rsidTr="001E1994">
        <w:trPr>
          <w:trHeight w:hRule="exact" w:val="712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ОБЩЕЕ </w:t>
            </w:r>
            <w:r w:rsidRPr="00805E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КОЛИЧЕСТВО ЧАСОВ ПО ПРОГРАММЕ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1316A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68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6B0E0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805EA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05EA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18</w:t>
            </w:r>
          </w:p>
        </w:tc>
        <w:tc>
          <w:tcPr>
            <w:tcW w:w="10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05EA3" w:rsidRDefault="00555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6F5" w:rsidRDefault="005556F5">
      <w:pPr>
        <w:autoSpaceDE w:val="0"/>
        <w:autoSpaceDN w:val="0"/>
        <w:spacing w:after="0" w:line="14" w:lineRule="exact"/>
      </w:pPr>
    </w:p>
    <w:p w:rsidR="005556F5" w:rsidRDefault="005556F5">
      <w:pPr>
        <w:sectPr w:rsidR="005556F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556F5" w:rsidRDefault="005556F5">
      <w:pPr>
        <w:autoSpaceDE w:val="0"/>
        <w:autoSpaceDN w:val="0"/>
        <w:spacing w:after="78" w:line="220" w:lineRule="exact"/>
      </w:pPr>
    </w:p>
    <w:p w:rsidR="005556F5" w:rsidRDefault="006B0E03" w:rsidP="001316A2">
      <w:pPr>
        <w:autoSpaceDE w:val="0"/>
        <w:autoSpaceDN w:val="0"/>
        <w:spacing w:after="320" w:line="230" w:lineRule="auto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556F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5556F5" w:rsidTr="00E5448E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Default="005556F5"/>
        </w:tc>
        <w:tc>
          <w:tcPr>
            <w:tcW w:w="3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Default="005556F5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Default="005556F5"/>
        </w:tc>
        <w:tc>
          <w:tcPr>
            <w:tcW w:w="1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6F5" w:rsidRDefault="005556F5"/>
        </w:tc>
      </w:tr>
      <w:tr w:rsidR="008F155C" w:rsidRPr="00E5448E" w:rsidTr="008F155C">
        <w:trPr>
          <w:trHeight w:hRule="exact" w:val="505"/>
        </w:trPr>
        <w:tc>
          <w:tcPr>
            <w:tcW w:w="10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55C" w:rsidRPr="008F155C" w:rsidRDefault="008F155C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F155C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Раздел 1. Географическое изучение Земли </w:t>
            </w:r>
          </w:p>
        </w:tc>
      </w:tr>
      <w:tr w:rsidR="005556F5" w:rsidRPr="00F0209E" w:rsidTr="00286A1E">
        <w:trPr>
          <w:trHeight w:hRule="exact" w:val="17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F155C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F155C" w:rsidRDefault="006B0E03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F155C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F155C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F155C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5556F5" w:rsidRPr="001316A2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 w:rsidP="001316A2">
            <w:pPr>
              <w:autoSpaceDE w:val="0"/>
              <w:autoSpaceDN w:val="0"/>
              <w:spacing w:before="100" w:after="0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методы изучения объектов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явлений.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Древо 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еографических наук.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5556F5" w:rsidRPr="001316A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Организация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фенологических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наблюдений в природе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  <w:p w:rsidR="00E5448E" w:rsidRPr="001316A2" w:rsidRDefault="00E544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Экскурсия </w:t>
            </w:r>
          </w:p>
        </w:tc>
      </w:tr>
      <w:tr w:rsidR="005556F5" w:rsidTr="008F155C">
        <w:trPr>
          <w:trHeight w:hRule="exact" w:val="6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 w:rsidP="00E5448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Представления о мире в древности.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9614A7" w:rsidRDefault="009614A7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 w:rsidP="00E5448E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E5448E" w:rsidTr="008F155C">
        <w:trPr>
          <w:trHeight w:hRule="exact" w:val="7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Default="00E5448E" w:rsidP="00E544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6B0E03" w:rsidRDefault="00E5448E" w:rsidP="00E5448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География в эпоху Средневековья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9614A7" w:rsidRDefault="009614A7" w:rsidP="00E5448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9614A7" w:rsidRDefault="009614A7" w:rsidP="00E5448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9614A7" w:rsidRDefault="009614A7" w:rsidP="00E5448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Default="00E5448E" w:rsidP="00E5448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Default="00E5448E" w:rsidP="009614A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E5448E" w:rsidRPr="00E5448E" w:rsidTr="007555D7">
        <w:trPr>
          <w:trHeight w:hRule="exact" w:val="16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Default="00E5448E" w:rsidP="00E544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6B0E03" w:rsidRDefault="007555D7" w:rsidP="007555D7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 карт Эратосфена, Птолемея и современных карт по предложенным учителем вопросам.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E5448E" w:rsidRDefault="009614A7" w:rsidP="00E5448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E5448E" w:rsidRDefault="009614A7" w:rsidP="00E5448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E5448E" w:rsidRDefault="009614A7" w:rsidP="00E5448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E5448E" w:rsidRDefault="00E5448E" w:rsidP="00E5448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448E" w:rsidRPr="00E5448E" w:rsidRDefault="00E5448E" w:rsidP="00E5448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544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286A1E" w:rsidRPr="00E5448E" w:rsidTr="009614A7">
        <w:trPr>
          <w:trHeight w:hRule="exact" w:val="14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E5448E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544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Эпоха Великих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географических открытий. Открытие Нового света </w:t>
            </w:r>
            <w:proofErr w:type="gramStart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—э</w:t>
            </w:r>
            <w:proofErr w:type="gramEnd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кспедиция Х. Колумба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286A1E" w:rsidTr="00286A1E">
        <w:trPr>
          <w:trHeight w:hRule="exact" w:val="20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E5448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544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Эпоха Великих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географических открытий. Открытие Нового света </w:t>
            </w:r>
            <w:proofErr w:type="gramStart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—э</w:t>
            </w:r>
            <w:proofErr w:type="gramEnd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кспедиция Х. Колумба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Второе и третье плавание Колумба.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614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286A1E" w:rsidRPr="009614A7" w:rsidTr="00286A1E">
        <w:trPr>
          <w:trHeight w:hRule="exact" w:val="11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 в контурной карте маршрута экспедиции Х. Колумба.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614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286A1E" w:rsidRPr="009614A7" w:rsidTr="008F155C">
        <w:trPr>
          <w:trHeight w:hRule="exact" w:val="9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Первое кругосветное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плавание — экспедиция Ф. Магеллана.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614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9614A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286A1E" w:rsidTr="00286A1E">
        <w:trPr>
          <w:trHeight w:hRule="exact" w:val="170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Обозначение в контурной карте маршрута п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ерво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 кругосветного</w:t>
            </w:r>
            <w:r w:rsidRPr="006B0E0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плавания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экспедиция Ф. Магеллана.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86A1E" w:rsidRPr="009614A7" w:rsidTr="00286A1E">
        <w:trPr>
          <w:trHeight w:hRule="exact" w:val="13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 Поиски </w:t>
            </w:r>
            <w:r w:rsidRPr="006B0E03">
              <w:rPr>
                <w:lang w:val="ru-RU"/>
              </w:rPr>
              <w:br/>
            </w:r>
            <w:proofErr w:type="gramStart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Южной</w:t>
            </w:r>
            <w:proofErr w:type="gramEnd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Земли — открытие Австралии.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100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286A1E" w:rsidTr="00286A1E">
        <w:trPr>
          <w:trHeight w:hRule="exact" w:val="115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Обозначение в контурной карте маршрута Джеймса Кука.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286A1E" w:rsidRPr="009614A7" w:rsidTr="00286A1E">
        <w:trPr>
          <w:trHeight w:hRule="exact" w:val="16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286A1E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</w:t>
            </w:r>
            <w:r w:rsidRPr="001316A2">
              <w:rPr>
                <w:lang w:val="ru-RU"/>
              </w:rPr>
              <w:br/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русская кругосветная </w:t>
            </w:r>
            <w:r w:rsidRPr="001316A2">
              <w:rPr>
                <w:lang w:val="ru-RU"/>
              </w:rPr>
              <w:br/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экспедиция.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D84E12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286A1E" w:rsidP="00D84E1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</w:p>
        </w:tc>
      </w:tr>
      <w:tr w:rsidR="00286A1E" w:rsidRPr="001316A2" w:rsidTr="00286A1E">
        <w:trPr>
          <w:trHeight w:hRule="exact" w:val="142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9614A7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15.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исследования в ХХ </w:t>
            </w:r>
            <w:proofErr w:type="gramStart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286A1E" w:rsidRPr="006B0E03" w:rsidRDefault="00286A1E" w:rsidP="00286A1E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Исследование полярных областей Земли. </w:t>
            </w:r>
          </w:p>
          <w:p w:rsidR="00286A1E" w:rsidRPr="006B0E03" w:rsidRDefault="00286A1E" w:rsidP="00286A1E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6B0E03">
              <w:rPr>
                <w:lang w:val="ru-RU"/>
              </w:rPr>
              <w:br/>
            </w:r>
          </w:p>
        </w:tc>
      </w:tr>
      <w:tr w:rsidR="00286A1E" w:rsidRPr="001316A2" w:rsidTr="00286A1E">
        <w:trPr>
          <w:trHeight w:hRule="exact" w:val="229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 xml:space="preserve">16.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Изучение Мирового океана. Практическая работа. </w:t>
            </w:r>
          </w:p>
          <w:p w:rsidR="00286A1E" w:rsidRPr="006B0E03" w:rsidRDefault="00286A1E" w:rsidP="00286A1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Обозначение на контурной карте географических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объектов, открытых в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разные периоды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D84E12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</w:tc>
      </w:tr>
    </w:tbl>
    <w:p w:rsidR="005556F5" w:rsidRPr="001316A2" w:rsidRDefault="005556F5">
      <w:pPr>
        <w:autoSpaceDE w:val="0"/>
        <w:autoSpaceDN w:val="0"/>
        <w:spacing w:after="0" w:line="14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286A1E" w:rsidRPr="00E5448E" w:rsidTr="008F155C">
        <w:trPr>
          <w:trHeight w:hRule="exact" w:val="14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1316A2" w:rsidRDefault="001E1994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286A1E">
              <w:rPr>
                <w:lang w:val="ru-RU"/>
              </w:rPr>
              <w:t>17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«История географических открытий»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работа;</w:t>
            </w:r>
          </w:p>
        </w:tc>
      </w:tr>
      <w:tr w:rsidR="00286A1E" w:rsidRPr="00E5448E" w:rsidTr="008F155C">
        <w:trPr>
          <w:trHeight w:hRule="exact" w:val="423"/>
        </w:trPr>
        <w:tc>
          <w:tcPr>
            <w:tcW w:w="10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F155C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Раздел 2. Изображения земной поверхности</w:t>
            </w:r>
          </w:p>
          <w:p w:rsidR="001E1994" w:rsidRDefault="001E1994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</w:p>
          <w:p w:rsidR="001E1994" w:rsidRPr="008F155C" w:rsidRDefault="001E1994" w:rsidP="00286A1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  <w:tr w:rsidR="00286A1E" w:rsidRPr="00F0209E" w:rsidTr="008F155C">
        <w:trPr>
          <w:trHeight w:hRule="exact" w:val="17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286A1E" w:rsidRPr="00F0209E" w:rsidTr="008F155C">
        <w:trPr>
          <w:trHeight w:hRule="exact" w:val="17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100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286A1E" w:rsidTr="008F155C">
        <w:trPr>
          <w:trHeight w:hRule="exact" w:val="141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Условные знаки. Масштаб. Виды масштаба. Способы определения расстояний на местности. </w:t>
            </w:r>
          </w:p>
          <w:p w:rsidR="00286A1E" w:rsidRPr="001316A2" w:rsidRDefault="00286A1E" w:rsidP="00286A1E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286A1E" w:rsidRPr="008F155C" w:rsidTr="008F155C">
        <w:trPr>
          <w:trHeight w:hRule="exact" w:val="14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Определение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направлений и расстояний по плану местности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86A1E" w:rsidRPr="008F155C" w:rsidTr="00D84E12">
        <w:trPr>
          <w:trHeight w:hRule="exact" w:val="9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Глазомерная, полярная и маршрутная съёмка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местности</w:t>
            </w:r>
            <w:r w:rsid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</w:p>
        </w:tc>
      </w:tr>
      <w:tr w:rsidR="00286A1E" w:rsidRPr="008F155C" w:rsidTr="00D84E12">
        <w:trPr>
          <w:trHeight w:hRule="exact" w:val="69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Проведение глазомерной съёмки школьного двора.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286A1E" w:rsidRPr="00F0209E" w:rsidTr="00D84E12">
        <w:trPr>
          <w:trHeight w:hRule="exact" w:val="24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</w:t>
            </w:r>
          </w:p>
          <w:p w:rsidR="00286A1E" w:rsidRPr="006B0E03" w:rsidRDefault="00286A1E" w:rsidP="00286A1E">
            <w:pPr>
              <w:autoSpaceDE w:val="0"/>
              <w:autoSpaceDN w:val="0"/>
              <w:spacing w:before="70" w:after="0" w:line="278" w:lineRule="auto"/>
              <w:ind w:left="72" w:right="86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Абсолютная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относительная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высоты.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Профессия топограф</w:t>
            </w:r>
            <w:r w:rsid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286A1E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286A1E" w:rsidRPr="00E5448E" w:rsidTr="00286A1E">
        <w:trPr>
          <w:trHeight w:hRule="exact" w:val="104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относительной высоты холма.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286A1E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8F15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286A1E" w:rsidRPr="00F0209E" w:rsidTr="00286A1E">
        <w:trPr>
          <w:trHeight w:hRule="exact" w:val="34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8C5A6A" w:rsidP="00286A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6B0E03" w:rsidRDefault="00286A1E" w:rsidP="00286A1E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местности: стороны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горизонта. Разнообразие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планов (план города,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туристические планы,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военные, исторические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транспортные планы,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планы местности в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мобильных приложениях) и области их применения.</w:t>
            </w:r>
          </w:p>
          <w:p w:rsidR="00286A1E" w:rsidRDefault="00286A1E" w:rsidP="00286A1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Default="00286A1E" w:rsidP="00286A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286A1E" w:rsidRDefault="00286A1E" w:rsidP="00286A1E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86A1E" w:rsidRPr="008F155C" w:rsidRDefault="00286A1E" w:rsidP="00286A1E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</w:tbl>
    <w:p w:rsidR="005556F5" w:rsidRPr="006B0E03" w:rsidRDefault="005556F5">
      <w:pPr>
        <w:autoSpaceDE w:val="0"/>
        <w:autoSpaceDN w:val="0"/>
        <w:spacing w:after="0" w:line="14" w:lineRule="exact"/>
        <w:rPr>
          <w:lang w:val="ru-RU"/>
        </w:rPr>
      </w:pPr>
    </w:p>
    <w:p w:rsidR="005556F5" w:rsidRPr="006B0E03" w:rsidRDefault="005556F5">
      <w:pPr>
        <w:rPr>
          <w:lang w:val="ru-RU"/>
        </w:rPr>
        <w:sectPr w:rsidR="005556F5" w:rsidRPr="006B0E0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556F5" w:rsidRPr="00286A1E" w:rsidTr="00286A1E">
        <w:trPr>
          <w:trHeight w:hRule="exact" w:val="1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работа.</w:t>
            </w:r>
          </w:p>
          <w:p w:rsidR="005556F5" w:rsidRPr="006B0E03" w:rsidRDefault="006B0E03">
            <w:pPr>
              <w:autoSpaceDE w:val="0"/>
              <w:autoSpaceDN w:val="0"/>
              <w:spacing w:before="72" w:after="0" w:line="271" w:lineRule="auto"/>
              <w:ind w:left="72" w:right="576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описания маршрута по плану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местности</w:t>
            </w:r>
            <w:r w:rsidR="00286A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286A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D84E1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286A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6B0E03" w:rsidP="00286A1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286A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работа; </w:t>
            </w:r>
            <w:r w:rsidRPr="00286A1E">
              <w:rPr>
                <w:lang w:val="ru-RU"/>
              </w:rPr>
              <w:br/>
            </w:r>
          </w:p>
        </w:tc>
      </w:tr>
      <w:tr w:rsidR="005556F5" w:rsidTr="00D84E12">
        <w:trPr>
          <w:trHeight w:hRule="exact" w:val="21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286A1E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Различия глобуса и географических карт.</w:t>
            </w:r>
          </w:p>
          <w:p w:rsidR="005556F5" w:rsidRPr="006B0E03" w:rsidRDefault="006B0E03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перехода от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сферической поверхности глобуса к плоскости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географической карты.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556F5" w:rsidRPr="00F0209E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меридианы. Экватор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нулевой меридиан</w:t>
            </w:r>
            <w:r w:rsid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 w:rsidP="008C5A6A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Диктант;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8C5A6A" w:rsidRPr="00E5448E" w:rsidTr="008C5A6A">
        <w:trPr>
          <w:trHeight w:hRule="exact" w:val="5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Географическая широта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C5A6A" w:rsidRPr="00E5448E" w:rsidTr="008C5A6A">
        <w:trPr>
          <w:trHeight w:hRule="exact" w:val="5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 w:rsidP="008C5A6A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Географическая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долгота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8C5A6A" w:rsidRPr="00E5448E" w:rsidTr="008C5A6A">
        <w:trPr>
          <w:trHeight w:hRule="exact" w:val="144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 w:rsidP="008C5A6A">
            <w:pPr>
              <w:tabs>
                <w:tab w:val="left" w:pos="2892"/>
              </w:tabs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Географические координаты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их определение на глобусе и картах.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</w:t>
            </w:r>
          </w:p>
        </w:tc>
      </w:tr>
      <w:tr w:rsidR="008C5A6A" w:rsidRPr="00F0209E" w:rsidTr="00D31F02">
        <w:trPr>
          <w:trHeight w:hRule="exact" w:val="175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33.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 w:rsidP="008C5A6A">
            <w:pPr>
              <w:autoSpaceDE w:val="0"/>
              <w:autoSpaceDN w:val="0"/>
              <w:spacing w:before="98" w:after="0" w:line="262" w:lineRule="auto"/>
              <w:ind w:left="72" w:right="115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расстояний по глобусу.</w:t>
            </w:r>
          </w:p>
          <w:p w:rsidR="008C5A6A" w:rsidRDefault="008C5A6A" w:rsidP="008C5A6A">
            <w:pPr>
              <w:tabs>
                <w:tab w:val="left" w:pos="2892"/>
              </w:tabs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D84E1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6B0E03" w:rsidRDefault="00D31F02" w:rsidP="00D31F02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</w:t>
            </w:r>
          </w:p>
        </w:tc>
      </w:tr>
      <w:tr w:rsidR="005556F5" w:rsidRPr="00E5448E" w:rsidTr="008C5A6A">
        <w:trPr>
          <w:trHeight w:hRule="exact" w:val="241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34.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работа.</w:t>
            </w:r>
          </w:p>
          <w:p w:rsidR="005556F5" w:rsidRPr="006B0E03" w:rsidRDefault="006B0E03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географических координат объектов и определение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объектов по 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географическим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координатам</w:t>
            </w:r>
            <w:r w:rsid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8C5A6A" w:rsidP="008C5A6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6B0E03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рактическая работа;</w:t>
            </w:r>
          </w:p>
        </w:tc>
      </w:tr>
      <w:tr w:rsidR="008C5A6A" w:rsidRPr="00F0209E" w:rsidTr="008C5A6A">
        <w:trPr>
          <w:trHeight w:hRule="exact" w:val="168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35.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8C5A6A" w:rsidP="008C5A6A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Искажения на карте. Линии градусной сети на картах. Определение расстояний с помощью масштаба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градусной сети.</w:t>
            </w:r>
          </w:p>
          <w:p w:rsidR="008C5A6A" w:rsidRPr="006B0E03" w:rsidRDefault="008C5A6A">
            <w:pPr>
              <w:autoSpaceDE w:val="0"/>
              <w:autoSpaceDN w:val="0"/>
              <w:spacing w:before="7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8C5A6A" w:rsidRDefault="008C5A6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Default="008C5A6A" w:rsidP="008C5A6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5556F5" w:rsidRPr="006B0E03" w:rsidRDefault="005556F5">
      <w:pPr>
        <w:autoSpaceDE w:val="0"/>
        <w:autoSpaceDN w:val="0"/>
        <w:spacing w:after="0" w:line="14" w:lineRule="exact"/>
        <w:rPr>
          <w:lang w:val="ru-RU"/>
        </w:rPr>
      </w:pPr>
    </w:p>
    <w:p w:rsidR="005556F5" w:rsidRPr="006B0E03" w:rsidRDefault="005556F5">
      <w:pPr>
        <w:rPr>
          <w:lang w:val="ru-RU"/>
        </w:rPr>
        <w:sectPr w:rsidR="005556F5" w:rsidRPr="006B0E03">
          <w:pgSz w:w="11900" w:h="16840"/>
          <w:pgMar w:top="284" w:right="650" w:bottom="12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556F5" w:rsidRPr="006B0E03" w:rsidRDefault="005556F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556F5" w:rsidRPr="008C5A6A" w:rsidTr="008339DD">
        <w:trPr>
          <w:trHeight w:hRule="exact" w:val="12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36.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 w:rsidP="008339DD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направлений и расстояний по карте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полушарий. Практическая работа.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6B0E03" w:rsidP="008C5A6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работа; </w:t>
            </w:r>
            <w:r w:rsidRPr="008C5A6A">
              <w:rPr>
                <w:lang w:val="ru-RU"/>
              </w:rPr>
              <w:br/>
            </w:r>
          </w:p>
        </w:tc>
      </w:tr>
      <w:tr w:rsidR="005556F5" w:rsidTr="008C5A6A">
        <w:trPr>
          <w:trHeight w:hRule="exact" w:val="3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Разнообразие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географических карт и их классификации. Способы изображения на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мелкомасштабных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картах.</w:t>
            </w:r>
          </w:p>
          <w:p w:rsidR="005556F5" w:rsidRPr="006B0E03" w:rsidRDefault="006B0E03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на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физических картах высот и глубин</w:t>
            </w:r>
            <w:r w:rsid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556F5" w:rsidRPr="00F0209E" w:rsidTr="008C5A6A">
        <w:trPr>
          <w:trHeight w:hRule="exact" w:val="31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8C5A6A" w:rsidRDefault="008C5A6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98" w:after="0" w:line="283" w:lineRule="auto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людей.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картограф.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Система </w:t>
            </w:r>
            <w:r w:rsidRPr="001316A2">
              <w:rPr>
                <w:lang w:val="ru-RU"/>
              </w:rPr>
              <w:br/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космической навигации.</w:t>
            </w:r>
          </w:p>
          <w:p w:rsidR="005556F5" w:rsidRPr="001316A2" w:rsidRDefault="006B0E03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Геоинформационные системы</w:t>
            </w:r>
            <w:r w:rsidR="008C5A6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контроль;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работа;</w:t>
            </w:r>
          </w:p>
        </w:tc>
      </w:tr>
      <w:tr w:rsidR="008C5A6A" w:rsidRPr="00F0209E" w:rsidTr="008C5A6A">
        <w:trPr>
          <w:trHeight w:hRule="exact" w:val="411"/>
        </w:trPr>
        <w:tc>
          <w:tcPr>
            <w:tcW w:w="10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C5A6A" w:rsidRPr="006B0E03" w:rsidRDefault="00D84E1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8F155C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 xml:space="preserve"> 3. </w:t>
            </w:r>
            <w:r w:rsidR="00D31F02" w:rsidRPr="00D31F02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5556F5" w:rsidRPr="00D84E12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D31F02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100" w:after="0" w:line="271" w:lineRule="auto"/>
              <w:ind w:left="72" w:right="720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Земля в Солнечной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системе. Гипотезы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возникновения Земли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6B0E03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6B0E03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беседа; </w:t>
            </w:r>
            <w:r w:rsidRPr="00D84E12">
              <w:rPr>
                <w:lang w:val="ru-RU"/>
              </w:rPr>
              <w:br/>
            </w:r>
            <w:r w:rsidRPr="00D84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рассказ;</w:t>
            </w:r>
          </w:p>
        </w:tc>
      </w:tr>
      <w:tr w:rsidR="005556F5" w:rsidRPr="00F0209E" w:rsidTr="00195B5A">
        <w:trPr>
          <w:trHeight w:hRule="exact" w:val="13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84E12" w:rsidRDefault="00D31F0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Форма, размеры Земли, их географические следствия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31F02" w:rsidRPr="00F0209E" w:rsidTr="00D31F02">
        <w:trPr>
          <w:trHeight w:hRule="exact" w:val="16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Default="00D31F0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6B0E03" w:rsidRDefault="00D31F02" w:rsidP="00D31F02">
            <w:pPr>
              <w:autoSpaceDE w:val="0"/>
              <w:autoSpaceDN w:val="0"/>
              <w:spacing w:before="98" w:after="0" w:line="262" w:lineRule="auto"/>
              <w:ind w:left="6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Движения Земли. Земная ось и географические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полюсы. Географические следствия движения Земли вокруг Солнца.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D31F02" w:rsidRDefault="00D31F02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D31F02" w:rsidRDefault="00D31F0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D31F02" w:rsidRDefault="00D31F0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Default="00D31F0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31F02" w:rsidRPr="006B0E03" w:rsidRDefault="00D31F02">
            <w:pPr>
              <w:autoSpaceDE w:val="0"/>
              <w:autoSpaceDN w:val="0"/>
              <w:spacing w:before="98" w:after="0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8339DD" w:rsidRDefault="008339DD">
      <w:pPr>
        <w:autoSpaceDE w:val="0"/>
        <w:autoSpaceDN w:val="0"/>
        <w:spacing w:after="0" w:line="14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556F5" w:rsidRPr="00E5448E" w:rsidTr="00195B5A">
        <w:trPr>
          <w:trHeight w:hRule="exact" w:val="31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31F02" w:rsidRDefault="008339DD" w:rsidP="008339D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ab/>
              <w:t>4</w:t>
            </w:r>
            <w:r w:rsidR="00D31F02">
              <w:rPr>
                <w:lang w:val="ru-RU"/>
              </w:rPr>
              <w:t>2</w:t>
            </w:r>
            <w:r>
              <w:rPr>
                <w:lang w:val="ru-RU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Смена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времён года на Земле. Дни весеннего и осеннего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равноденствия, летнего и зимнего солнцестояния.</w:t>
            </w:r>
            <w:r w:rsidR="00195B5A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Неравномерное </w:t>
            </w:r>
            <w:r w:rsidR="00195B5A" w:rsidRPr="006B0E03">
              <w:rPr>
                <w:lang w:val="ru-RU"/>
              </w:rPr>
              <w:br/>
            </w:r>
            <w:r w:rsidR="00195B5A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распределение солнечного света и тепла на </w:t>
            </w:r>
            <w:r w:rsidR="00195B5A" w:rsidRPr="006B0E03">
              <w:rPr>
                <w:lang w:val="ru-RU"/>
              </w:rPr>
              <w:br/>
            </w:r>
            <w:r w:rsidR="00195B5A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поверхности Земли.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D31F02" w:rsidRDefault="00D31F02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6B0E03">
            <w:pPr>
              <w:autoSpaceDE w:val="0"/>
              <w:autoSpaceDN w:val="0"/>
              <w:spacing w:before="98" w:after="0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  <w:r w:rsidR="00195B5A"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5556F5" w:rsidRPr="006B0E03" w:rsidRDefault="00195B5A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ный опрос;</w:t>
            </w:r>
          </w:p>
        </w:tc>
      </w:tr>
      <w:tr w:rsidR="00195B5A" w:rsidRPr="001316A2" w:rsidTr="00195B5A">
        <w:trPr>
          <w:trHeight w:hRule="exact" w:val="11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D31F02" w:rsidRDefault="00195B5A" w:rsidP="00195B5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195B5A" w:rsidP="00195B5A">
            <w:pPr>
              <w:tabs>
                <w:tab w:val="left" w:pos="1763"/>
              </w:tabs>
              <w:autoSpaceDE w:val="0"/>
              <w:autoSpaceDN w:val="0"/>
              <w:spacing w:before="100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Пояса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освещённости. Тропики и полярные круги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</w:t>
            </w:r>
          </w:p>
        </w:tc>
      </w:tr>
      <w:tr w:rsidR="00195B5A" w:rsidRPr="00195B5A" w:rsidTr="00195B5A">
        <w:trPr>
          <w:trHeight w:hRule="exact" w:val="17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tabs>
                <w:tab w:val="left" w:pos="1763"/>
              </w:tabs>
              <w:autoSpaceDE w:val="0"/>
              <w:autoSpaceDN w:val="0"/>
              <w:spacing w:before="100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Вращение Земли вокруг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своей оси. Смена дня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ночи на Земле. Влияние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Космоса на Землю и жизнь людей.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</w:p>
        </w:tc>
      </w:tr>
      <w:tr w:rsidR="00195B5A" w:rsidRPr="00195B5A" w:rsidTr="00195B5A">
        <w:trPr>
          <w:trHeight w:hRule="exact" w:val="33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195B5A" w:rsidP="00195B5A">
            <w:pPr>
              <w:autoSpaceDE w:val="0"/>
              <w:autoSpaceDN w:val="0"/>
              <w:spacing w:before="98" w:after="0" w:line="288" w:lineRule="auto"/>
              <w:ind w:left="72" w:right="144"/>
              <w:rPr>
                <w:lang w:val="ru-RU"/>
              </w:rPr>
            </w:pPr>
            <w:proofErr w:type="gramStart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Практические</w:t>
            </w:r>
            <w:proofErr w:type="gramEnd"/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Выявление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закономерностей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продолжительности дня и высоты Солнца над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горизонтом в зависимости от географической широты и времени года на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территории России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95B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95B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95B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195B5A" w:rsidP="00195B5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195B5A" w:rsidRPr="00E5448E" w:rsidTr="00195B5A">
        <w:trPr>
          <w:trHeight w:hRule="exact" w:val="11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316A2" w:rsidRDefault="00195B5A" w:rsidP="00195B5A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195B5A" w:rsidP="00195B5A">
            <w:pPr>
              <w:autoSpaceDE w:val="0"/>
              <w:autoSpaceDN w:val="0"/>
              <w:spacing w:before="98" w:after="0" w:line="288" w:lineRule="auto"/>
              <w:ind w:left="72" w:right="144"/>
              <w:rPr>
                <w:lang w:val="ru-RU"/>
              </w:rPr>
            </w:pPr>
            <w:r w:rsidRPr="00195B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Проверочная работа по теме «Земля – планета Солнечной системы».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Default="00195B5A" w:rsidP="00195B5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</w:t>
            </w:r>
          </w:p>
          <w:p w:rsidR="00195B5A" w:rsidRPr="006B0E03" w:rsidRDefault="00195B5A" w:rsidP="00195B5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</w:t>
            </w:r>
          </w:p>
        </w:tc>
      </w:tr>
      <w:tr w:rsidR="00195B5A" w:rsidRPr="00E5448E" w:rsidTr="00A04674">
        <w:trPr>
          <w:trHeight w:hRule="exact" w:val="415"/>
        </w:trPr>
        <w:tc>
          <w:tcPr>
            <w:tcW w:w="10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A04674" w:rsidP="00195B5A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Раздел 5. Оболочки Земли</w:t>
            </w:r>
          </w:p>
        </w:tc>
      </w:tr>
      <w:tr w:rsidR="00195B5A" w:rsidRPr="00A04674" w:rsidTr="00A04674">
        <w:trPr>
          <w:trHeight w:hRule="exact" w:val="19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195B5A" w:rsidRDefault="00195B5A" w:rsidP="00195B5A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6B0E03" w:rsidRDefault="00195B5A" w:rsidP="00A04674">
            <w:pPr>
              <w:autoSpaceDE w:val="0"/>
              <w:autoSpaceDN w:val="0"/>
              <w:spacing w:after="0" w:line="271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Литосфера — твёрдая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оболочка Земли.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Методы изучения земных глубин.</w:t>
            </w:r>
          </w:p>
          <w:p w:rsidR="00195B5A" w:rsidRPr="006B0E03" w:rsidRDefault="00195B5A" w:rsidP="00A04674">
            <w:pPr>
              <w:autoSpaceDE w:val="0"/>
              <w:autoSpaceDN w:val="0"/>
              <w:spacing w:after="0" w:line="271" w:lineRule="auto"/>
              <w:ind w:left="72" w:right="720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Внутреннее строение Земли: ядро, мантия, земная кора</w:t>
            </w:r>
            <w:r w:rsid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A04674" w:rsidRDefault="00195B5A" w:rsidP="00195B5A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A04674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A04674" w:rsidRDefault="00195B5A" w:rsidP="00195B5A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A04674" w:rsidRDefault="00195B5A" w:rsidP="00195B5A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5B5A" w:rsidRPr="00A04674" w:rsidRDefault="00195B5A" w:rsidP="00195B5A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 самооценка;</w:t>
            </w:r>
          </w:p>
        </w:tc>
      </w:tr>
    </w:tbl>
    <w:p w:rsidR="005556F5" w:rsidRPr="00A04674" w:rsidRDefault="005556F5">
      <w:pPr>
        <w:autoSpaceDE w:val="0"/>
        <w:autoSpaceDN w:val="0"/>
        <w:spacing w:after="0" w:line="14" w:lineRule="exact"/>
        <w:rPr>
          <w:lang w:val="ru-RU"/>
        </w:rPr>
      </w:pPr>
    </w:p>
    <w:p w:rsidR="005556F5" w:rsidRPr="00A04674" w:rsidRDefault="005556F5">
      <w:pPr>
        <w:rPr>
          <w:lang w:val="ru-RU"/>
        </w:rPr>
        <w:sectPr w:rsidR="005556F5" w:rsidRPr="00A04674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556F5" w:rsidRPr="00A04674" w:rsidRDefault="005556F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556F5" w:rsidRPr="00E5448E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A04674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48.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Строение земной коры: материковая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океаническая кора.</w:t>
            </w:r>
          </w:p>
          <w:p w:rsidR="005556F5" w:rsidRPr="006B0E03" w:rsidRDefault="006B0E03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Вещества земной коры: минералы и горные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породы. Образование горных пород.</w:t>
            </w:r>
          </w:p>
          <w:p w:rsidR="005556F5" w:rsidRPr="006B0E03" w:rsidRDefault="006B0E03">
            <w:pPr>
              <w:autoSpaceDE w:val="0"/>
              <w:autoSpaceDN w:val="0"/>
              <w:spacing w:before="70" w:after="0" w:line="271" w:lineRule="auto"/>
              <w:ind w:left="72" w:right="138"/>
              <w:jc w:val="both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Магматические, осадочные и метаморфические горные породы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A04674" w:rsidRDefault="00A0467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A0467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 w:rsidP="00A0467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6B0E03">
              <w:rPr>
                <w:lang w:val="ru-RU"/>
              </w:rPr>
              <w:br/>
            </w:r>
          </w:p>
        </w:tc>
      </w:tr>
      <w:tr w:rsidR="00A04674" w:rsidRPr="00E5448E" w:rsidTr="00A04674">
        <w:trPr>
          <w:trHeight w:hRule="exact" w:val="10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49.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A04674">
            <w:pPr>
              <w:autoSpaceDE w:val="0"/>
              <w:autoSpaceDN w:val="0"/>
              <w:spacing w:before="98" w:after="0" w:line="271" w:lineRule="auto"/>
              <w:ind w:left="62" w:right="43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Работа с коллекцией горных пород и минералов.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5556F5" w:rsidRPr="00F0209E" w:rsidTr="00A04674">
        <w:trPr>
          <w:trHeight w:hRule="exact" w:val="14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A04674" w:rsidRDefault="00A04674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50.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образования рельефа.</w:t>
            </w:r>
          </w:p>
          <w:p w:rsidR="005556F5" w:rsidRPr="001316A2" w:rsidRDefault="005556F5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A04674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6B0E03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5556F5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A04674" w:rsidRPr="00E5448E" w:rsidTr="00A04674">
        <w:trPr>
          <w:trHeight w:hRule="exact" w:val="7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Default="00A04674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51.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Движение литосферных плит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1316A2" w:rsidRDefault="00A04674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1316A2" w:rsidRDefault="00A04674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1316A2" w:rsidRDefault="00A04674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1316A2" w:rsidRDefault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>
            <w:pPr>
              <w:autoSpaceDE w:val="0"/>
              <w:autoSpaceDN w:val="0"/>
              <w:spacing w:before="100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 Диктант;</w:t>
            </w:r>
          </w:p>
        </w:tc>
      </w:tr>
      <w:tr w:rsidR="005556F5" w:rsidRPr="00F0209E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1316A2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52.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вулканов и причины землетрясений. Шкалы измерения силы и интенсивности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землетрясений.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Изучение вулканов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землетрясений.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Профессии сейсмолог и вулканолог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A04674" w:rsidRDefault="00A0467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A0467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 w:rsidP="00A04674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A04674" w:rsidRPr="00E5448E" w:rsidTr="006C67B9">
        <w:trPr>
          <w:trHeight w:hRule="exact" w:val="16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53.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6C67B9">
            <w:pPr>
              <w:autoSpaceDE w:val="0"/>
              <w:autoSpaceDN w:val="0"/>
              <w:spacing w:after="0" w:line="286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Обозначение в контурной карте крупных вулканов и определение их географических координат.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работа;</w:t>
            </w:r>
          </w:p>
        </w:tc>
      </w:tr>
      <w:tr w:rsidR="005556F5" w:rsidTr="00B407B4">
        <w:trPr>
          <w:trHeight w:hRule="exact" w:val="14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A04674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Pr="006B0E03" w:rsidRDefault="006B0E03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</w:t>
            </w:r>
          </w:p>
          <w:p w:rsidR="005556F5" w:rsidRPr="006B0E03" w:rsidRDefault="005556F5">
            <w:pPr>
              <w:autoSpaceDE w:val="0"/>
              <w:autoSpaceDN w:val="0"/>
              <w:spacing w:before="72" w:after="0"/>
              <w:ind w:left="72" w:right="144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A0467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5556F5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56F5" w:rsidRDefault="006B0E03" w:rsidP="00A04674">
            <w:pPr>
              <w:autoSpaceDE w:val="0"/>
              <w:autoSpaceDN w:val="0"/>
              <w:spacing w:before="98" w:after="0" w:line="271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A04674" w:rsidRPr="00A04674" w:rsidTr="00A04674">
        <w:trPr>
          <w:trHeight w:hRule="exact" w:val="19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55.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A0467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Виды выветривания.</w:t>
            </w:r>
          </w:p>
          <w:p w:rsidR="00A04674" w:rsidRPr="006B0E03" w:rsidRDefault="00A04674" w:rsidP="00A04674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рельефа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земной поверхности как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результат действия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внутренних и внешних сил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04674" w:rsidRPr="00F0209E" w:rsidTr="00B407B4">
        <w:trPr>
          <w:trHeight w:hRule="exact" w:val="18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56.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A0467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</w:t>
            </w:r>
          </w:p>
          <w:p w:rsidR="00B407B4" w:rsidRPr="006B0E03" w:rsidRDefault="00A04674" w:rsidP="00B407B4">
            <w:pPr>
              <w:autoSpaceDE w:val="0"/>
              <w:autoSpaceDN w:val="0"/>
              <w:spacing w:before="70" w:after="0" w:line="283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Планетарные формы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рельефа — материки 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впадины океанов. </w:t>
            </w:r>
          </w:p>
          <w:p w:rsidR="00A04674" w:rsidRPr="006B0E03" w:rsidRDefault="00A04674" w:rsidP="00A04674">
            <w:pPr>
              <w:autoSpaceDE w:val="0"/>
              <w:autoSpaceDN w:val="0"/>
              <w:spacing w:before="72" w:after="0"/>
              <w:ind w:left="7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467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A0467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B407B4" w:rsidRPr="00F0209E" w:rsidTr="00B407B4">
        <w:trPr>
          <w:trHeight w:hRule="exact" w:val="29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6B0E03" w:rsidRDefault="00B407B4" w:rsidP="00B407B4">
            <w:pPr>
              <w:autoSpaceDE w:val="0"/>
              <w:autoSpaceDN w:val="0"/>
              <w:spacing w:after="0" w:line="283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Формы рельефа суши: горы и равнины. Различие гор по высоте, высочайшие горные системы мира.</w:t>
            </w:r>
          </w:p>
          <w:p w:rsidR="00B407B4" w:rsidRPr="006B0E03" w:rsidRDefault="00B407B4" w:rsidP="00B407B4">
            <w:pPr>
              <w:autoSpaceDE w:val="0"/>
              <w:autoSpaceDN w:val="0"/>
              <w:spacing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Разнообразие равнин по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высоте. Формы равнинного рельефа, крупнейшие по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площади равнины мира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A0467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B407B4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B407B4" w:rsidP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6B0E03" w:rsidRDefault="00B407B4" w:rsidP="00A0467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A04674" w:rsidRPr="00A04674" w:rsidTr="006C67B9">
        <w:trPr>
          <w:trHeight w:hRule="exact" w:val="19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B407B4" w:rsidP="00A0467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58.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67B9" w:rsidRDefault="006C67B9" w:rsidP="006C67B9">
            <w:pPr>
              <w:autoSpaceDE w:val="0"/>
              <w:autoSpaceDN w:val="0"/>
              <w:spacing w:after="0" w:line="283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Описание горной системы или равнины по физической карте.</w:t>
            </w:r>
          </w:p>
          <w:p w:rsidR="00A04674" w:rsidRPr="006B0E03" w:rsidRDefault="00A04674" w:rsidP="006C67B9">
            <w:pPr>
              <w:autoSpaceDE w:val="0"/>
              <w:autoSpaceDN w:val="0"/>
              <w:spacing w:after="0" w:line="283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</w:t>
            </w:r>
            <w:r w:rsidR="0050611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чение в контурной карте крупных горных систем и равнин мира.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50611A" w:rsidP="00A0467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50611A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50611A" w:rsidP="00A0467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A04674" w:rsidRDefault="00A04674" w:rsidP="00A0467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04674" w:rsidRPr="006B0E03" w:rsidRDefault="00A04674" w:rsidP="00A0467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работа; </w:t>
            </w:r>
            <w:r w:rsidRPr="006B0E03">
              <w:rPr>
                <w:lang w:val="ru-RU"/>
              </w:rPr>
              <w:br/>
            </w:r>
          </w:p>
        </w:tc>
      </w:tr>
    </w:tbl>
    <w:p w:rsidR="005556F5" w:rsidRPr="00A04674" w:rsidRDefault="005556F5">
      <w:pPr>
        <w:autoSpaceDE w:val="0"/>
        <w:autoSpaceDN w:val="0"/>
        <w:spacing w:after="0" w:line="14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B407B4" w:rsidRPr="00F0209E" w:rsidTr="001E1994">
        <w:trPr>
          <w:trHeight w:hRule="exact" w:val="25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1E1994" w:rsidP="00B407B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ab/>
            </w:r>
            <w:r w:rsidR="00B407B4">
              <w:rPr>
                <w:lang w:val="ru-RU"/>
              </w:rPr>
              <w:t>59.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6B0E03" w:rsidRDefault="00B407B4" w:rsidP="00B407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 и литосфера.</w:t>
            </w:r>
          </w:p>
          <w:p w:rsidR="00B407B4" w:rsidRPr="006B0E03" w:rsidRDefault="00B407B4" w:rsidP="00B407B4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Условия жизни человека в горах и на равнинах.</w:t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Деятельность человека, </w:t>
            </w:r>
            <w:r w:rsidR="001E1994" w:rsidRPr="006B0E03">
              <w:rPr>
                <w:lang w:val="ru-RU"/>
              </w:rPr>
              <w:br/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преобразующая земную </w:t>
            </w:r>
            <w:r w:rsidR="001E1994" w:rsidRPr="006B0E03">
              <w:rPr>
                <w:lang w:val="ru-RU"/>
              </w:rPr>
              <w:br/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поверхность, и связанные с ней экологические </w:t>
            </w:r>
            <w:r w:rsidR="001E1994" w:rsidRPr="006B0E03">
              <w:rPr>
                <w:lang w:val="ru-RU"/>
              </w:rPr>
              <w:br/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проблемы</w:t>
            </w:r>
            <w:r w:rsidR="001E19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407B4" w:rsidRPr="006B0E03" w:rsidRDefault="00B407B4" w:rsidP="00B407B4">
            <w:pPr>
              <w:autoSpaceDE w:val="0"/>
              <w:autoSpaceDN w:val="0"/>
              <w:spacing w:before="72" w:after="0"/>
              <w:ind w:left="72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6C67B9" w:rsidP="00B407B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6C67B9" w:rsidP="00B407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6C67B9" w:rsidP="00B407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A04674" w:rsidRDefault="00B407B4" w:rsidP="00B407B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6B0E03" w:rsidRDefault="00B407B4" w:rsidP="00B407B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="001E1994" w:rsidRPr="006B0E03">
              <w:rPr>
                <w:lang w:val="ru-RU"/>
              </w:rPr>
              <w:br/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 w:rsidR="001E19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="001E1994" w:rsidRPr="006B0E03">
              <w:rPr>
                <w:lang w:val="ru-RU"/>
              </w:rPr>
              <w:br/>
            </w:r>
            <w:r w:rsidR="001E1994"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B407B4" w:rsidRPr="00E5448E" w:rsidTr="001E1994">
        <w:trPr>
          <w:trHeight w:hRule="exact" w:val="19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50611A" w:rsidRDefault="00B407B4" w:rsidP="00B407B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after="0" w:line="271" w:lineRule="auto"/>
              <w:ind w:left="72" w:right="288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Рельеф дна Мирового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океана. Части подводных окраин материков.</w:t>
            </w:r>
          </w:p>
          <w:p w:rsidR="00B407B4" w:rsidRPr="006B0E03" w:rsidRDefault="001E1994" w:rsidP="001E1994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Срединно-океанические хребты.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Ложе о</w:t>
            </w:r>
            <w:r w:rsidRPr="001316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кеана, его рельеф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50611A" w:rsidRDefault="00B407B4" w:rsidP="00B407B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B407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B407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Default="00B407B4" w:rsidP="00B407B4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407B4" w:rsidRPr="006B0E03" w:rsidRDefault="00B407B4" w:rsidP="001E1994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</w:p>
        </w:tc>
      </w:tr>
      <w:tr w:rsidR="001E1994" w:rsidRPr="00F0209E" w:rsidTr="001E1994">
        <w:trPr>
          <w:trHeight w:hRule="exact" w:val="14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61.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Острова, их типы по происхождению.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«Оценочного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1E1994" w:rsidRPr="00E5448E" w:rsidTr="001E1994">
        <w:trPr>
          <w:trHeight w:hRule="exact" w:val="7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62.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«Литосфера»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</w:t>
            </w:r>
          </w:p>
        </w:tc>
      </w:tr>
      <w:tr w:rsidR="001E1994" w:rsidRPr="00E5448E" w:rsidTr="001E1994">
        <w:trPr>
          <w:trHeight w:hRule="exact" w:val="427"/>
        </w:trPr>
        <w:tc>
          <w:tcPr>
            <w:tcW w:w="10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50611A" w:rsidRDefault="001E1994" w:rsidP="001E1994">
            <w:pPr>
              <w:autoSpaceDE w:val="0"/>
              <w:autoSpaceDN w:val="0"/>
              <w:spacing w:before="98" w:after="0" w:line="283" w:lineRule="auto"/>
              <w:ind w:left="7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50611A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Раздел 5. Заключение</w:t>
            </w:r>
          </w:p>
        </w:tc>
      </w:tr>
      <w:tr w:rsidR="001E1994" w:rsidRPr="00E5448E" w:rsidTr="00B407B4">
        <w:trPr>
          <w:trHeight w:hRule="exact" w:val="268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63.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Сезонные изменения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продолжительности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светового дня и высоты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Солнца над горизонтом,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температуры воздуха,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поверхностных вод,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растительного и животного мира. </w:t>
            </w:r>
          </w:p>
          <w:p w:rsidR="001E1994" w:rsidRPr="006B0E03" w:rsidRDefault="001E1994" w:rsidP="001E1994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E199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Экскурсия;</w:t>
            </w:r>
          </w:p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</w:tc>
      </w:tr>
      <w:tr w:rsidR="001E1994" w:rsidRPr="00E5448E" w:rsidTr="00B407B4">
        <w:trPr>
          <w:trHeight w:hRule="exact" w:val="169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результатов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фенологических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наблюдений и наблюдений за погодой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6B0E03">
              <w:rPr>
                <w:lang w:val="ru-RU"/>
              </w:rPr>
              <w:br/>
            </w: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работа;</w:t>
            </w:r>
          </w:p>
        </w:tc>
      </w:tr>
      <w:tr w:rsidR="001E1994" w:rsidRPr="00E5448E" w:rsidTr="00B407B4">
        <w:trPr>
          <w:trHeight w:hRule="exact" w:val="8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Итоговое обобщение по курсу география 5 класс.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</w:p>
        </w:tc>
      </w:tr>
      <w:tr w:rsidR="001E1994" w:rsidRPr="00E5448E" w:rsidTr="001E1994">
        <w:trPr>
          <w:trHeight w:hRule="exact" w:val="433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6B0E03" w:rsidRDefault="001E1994" w:rsidP="001E199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B0E0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1316A2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407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407B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  <w:tr w:rsidR="001E1994" w:rsidRPr="00E5448E" w:rsidTr="001E1994">
        <w:trPr>
          <w:trHeight w:hRule="exact" w:val="433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3 ч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Pr="00B407B4" w:rsidRDefault="001E1994" w:rsidP="001E1994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1994" w:rsidRDefault="001E1994" w:rsidP="001E1994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5556F5" w:rsidRPr="00B407B4" w:rsidRDefault="005556F5">
      <w:pPr>
        <w:autoSpaceDE w:val="0"/>
        <w:autoSpaceDN w:val="0"/>
        <w:spacing w:after="0" w:line="14" w:lineRule="exact"/>
        <w:rPr>
          <w:lang w:val="ru-RU"/>
        </w:rPr>
      </w:pPr>
    </w:p>
    <w:p w:rsidR="005556F5" w:rsidRPr="00B407B4" w:rsidRDefault="005556F5">
      <w:pPr>
        <w:rPr>
          <w:lang w:val="ru-RU"/>
        </w:rPr>
        <w:sectPr w:rsidR="005556F5" w:rsidRPr="00B407B4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556F5" w:rsidRPr="00B407B4" w:rsidRDefault="005556F5">
      <w:pPr>
        <w:autoSpaceDE w:val="0"/>
        <w:autoSpaceDN w:val="0"/>
        <w:spacing w:after="78" w:line="220" w:lineRule="exact"/>
        <w:rPr>
          <w:lang w:val="ru-RU"/>
        </w:rPr>
      </w:pPr>
    </w:p>
    <w:p w:rsidR="005556F5" w:rsidRDefault="006B0E03" w:rsidP="001316A2">
      <w:pPr>
        <w:autoSpaceDE w:val="0"/>
        <w:autoSpaceDN w:val="0"/>
        <w:spacing w:after="0" w:line="230" w:lineRule="auto"/>
        <w:jc w:val="center"/>
      </w:pPr>
      <w:r w:rsidRPr="00B407B4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УЧЕБНО-МЕТОДИЧЕСКОЕ ОБЕСПЕЧ</w:t>
      </w:r>
      <w:r>
        <w:rPr>
          <w:rFonts w:ascii="Times New Roman" w:eastAsia="Times New Roman" w:hAnsi="Times New Roman"/>
          <w:b/>
          <w:color w:val="000000"/>
          <w:sz w:val="24"/>
        </w:rPr>
        <w:t>ЕНИЕ ОБРАЗОВАТЕЛЬНОГО ПРОЦЕССА</w:t>
      </w:r>
    </w:p>
    <w:p w:rsidR="005556F5" w:rsidRDefault="006B0E03" w:rsidP="001316A2">
      <w:pPr>
        <w:autoSpaceDE w:val="0"/>
        <w:autoSpaceDN w:val="0"/>
        <w:spacing w:before="346" w:after="0" w:line="230" w:lineRule="auto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5556F5" w:rsidRPr="006B0E03" w:rsidRDefault="006B0E03" w:rsidP="00805EA3">
      <w:pPr>
        <w:autoSpaceDE w:val="0"/>
        <w:autoSpaceDN w:val="0"/>
        <w:spacing w:before="166" w:after="0" w:line="360" w:lineRule="auto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Климанова О.А., Климанов В.В., Ким Э.В. и другие; под редакцией Климановой О.А. География:</w:t>
      </w:r>
    </w:p>
    <w:p w:rsidR="005556F5" w:rsidRPr="006B0E03" w:rsidRDefault="006B0E03" w:rsidP="00805EA3">
      <w:pPr>
        <w:autoSpaceDE w:val="0"/>
        <w:autoSpaceDN w:val="0"/>
        <w:spacing w:before="70" w:after="0" w:line="360" w:lineRule="auto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Землеведение, 5 класс/ ООО «ДРОФА»; АО «Издательство Просвещение»;</w:t>
      </w:r>
    </w:p>
    <w:p w:rsidR="005556F5" w:rsidRPr="006B0E03" w:rsidRDefault="006B0E03" w:rsidP="001316A2">
      <w:pPr>
        <w:autoSpaceDE w:val="0"/>
        <w:autoSpaceDN w:val="0"/>
        <w:spacing w:before="262" w:after="0" w:line="230" w:lineRule="auto"/>
        <w:jc w:val="center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5556F5" w:rsidRPr="006B0E03" w:rsidRDefault="006B0E03" w:rsidP="00805EA3">
      <w:pPr>
        <w:autoSpaceDE w:val="0"/>
        <w:autoSpaceDN w:val="0"/>
        <w:spacing w:before="166" w:after="0" w:line="360" w:lineRule="auto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тетрадь для 5 класса 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География. 5 класс. Введение в географию. Тетрадь-практикум. ФГОС</w:t>
      </w:r>
    </w:p>
    <w:p w:rsidR="00805EA3" w:rsidRDefault="006B0E03" w:rsidP="00805EA3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География. 5 класс. Методические рекомендации к учебнику. ФГОС </w:t>
      </w:r>
    </w:p>
    <w:p w:rsidR="005556F5" w:rsidRDefault="006B0E03" w:rsidP="00805EA3">
      <w:pPr>
        <w:autoSpaceDE w:val="0"/>
        <w:autoSpaceDN w:val="0"/>
        <w:spacing w:after="0" w:line="36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Практический материал по географии для 5 класса</w:t>
      </w:r>
    </w:p>
    <w:p w:rsidR="005556F5" w:rsidRDefault="006B0E03" w:rsidP="001316A2">
      <w:pPr>
        <w:autoSpaceDE w:val="0"/>
        <w:autoSpaceDN w:val="0"/>
        <w:spacing w:before="598"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05EA3" w:rsidRPr="006B0E03" w:rsidRDefault="00805EA3" w:rsidP="00805EA3">
      <w:pPr>
        <w:autoSpaceDE w:val="0"/>
        <w:autoSpaceDN w:val="0"/>
        <w:spacing w:after="0" w:line="230" w:lineRule="auto"/>
        <w:jc w:val="center"/>
        <w:rPr>
          <w:lang w:val="ru-RU"/>
        </w:rPr>
      </w:pP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geo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.1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– газета «География» и сайт для учителя «Я иду на урок географии»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geoport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– страноведческий материал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geopsiti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com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/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- все о географии.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geoman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– библиотека по географии. Географическая энциклопедия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rgo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– география. Планета Земля</w:t>
      </w:r>
    </w:p>
    <w:p w:rsidR="005556F5" w:rsidRPr="006B0E03" w:rsidRDefault="006B0E03" w:rsidP="00805EA3">
      <w:pPr>
        <w:autoSpaceDE w:val="0"/>
        <w:autoSpaceDN w:val="0"/>
        <w:spacing w:after="0" w:line="360" w:lineRule="auto"/>
        <w:rPr>
          <w:lang w:val="ru-RU"/>
        </w:rPr>
        <w:sectPr w:rsidR="005556F5" w:rsidRPr="006B0E0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mirkart</w:t>
      </w:r>
      <w:proofErr w:type="spell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- мир карт: интерактивные карты стран мира</w:t>
      </w:r>
    </w:p>
    <w:p w:rsidR="005556F5" w:rsidRPr="006B0E03" w:rsidRDefault="006B0E03" w:rsidP="001316A2">
      <w:pPr>
        <w:autoSpaceDE w:val="0"/>
        <w:autoSpaceDN w:val="0"/>
        <w:spacing w:after="0" w:line="230" w:lineRule="auto"/>
        <w:ind w:right="231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МАТЕРИАЛЬНО-ТЕХНИЧЕСКОЕ ОБЕСПЕЧЕНИЕ ОБРАЗОВАТЕЛЬНОГО ПРОЦЕССА</w:t>
      </w:r>
    </w:p>
    <w:p w:rsidR="005556F5" w:rsidRPr="006B0E03" w:rsidRDefault="006B0E03">
      <w:pPr>
        <w:autoSpaceDE w:val="0"/>
        <w:autoSpaceDN w:val="0"/>
        <w:spacing w:before="346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5556F5" w:rsidRPr="006B0E03" w:rsidRDefault="001316A2">
      <w:pPr>
        <w:autoSpaceDE w:val="0"/>
        <w:autoSpaceDN w:val="0"/>
        <w:spacing w:before="166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Таблицы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, глобусы, модели, карты, атласы, картины</w:t>
      </w:r>
    </w:p>
    <w:p w:rsidR="005556F5" w:rsidRPr="006B0E03" w:rsidRDefault="006B0E03">
      <w:pPr>
        <w:autoSpaceDE w:val="0"/>
        <w:autoSpaceDN w:val="0"/>
        <w:spacing w:before="262" w:after="0" w:line="230" w:lineRule="auto"/>
        <w:rPr>
          <w:lang w:val="ru-RU"/>
        </w:rPr>
      </w:pPr>
      <w:r w:rsidRPr="006B0E03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6B0E03" w:rsidRPr="006B0E03" w:rsidRDefault="001316A2" w:rsidP="001316A2">
      <w:pPr>
        <w:autoSpaceDE w:val="0"/>
        <w:autoSpaceDN w:val="0"/>
        <w:spacing w:before="166" w:after="0" w:line="281" w:lineRule="auto"/>
        <w:ind w:right="7920"/>
        <w:rPr>
          <w:lang w:val="ru-RU"/>
        </w:rPr>
      </w:pPr>
      <w:r w:rsidRPr="006B0E03">
        <w:rPr>
          <w:rFonts w:ascii="Times New Roman" w:eastAsia="Times New Roman" w:hAnsi="Times New Roman"/>
          <w:color w:val="000000"/>
          <w:sz w:val="24"/>
          <w:lang w:val="ru-RU"/>
        </w:rPr>
        <w:t>Коллекции</w:t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 горных пород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атласы географические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компас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планшеты </w:t>
      </w:r>
      <w:r w:rsidR="006B0E03" w:rsidRPr="006B0E03">
        <w:rPr>
          <w:lang w:val="ru-RU"/>
        </w:rPr>
        <w:br/>
      </w:r>
      <w:r w:rsidR="006B0E03" w:rsidRPr="006B0E03">
        <w:rPr>
          <w:rFonts w:ascii="Times New Roman" w:eastAsia="Times New Roman" w:hAnsi="Times New Roman"/>
          <w:color w:val="000000"/>
          <w:sz w:val="24"/>
          <w:lang w:val="ru-RU"/>
        </w:rPr>
        <w:t>нивелир школьный</w:t>
      </w:r>
    </w:p>
    <w:sectPr w:rsidR="006B0E03" w:rsidRPr="006B0E03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6B2" w:rsidRDefault="007706B2" w:rsidP="008937C7">
      <w:pPr>
        <w:spacing w:after="0" w:line="240" w:lineRule="auto"/>
      </w:pPr>
      <w:r>
        <w:separator/>
      </w:r>
    </w:p>
  </w:endnote>
  <w:endnote w:type="continuationSeparator" w:id="0">
    <w:p w:rsidR="007706B2" w:rsidRDefault="007706B2" w:rsidP="00893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6B2" w:rsidRDefault="007706B2" w:rsidP="008937C7">
      <w:pPr>
        <w:spacing w:after="0" w:line="240" w:lineRule="auto"/>
      </w:pPr>
      <w:r>
        <w:separator/>
      </w:r>
    </w:p>
  </w:footnote>
  <w:footnote w:type="continuationSeparator" w:id="0">
    <w:p w:rsidR="007706B2" w:rsidRDefault="007706B2" w:rsidP="00893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316A2"/>
    <w:rsid w:val="0015074B"/>
    <w:rsid w:val="00195B5A"/>
    <w:rsid w:val="001E1994"/>
    <w:rsid w:val="002707BD"/>
    <w:rsid w:val="00286A1E"/>
    <w:rsid w:val="0029639D"/>
    <w:rsid w:val="00326F90"/>
    <w:rsid w:val="0050611A"/>
    <w:rsid w:val="005556F5"/>
    <w:rsid w:val="00580B96"/>
    <w:rsid w:val="006A5690"/>
    <w:rsid w:val="006B0E03"/>
    <w:rsid w:val="006C67B9"/>
    <w:rsid w:val="007555D7"/>
    <w:rsid w:val="007706B2"/>
    <w:rsid w:val="007F29E0"/>
    <w:rsid w:val="00805EA3"/>
    <w:rsid w:val="008339DD"/>
    <w:rsid w:val="008937C7"/>
    <w:rsid w:val="008B28BF"/>
    <w:rsid w:val="008C5A6A"/>
    <w:rsid w:val="008F155C"/>
    <w:rsid w:val="009614A7"/>
    <w:rsid w:val="00A04674"/>
    <w:rsid w:val="00AA1D8D"/>
    <w:rsid w:val="00B0783D"/>
    <w:rsid w:val="00B10326"/>
    <w:rsid w:val="00B407B4"/>
    <w:rsid w:val="00B47730"/>
    <w:rsid w:val="00C16E55"/>
    <w:rsid w:val="00CB0664"/>
    <w:rsid w:val="00D31F02"/>
    <w:rsid w:val="00D84E12"/>
    <w:rsid w:val="00E5448E"/>
    <w:rsid w:val="00E96435"/>
    <w:rsid w:val="00EB1173"/>
    <w:rsid w:val="00F0209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0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0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0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02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7BE8C4-8512-42E4-B3B5-4CD69001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6948</Words>
  <Characters>39609</Characters>
  <Application>Microsoft Office Word</Application>
  <DocSecurity>0</DocSecurity>
  <Lines>330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46465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PC</cp:lastModifiedBy>
  <cp:revision>3</cp:revision>
  <dcterms:created xsi:type="dcterms:W3CDTF">2022-10-11T04:24:00Z</dcterms:created>
  <dcterms:modified xsi:type="dcterms:W3CDTF">2022-10-17T01:29:00Z</dcterms:modified>
</cp:coreProperties>
</file>